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bc680c1ef81865e1d979d5af8135de5f03722"/>
    <w:p>
      <w:pPr>
        <w:spacing w:before="0" w:after="0"/>
        <w:jc w:val="center"/>
      </w:pPr>
      <w:r>
        <w:drawing>
          <wp:inline>
            <wp:extent cx="5349240" cy="8023860"/>
            <wp:docPr id="1" name="Picture 1"/>
            <wp:cNvGraphicFramePr>
              <a:graphicFrameLocks noChangeAspect="1"/>
            </wp:cNvGraphicFramePr>
            <a:graphic>
              <a:graphicData uri="http://schemas.openxmlformats.org/drawingml/2006/picture">
                <pic:pic>
                  <pic:nvPicPr>
                    <pic:cNvPr id="0" name="Book_Eight_Workbook_Cover.png"/>
                    <pic:cNvPicPr/>
                  </pic:nvPicPr>
                  <pic:blipFill>
                    <a:blip r:embed="rId10"/>
                    <a:stretch>
                      <a:fillRect/>
                    </a:stretch>
                  </pic:blipFill>
                  <pic:spPr>
                    <a:xfrm>
                      <a:off x="0" y="0"/>
                      <a:ext cx="5349240" cy="8023860"/>
                    </a:xfrm>
                    <a:prstGeom prst="rect"/>
                  </pic:spPr>
                </pic:pic>
              </a:graphicData>
            </a:graphic>
          </wp:inline>
        </w:drawing>
      </w:r>
    </w:p>
    <w:p>
      <w:pPr>
        <w:pStyle w:val="Heading1"/>
      </w:pPr>
      <w:r>
        <w:t xml:space="preserve">Science Fiction Author D. Colin Palmer’s Poker Master Series</w:t>
      </w:r>
    </w:p>
    <w:bookmarkEnd w:id="20"/>
    <w:bookmarkStart w:id="23" w:name="X2c4327ca4d46ec9891237d226699723dedb212c"/>
    <w:p>
      <w:pPr>
        <w:pStyle w:val="Heading1"/>
      </w:pPr>
      <w:r>
        <w:t xml:space="preserve">BOOK EIGHT — THE EXPANDED MATHEMATICS WORKBOOK</w:t>
      </w:r>
    </w:p>
    <w:bookmarkStart w:id="21" w:name="X50007f8eed75053b400967cb8f7ad310bc82d94"/>
    <w:p>
      <w:pPr>
        <w:pStyle w:val="Heading3"/>
      </w:pPr>
      <w:r>
        <w:t xml:space="preserve">300 audited practice problems | Twelve skill units + Twelve Master Hand Files</w:t>
      </w:r>
    </w:p>
    <w:p>
      <w:pPr>
        <w:pStyle w:val="FirstParagraph"/>
      </w:pPr>
      <w:r>
        <w:rPr>
          <w:b/>
          <w:bCs/>
        </w:rPr>
        <w:t xml:space="preserve">Study procedure:</w:t>
      </w:r>
      <w:r>
        <w:t xml:space="preserve"> </w:t>
      </w:r>
      <w:r>
        <w:t xml:space="preserve">Attempt the questions in blocks of five, without the answer key. Circle an answer (A-D), write the equation on paper, then check your result in the separate solutions section. Keep a mistake notebook and repeat missed questions after 24 hours and one week. The numeric price questions are exact within their assumptions; an opponent’s modeled behavior remains hypothetical.</w:t>
      </w:r>
    </w:p>
    <w:p>
      <w:pPr>
        <w:pStyle w:val="BodyText"/>
      </w:pPr>
      <w:r>
        <w:rPr>
          <w:b/>
          <w:bCs/>
        </w:rPr>
        <w:t xml:space="preserve">Definitions:</w:t>
      </w:r>
      <w:r>
        <w:t xml:space="preserve"> </w:t>
      </w:r>
      <w:r>
        <w:t xml:space="preserve">P is the pot BEFORE villain’s current bet; B is that bet; C is Hero’s call. Unless explicitly stated, closing-action cash-game exercises assume no ties, no rake, no future betting, and no short-player side pot. Dollar amounts represent game chips, not guaranteed earnings.</w:t>
      </w:r>
    </w:p>
    <w:bookmarkEnd w:id="21"/>
    <w:bookmarkStart w:id="22" w:name="study-scorecard"/>
    <w:p>
      <w:pPr>
        <w:pStyle w:val="Heading2"/>
      </w:pPr>
      <w:r>
        <w:t xml:space="preserve">Study scorecard</w:t>
      </w:r>
    </w:p>
    <w:p>
      <w:pPr>
        <w:pStyle w:val="FirstParagraph"/>
      </w:pPr>
      <w:r>
        <w:t xml:space="preserve">Record the first-attempt score and repeat-attempt score for each twenty-problem unit.</w:t>
      </w:r>
    </w:p>
    <w:p>
      <w:pPr>
        <w:pStyle w:val="BodyText"/>
      </w:pPr>
      <w:r>
        <w:rPr>
          <w:b/>
          <w:bCs/>
        </w:rPr>
        <w:t xml:space="preserve">Unit 01 — River Pot Odds and Call Price:</w:t>
      </w:r>
      <w:r>
        <w:t xml:space="preserve"> </w:t>
      </w:r>
      <w:r>
        <w:t xml:space="preserve">first attempt ___ /20; review ___ /20.</w:t>
      </w:r>
    </w:p>
    <w:p>
      <w:pPr>
        <w:pStyle w:val="BodyText"/>
      </w:pPr>
      <w:r>
        <w:rPr>
          <w:b/>
          <w:bCs/>
        </w:rPr>
        <w:t xml:space="preserve">Unit 02 — One-Card Draws and Outs:</w:t>
      </w:r>
      <w:r>
        <w:t xml:space="preserve"> </w:t>
      </w:r>
      <w:r>
        <w:t xml:space="preserve">first attempt ___ /20; review ___ /20.</w:t>
      </w:r>
    </w:p>
    <w:p>
      <w:pPr>
        <w:pStyle w:val="BodyText"/>
      </w:pPr>
      <w:r>
        <w:rPr>
          <w:b/>
          <w:bCs/>
        </w:rPr>
        <w:t xml:space="preserve">Unit 03 — Two-Card Draw Completion:</w:t>
      </w:r>
      <w:r>
        <w:t xml:space="preserve"> </w:t>
      </w:r>
      <w:r>
        <w:t xml:space="preserve">first attempt ___ /20; review ___ /20.</w:t>
      </w:r>
    </w:p>
    <w:p>
      <w:pPr>
        <w:pStyle w:val="BodyText"/>
      </w:pPr>
      <w:r>
        <w:rPr>
          <w:b/>
          <w:bCs/>
        </w:rPr>
        <w:t xml:space="preserve">Unit 04 — Zero-Equity Bluff Breakeven:</w:t>
      </w:r>
      <w:r>
        <w:t xml:space="preserve"> </w:t>
      </w:r>
      <w:r>
        <w:t xml:space="preserve">first attempt ___ /20; review ___ /20.</w:t>
      </w:r>
    </w:p>
    <w:p>
      <w:pPr>
        <w:pStyle w:val="BodyText"/>
      </w:pPr>
      <w:r>
        <w:rPr>
          <w:b/>
          <w:bCs/>
        </w:rPr>
        <w:t xml:space="preserve">Unit 05 — Minimum Defense Frequency:</w:t>
      </w:r>
      <w:r>
        <w:t xml:space="preserve"> </w:t>
      </w:r>
      <w:r>
        <w:t xml:space="preserve">first attempt ___ /20; review ___ /20.</w:t>
      </w:r>
    </w:p>
    <w:p>
      <w:pPr>
        <w:pStyle w:val="BodyText"/>
      </w:pPr>
      <w:r>
        <w:rPr>
          <w:b/>
          <w:bCs/>
        </w:rPr>
        <w:t xml:space="preserve">Unit 06 — Bluff-Catching Combinations:</w:t>
      </w:r>
      <w:r>
        <w:t xml:space="preserve"> </w:t>
      </w:r>
      <w:r>
        <w:t xml:space="preserve">first attempt ___ /20; review ___ /20.</w:t>
      </w:r>
    </w:p>
    <w:p>
      <w:pPr>
        <w:pStyle w:val="BodyText"/>
      </w:pPr>
      <w:r>
        <w:rPr>
          <w:b/>
          <w:bCs/>
        </w:rPr>
        <w:t xml:space="preserve">Unit 07 — Rake-Adjusted Calling Decisions:</w:t>
      </w:r>
      <w:r>
        <w:t xml:space="preserve"> </w:t>
      </w:r>
      <w:r>
        <w:t xml:space="preserve">first attempt ___ /20; review ___ /20.</w:t>
      </w:r>
    </w:p>
    <w:p>
      <w:pPr>
        <w:pStyle w:val="BodyText"/>
      </w:pPr>
      <w:r>
        <w:rPr>
          <w:b/>
          <w:bCs/>
        </w:rPr>
        <w:t xml:space="preserve">Unit 08 — Weighted River Ranges:</w:t>
      </w:r>
      <w:r>
        <w:t xml:space="preserve"> </w:t>
      </w:r>
      <w:r>
        <w:t xml:space="preserve">first attempt ___ /20; review ___ /20.</w:t>
      </w:r>
    </w:p>
    <w:p>
      <w:pPr>
        <w:pStyle w:val="BodyText"/>
      </w:pPr>
      <w:r>
        <w:rPr>
          <w:b/>
          <w:bCs/>
        </w:rPr>
        <w:t xml:space="preserve">Unit 09 — Stack-to-Pot Ratio:</w:t>
      </w:r>
      <w:r>
        <w:t xml:space="preserve"> </w:t>
      </w:r>
      <w:r>
        <w:t xml:space="preserve">first attempt ___ /20; review ___ /20.</w:t>
      </w:r>
    </w:p>
    <w:p>
      <w:pPr>
        <w:pStyle w:val="BodyText"/>
      </w:pPr>
      <w:r>
        <w:rPr>
          <w:b/>
          <w:bCs/>
        </w:rPr>
        <w:t xml:space="preserve">Unit 10 — Two-Street Bet Geometry:</w:t>
      </w:r>
      <w:r>
        <w:t xml:space="preserve"> </w:t>
      </w:r>
      <w:r>
        <w:t xml:space="preserve">first attempt ___ /20; review ___ /20.</w:t>
      </w:r>
    </w:p>
    <w:p>
      <w:pPr>
        <w:pStyle w:val="BodyText"/>
      </w:pPr>
      <w:r>
        <w:rPr>
          <w:b/>
          <w:bCs/>
        </w:rPr>
        <w:t xml:space="preserve">Unit 11 — Implied Odds and Future Winnings:</w:t>
      </w:r>
      <w:r>
        <w:t xml:space="preserve"> </w:t>
      </w:r>
      <w:r>
        <w:t xml:space="preserve">first attempt ___ /20; review ___ /20.</w:t>
      </w:r>
    </w:p>
    <w:p>
      <w:pPr>
        <w:pStyle w:val="BodyText"/>
      </w:pPr>
      <w:r>
        <w:rPr>
          <w:b/>
          <w:bCs/>
        </w:rPr>
        <w:t xml:space="preserve">Unit 12 — Three-Player ICM Payout Equity:</w:t>
      </w:r>
      <w:r>
        <w:t xml:space="preserve"> </w:t>
      </w:r>
      <w:r>
        <w:t xml:space="preserve">first attempt ___ /20; review ___ /20.</w:t>
      </w:r>
    </w:p>
    <w:p>
      <w:pPr>
        <w:pStyle w:val="BodyText"/>
      </w:pPr>
      <w:r>
        <w:rPr>
          <w:b/>
          <w:bCs/>
        </w:rPr>
        <w:t xml:space="preserve">Master Hand Files:</w:t>
      </w:r>
      <w:r>
        <w:t xml:space="preserve"> </w:t>
      </w:r>
      <w:r>
        <w:t xml:space="preserve">first attempt ___ /60; review ___ /60.</w:t>
      </w:r>
    </w:p>
    <w:bookmarkEnd w:id="22"/>
    <w:bookmarkEnd w:id="23"/>
    <w:bookmarkStart w:id="24" w:name="unit-01-river-pot-odds-and-call-price"/>
    <w:p>
      <w:pPr>
        <w:pStyle w:val="Heading1"/>
      </w:pPr>
      <w:r>
        <w:t xml:space="preserve">Unit 01 — River Pot Odds and Call Price</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MS8-Q001.</w:t>
      </w:r>
      <w:r>
        <w:t xml:space="preserve"> </w:t>
      </w:r>
      <w:r>
        <w:t xml:space="preserve">River, heads-up, no rake or ties: the pot is $60 BEFORE villain bets $20. Hero must call $20; action closes. What minimum showdown win probability makes calling break even?</w:t>
      </w:r>
    </w:p>
    <w:p>
      <w:pPr>
        <w:pStyle w:val="BodyText"/>
      </w:pPr>
      <w:r>
        <w:t xml:space="preserve">A. 6.00%</w:t>
      </w:r>
      <w:r>
        <w:br/>
      </w:r>
      <w:r>
        <w:t xml:space="preserve">B. 13.00%</w:t>
      </w:r>
      <w:r>
        <w:br/>
      </w:r>
      <w:r>
        <w:t xml:space="preserve">C. 25.50%</w:t>
      </w:r>
      <w:r>
        <w:br/>
      </w:r>
      <w:r>
        <w:t xml:space="preserve">D. 20.00%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MS8-Q002.</w:t>
      </w:r>
      <w:r>
        <w:t xml:space="preserve"> </w:t>
      </w:r>
      <w:r>
        <w:t xml:space="preserve">River, heads-up, no rake or ties: the pot is $70 BEFORE villain bets $35. Hero must call $35; action closes. What minimum showdown win probability makes calling break even?</w:t>
      </w:r>
    </w:p>
    <w:p>
      <w:pPr>
        <w:pStyle w:val="BodyText"/>
      </w:pPr>
      <w:r>
        <w:t xml:space="preserve">A. 11.00%</w:t>
      </w:r>
      <w:r>
        <w:br/>
      </w:r>
      <w:r>
        <w:t xml:space="preserve">B. 18.00%</w:t>
      </w:r>
      <w:r>
        <w:br/>
      </w:r>
      <w:r>
        <w:t xml:space="preserve">C. 25.00%</w:t>
      </w:r>
      <w:r>
        <w:br/>
      </w:r>
      <w:r>
        <w:t xml:space="preserve">D. 30.50%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MS8-Q003.</w:t>
      </w:r>
      <w:r>
        <w:t xml:space="preserve"> </w:t>
      </w:r>
      <w:r>
        <w:t xml:space="preserve">River, heads-up, no rake or ties: the pot is $80 BEFORE villain bets $50. Hero must call $50; action closes. What minimum showdown win probability makes calling break even?</w:t>
      </w:r>
    </w:p>
    <w:p>
      <w:pPr>
        <w:pStyle w:val="BodyText"/>
      </w:pPr>
      <w:r>
        <w:t xml:space="preserve">A. 13.78%</w:t>
      </w:r>
      <w:r>
        <w:br/>
      </w:r>
      <w:r>
        <w:t xml:space="preserve">B. 27.78%</w:t>
      </w:r>
      <w:r>
        <w:br/>
      </w:r>
      <w:r>
        <w:t xml:space="preserve">C. 20.78%</w:t>
      </w:r>
      <w:r>
        <w:br/>
      </w:r>
      <w:r>
        <w:t xml:space="preserve">D. 33.28%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MS8-Q004.</w:t>
      </w:r>
      <w:r>
        <w:t xml:space="preserve"> </w:t>
      </w:r>
      <w:r>
        <w:t xml:space="preserve">River, heads-up, no rake or ties: the pot is $90 BEFORE villain bets $65. Hero must call $65; action closes. What minimum showdown win probability makes calling break even?</w:t>
      </w:r>
    </w:p>
    <w:p>
      <w:pPr>
        <w:pStyle w:val="BodyText"/>
      </w:pPr>
      <w:r>
        <w:t xml:space="preserve">A. 29.55%</w:t>
      </w:r>
      <w:r>
        <w:br/>
      </w:r>
      <w:r>
        <w:t xml:space="preserve">B. 15.55%</w:t>
      </w:r>
      <w:r>
        <w:br/>
      </w:r>
      <w:r>
        <w:t xml:space="preserve">C. 22.55%</w:t>
      </w:r>
      <w:r>
        <w:br/>
      </w:r>
      <w:r>
        <w:t xml:space="preserve">D. 35.05%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MS8-Q005.</w:t>
      </w:r>
      <w:r>
        <w:t xml:space="preserve"> </w:t>
      </w:r>
      <w:r>
        <w:t xml:space="preserve">River, heads-up, no rake or ties: the pot is $100 BEFORE villain bets $80. Hero must call $80; action closes. What minimum showdown win probability makes calling break even?</w:t>
      </w:r>
    </w:p>
    <w:p>
      <w:pPr>
        <w:pStyle w:val="BodyText"/>
      </w:pPr>
      <w:r>
        <w:t xml:space="preserve">A. 16.77%</w:t>
      </w:r>
      <w:r>
        <w:br/>
      </w:r>
      <w:r>
        <w:t xml:space="preserve">B. 23.77%</w:t>
      </w:r>
      <w:r>
        <w:br/>
      </w:r>
      <w:r>
        <w:t xml:space="preserve">C. 36.27%</w:t>
      </w:r>
      <w:r>
        <w:br/>
      </w:r>
      <w:r>
        <w:t xml:space="preserve">D. 30.77%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MS8-Q006.</w:t>
      </w:r>
      <w:r>
        <w:t xml:space="preserve"> </w:t>
      </w:r>
      <w:r>
        <w:t xml:space="preserve">River, heads-up, no rake or ties: the pot is $110 BEFORE villain bets $20. Hero must call $20; action closes. What minimum showdown win probability makes calling break even?</w:t>
      </w:r>
    </w:p>
    <w:p>
      <w:pPr>
        <w:pStyle w:val="BodyText"/>
      </w:pPr>
      <w:r>
        <w:t xml:space="preserve">A. 0.10%</w:t>
      </w:r>
      <w:r>
        <w:br/>
      </w:r>
      <w:r>
        <w:t xml:space="preserve">B. 6.33%</w:t>
      </w:r>
      <w:r>
        <w:br/>
      </w:r>
      <w:r>
        <w:t xml:space="preserve">C. 13.33%</w:t>
      </w:r>
      <w:r>
        <w:br/>
      </w:r>
      <w:r>
        <w:t xml:space="preserve">D. 18.83%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MS8-Q007.</w:t>
      </w:r>
      <w:r>
        <w:t xml:space="preserve"> </w:t>
      </w:r>
      <w:r>
        <w:t xml:space="preserve">River, heads-up, no rake or ties: the pot is $120 BEFORE villain bets $35. Hero must call $35; action closes. What minimum showdown win probability makes calling break even?</w:t>
      </w:r>
    </w:p>
    <w:p>
      <w:pPr>
        <w:pStyle w:val="BodyText"/>
      </w:pPr>
      <w:r>
        <w:t xml:space="preserve">A. 4.42%</w:t>
      </w:r>
      <w:r>
        <w:br/>
      </w:r>
      <w:r>
        <w:t xml:space="preserve">B. 18.42%</w:t>
      </w:r>
      <w:r>
        <w:br/>
      </w:r>
      <w:r>
        <w:t xml:space="preserve">C. 11.42%</w:t>
      </w:r>
      <w:r>
        <w:br/>
      </w:r>
      <w:r>
        <w:t xml:space="preserve">D. 23.92%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MS8-Q008.</w:t>
      </w:r>
      <w:r>
        <w:t xml:space="preserve"> </w:t>
      </w:r>
      <w:r>
        <w:t xml:space="preserve">River, heads-up, no rake or ties: the pot is $130 BEFORE villain bets $50. Hero must call $50; action closes. What minimum showdown win probability makes calling break even?</w:t>
      </w:r>
    </w:p>
    <w:p>
      <w:pPr>
        <w:pStyle w:val="BodyText"/>
      </w:pPr>
      <w:r>
        <w:t xml:space="preserve">A. 21.74%</w:t>
      </w:r>
      <w:r>
        <w:br/>
      </w:r>
      <w:r>
        <w:t xml:space="preserve">B. 7.74%</w:t>
      </w:r>
      <w:r>
        <w:br/>
      </w:r>
      <w:r>
        <w:t xml:space="preserve">C. 14.74%</w:t>
      </w:r>
      <w:r>
        <w:br/>
      </w:r>
      <w:r>
        <w:t xml:space="preserve">D. 27.24%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MS8-Q009.</w:t>
      </w:r>
      <w:r>
        <w:t xml:space="preserve"> </w:t>
      </w:r>
      <w:r>
        <w:t xml:space="preserve">River, heads-up, no rake or ties: the pot is $140 BEFORE villain bets $65. Hero must call $65; action closes. What minimum showdown win probability makes calling break even?</w:t>
      </w:r>
    </w:p>
    <w:p>
      <w:pPr>
        <w:pStyle w:val="BodyText"/>
      </w:pPr>
      <w:r>
        <w:t xml:space="preserve">A. 10.07%</w:t>
      </w:r>
      <w:r>
        <w:br/>
      </w:r>
      <w:r>
        <w:t xml:space="preserve">B. 17.07%</w:t>
      </w:r>
      <w:r>
        <w:br/>
      </w:r>
      <w:r>
        <w:t xml:space="preserve">C. 29.57%</w:t>
      </w:r>
      <w:r>
        <w:br/>
      </w:r>
      <w:r>
        <w:t xml:space="preserve">D. 24.07%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MS8-Q010.</w:t>
      </w:r>
      <w:r>
        <w:t xml:space="preserve"> </w:t>
      </w:r>
      <w:r>
        <w:t xml:space="preserve">River, heads-up, no rake or ties: the pot is $150 BEFORE villain bets $80. Hero must call $80; action closes. What minimum showdown win probability makes calling break even?</w:t>
      </w:r>
    </w:p>
    <w:p>
      <w:pPr>
        <w:pStyle w:val="BodyText"/>
      </w:pPr>
      <w:r>
        <w:t xml:space="preserve">A. 11.81%</w:t>
      </w:r>
      <w:r>
        <w:br/>
      </w:r>
      <w:r>
        <w:t xml:space="preserve">B. 18.81%</w:t>
      </w:r>
      <w:r>
        <w:br/>
      </w:r>
      <w:r>
        <w:t xml:space="preserve">C. 25.81%</w:t>
      </w:r>
      <w:r>
        <w:br/>
      </w:r>
      <w:r>
        <w:t xml:space="preserve">D. 31.31%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MS8-Q011.</w:t>
      </w:r>
      <w:r>
        <w:t xml:space="preserve"> </w:t>
      </w:r>
      <w:r>
        <w:t xml:space="preserve">River, heads-up, no rake or ties: the pot is $160 BEFORE villain bets $20. Hero must call $20; action closes. What minimum showdown win probability makes calling break even?</w:t>
      </w:r>
    </w:p>
    <w:p>
      <w:pPr>
        <w:pStyle w:val="BodyText"/>
      </w:pPr>
      <w:r>
        <w:t xml:space="preserve">A. 0.10%</w:t>
      </w:r>
      <w:r>
        <w:br/>
      </w:r>
      <w:r>
        <w:t xml:space="preserve">B. 10.00%</w:t>
      </w:r>
      <w:r>
        <w:br/>
      </w:r>
      <w:r>
        <w:t xml:space="preserve">C. 3.00%</w:t>
      </w:r>
      <w:r>
        <w:br/>
      </w:r>
      <w:r>
        <w:t xml:space="preserve">D. 15.50%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MS8-Q012.</w:t>
      </w:r>
      <w:r>
        <w:t xml:space="preserve"> </w:t>
      </w:r>
      <w:r>
        <w:t xml:space="preserve">River, heads-up, no rake or ties: the pot is $60 BEFORE villain bets $35. Hero must call $35; action closes. What minimum showdown win probability makes calling break even?</w:t>
      </w:r>
    </w:p>
    <w:p>
      <w:pPr>
        <w:pStyle w:val="BodyText"/>
      </w:pPr>
      <w:r>
        <w:t xml:space="preserve">A. 26.92%</w:t>
      </w:r>
      <w:r>
        <w:br/>
      </w:r>
      <w:r>
        <w:t xml:space="preserve">B. 12.92%</w:t>
      </w:r>
      <w:r>
        <w:br/>
      </w:r>
      <w:r>
        <w:t xml:space="preserve">C. 19.92%</w:t>
      </w:r>
      <w:r>
        <w:br/>
      </w:r>
      <w:r>
        <w:t xml:space="preserve">D. 32.42%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MS8-Q013.</w:t>
      </w:r>
      <w:r>
        <w:t xml:space="preserve"> </w:t>
      </w:r>
      <w:r>
        <w:t xml:space="preserve">River, heads-up, no rake or ties: the pot is $70 BEFORE villain bets $50. Hero must call $50; action closes. What minimum showdown win probability makes calling break even?</w:t>
      </w:r>
    </w:p>
    <w:p>
      <w:pPr>
        <w:pStyle w:val="BodyText"/>
      </w:pPr>
      <w:r>
        <w:t xml:space="preserve">A. 15.41%</w:t>
      </w:r>
      <w:r>
        <w:br/>
      </w:r>
      <w:r>
        <w:t xml:space="preserve">B. 22.41%</w:t>
      </w:r>
      <w:r>
        <w:br/>
      </w:r>
      <w:r>
        <w:t xml:space="preserve">C. 34.91%</w:t>
      </w:r>
      <w:r>
        <w:br/>
      </w:r>
      <w:r>
        <w:t xml:space="preserve">D. 29.41%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MS8-Q014.</w:t>
      </w:r>
      <w:r>
        <w:t xml:space="preserve"> </w:t>
      </w:r>
      <w:r>
        <w:t xml:space="preserve">River, heads-up, no rake or ties: the pot is $80 BEFORE villain bets $65. Hero must call $65; action closes. What minimum showdown win probability makes calling break even?</w:t>
      </w:r>
    </w:p>
    <w:p>
      <w:pPr>
        <w:pStyle w:val="BodyText"/>
      </w:pPr>
      <w:r>
        <w:t xml:space="preserve">A. 16.95%</w:t>
      </w:r>
      <w:r>
        <w:br/>
      </w:r>
      <w:r>
        <w:t xml:space="preserve">B. 23.95%</w:t>
      </w:r>
      <w:r>
        <w:br/>
      </w:r>
      <w:r>
        <w:t xml:space="preserve">C. 30.95%</w:t>
      </w:r>
      <w:r>
        <w:br/>
      </w:r>
      <w:r>
        <w:t xml:space="preserve">D. 36.45%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MS8-Q015.</w:t>
      </w:r>
      <w:r>
        <w:t xml:space="preserve"> </w:t>
      </w:r>
      <w:r>
        <w:t xml:space="preserve">River, heads-up, no rake or ties: the pot is $90 BEFORE villain bets $80. Hero must call $80; action closes. What minimum showdown win probability makes calling break even?</w:t>
      </w:r>
    </w:p>
    <w:p>
      <w:pPr>
        <w:pStyle w:val="BodyText"/>
      </w:pPr>
      <w:r>
        <w:t xml:space="preserve">A. 18.00%</w:t>
      </w:r>
      <w:r>
        <w:br/>
      </w:r>
      <w:r>
        <w:t xml:space="preserve">B. 32.00%</w:t>
      </w:r>
      <w:r>
        <w:br/>
      </w:r>
      <w:r>
        <w:t xml:space="preserve">C. 25.00%</w:t>
      </w:r>
      <w:r>
        <w:br/>
      </w:r>
      <w:r>
        <w:t xml:space="preserve">D. 37.50%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MS8-Q016.</w:t>
      </w:r>
      <w:r>
        <w:t xml:space="preserve"> </w:t>
      </w:r>
      <w:r>
        <w:t xml:space="preserve">River, heads-up, no rake or ties: the pot is $100 BEFORE villain bets $20. Hero must call $20; action closes. What minimum showdown win probability makes calling break even?</w:t>
      </w:r>
    </w:p>
    <w:p>
      <w:pPr>
        <w:pStyle w:val="BodyText"/>
      </w:pPr>
      <w:r>
        <w:t xml:space="preserve">A. 14.29%</w:t>
      </w:r>
      <w:r>
        <w:br/>
      </w:r>
      <w:r>
        <w:t xml:space="preserve">B. 0.29%</w:t>
      </w:r>
      <w:r>
        <w:br/>
      </w:r>
      <w:r>
        <w:t xml:space="preserve">C. 7.29%</w:t>
      </w:r>
      <w:r>
        <w:br/>
      </w:r>
      <w:r>
        <w:t xml:space="preserve">D. 19.79%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MS8-Q017.</w:t>
      </w:r>
      <w:r>
        <w:t xml:space="preserve"> </w:t>
      </w:r>
      <w:r>
        <w:t xml:space="preserve">River, heads-up, no rake or ties: the pot is $110 BEFORE villain bets $35. Hero must call $35; action closes. What minimum showdown win probability makes calling break even?</w:t>
      </w:r>
    </w:p>
    <w:p>
      <w:pPr>
        <w:pStyle w:val="BodyText"/>
      </w:pPr>
      <w:r>
        <w:t xml:space="preserve">A. 5.44%</w:t>
      </w:r>
      <w:r>
        <w:br/>
      </w:r>
      <w:r>
        <w:t xml:space="preserve">B. 12.44%</w:t>
      </w:r>
      <w:r>
        <w:br/>
      </w:r>
      <w:r>
        <w:t xml:space="preserve">C. 24.94%</w:t>
      </w:r>
      <w:r>
        <w:br/>
      </w:r>
      <w:r>
        <w:t xml:space="preserve">D. 19.44%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MS8-Q018.</w:t>
      </w:r>
      <w:r>
        <w:t xml:space="preserve"> </w:t>
      </w:r>
      <w:r>
        <w:t xml:space="preserve">River, heads-up, no rake or ties: the pot is $120 BEFORE villain bets $50. Hero must call $50; action closes. What minimum showdown win probability makes calling break even?</w:t>
      </w:r>
    </w:p>
    <w:p>
      <w:pPr>
        <w:pStyle w:val="BodyText"/>
      </w:pPr>
      <w:r>
        <w:t xml:space="preserve">A. 8.73%</w:t>
      </w:r>
      <w:r>
        <w:br/>
      </w:r>
      <w:r>
        <w:t xml:space="preserve">B. 15.73%</w:t>
      </w:r>
      <w:r>
        <w:br/>
      </w:r>
      <w:r>
        <w:t xml:space="preserve">C. 22.73%</w:t>
      </w:r>
      <w:r>
        <w:br/>
      </w:r>
      <w:r>
        <w:t xml:space="preserve">D. 28.23%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MS8-Q019.</w:t>
      </w:r>
      <w:r>
        <w:t xml:space="preserve"> </w:t>
      </w:r>
      <w:r>
        <w:t xml:space="preserve">River, heads-up, no rake or ties: the pot is $130 BEFORE villain bets $65. Hero must call $65; action closes. What minimum showdown win probability makes calling break even?</w:t>
      </w:r>
    </w:p>
    <w:p>
      <w:pPr>
        <w:pStyle w:val="BodyText"/>
      </w:pPr>
      <w:r>
        <w:t xml:space="preserve">A. 11.00%</w:t>
      </w:r>
      <w:r>
        <w:br/>
      </w:r>
      <w:r>
        <w:t xml:space="preserve">B. 25.00%</w:t>
      </w:r>
      <w:r>
        <w:br/>
      </w:r>
      <w:r>
        <w:t xml:space="preserve">C. 18.00%</w:t>
      </w:r>
      <w:r>
        <w:br/>
      </w:r>
      <w:r>
        <w:t xml:space="preserve">D. 30.50%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MS8-Q020.</w:t>
      </w:r>
      <w:r>
        <w:t xml:space="preserve"> </w:t>
      </w:r>
      <w:r>
        <w:t xml:space="preserve">River, heads-up, no rake or ties: the pot is $140 BEFORE villain bets $80. Hero must call $80; action closes. What minimum showdown win probability makes calling break even?</w:t>
      </w:r>
    </w:p>
    <w:p>
      <w:pPr>
        <w:pStyle w:val="BodyText"/>
      </w:pPr>
      <w:r>
        <w:t xml:space="preserve">A. 26.67%</w:t>
      </w:r>
      <w:r>
        <w:br/>
      </w:r>
      <w:r>
        <w:t xml:space="preserve">B. 12.67%</w:t>
      </w:r>
      <w:r>
        <w:br/>
      </w:r>
      <w:r>
        <w:t xml:space="preserve">C. 19.67%</w:t>
      </w:r>
      <w:r>
        <w:br/>
      </w:r>
      <w:r>
        <w:t xml:space="preserve">D. 32.17%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24"/>
    <w:bookmarkStart w:id="25" w:name="unit-02-one-card-draws-and-outs"/>
    <w:p>
      <w:pPr>
        <w:pStyle w:val="Heading1"/>
      </w:pPr>
      <w:r>
        <w:t xml:space="preserve">Unit 02 — One-Card Draws and Outs</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MS8-Q021.</w:t>
      </w:r>
      <w:r>
        <w:t xml:space="preserve"> </w:t>
      </w:r>
      <w:r>
        <w:t xml:space="preserve">Hero has 4 fully clean, distinct outs with 47 unseen cards and will see exactly ONE card (flop to turn). What is the exact completion probability?</w:t>
      </w:r>
    </w:p>
    <w:p>
      <w:pPr>
        <w:pStyle w:val="BodyText"/>
      </w:pPr>
      <w:r>
        <w:t xml:space="preserve">A. 0.10%</w:t>
      </w:r>
      <w:r>
        <w:br/>
      </w:r>
      <w:r>
        <w:t xml:space="preserve">B. 1.51%</w:t>
      </w:r>
      <w:r>
        <w:br/>
      </w:r>
      <w:r>
        <w:t xml:space="preserve">C. 14.01%</w:t>
      </w:r>
      <w:r>
        <w:br/>
      </w:r>
      <w:r>
        <w:t xml:space="preserve">D. 8.51%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MS8-Q022.</w:t>
      </w:r>
      <w:r>
        <w:t xml:space="preserve"> </w:t>
      </w:r>
      <w:r>
        <w:t xml:space="preserve">Hero has 11 fully clean, distinct outs with 46 unseen cards and will see exactly ONE card (turn to river). What is the exact completion probability?</w:t>
      </w:r>
    </w:p>
    <w:p>
      <w:pPr>
        <w:pStyle w:val="BodyText"/>
      </w:pPr>
      <w:r>
        <w:t xml:space="preserve">A. 9.91%</w:t>
      </w:r>
      <w:r>
        <w:br/>
      </w:r>
      <w:r>
        <w:t xml:space="preserve">B. 16.91%</w:t>
      </w:r>
      <w:r>
        <w:br/>
      </w:r>
      <w:r>
        <w:t xml:space="preserve">C. 23.91%</w:t>
      </w:r>
      <w:r>
        <w:br/>
      </w:r>
      <w:r>
        <w:t xml:space="preserve">D. 29.41%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MS8-Q023.</w:t>
      </w:r>
      <w:r>
        <w:t xml:space="preserve"> </w:t>
      </w:r>
      <w:r>
        <w:t xml:space="preserve">Hero has 5 fully clean, distinct outs with 47 unseen cards and will see exactly ONE card (flop to turn). What is the exact completion probability?</w:t>
      </w:r>
    </w:p>
    <w:p>
      <w:pPr>
        <w:pStyle w:val="BodyText"/>
      </w:pPr>
      <w:r>
        <w:t xml:space="preserve">A. 0.10%</w:t>
      </w:r>
      <w:r>
        <w:br/>
      </w:r>
      <w:r>
        <w:t xml:space="preserve">B. 10.64%</w:t>
      </w:r>
      <w:r>
        <w:br/>
      </w:r>
      <w:r>
        <w:t xml:space="preserve">C. 3.64%</w:t>
      </w:r>
      <w:r>
        <w:br/>
      </w:r>
      <w:r>
        <w:t xml:space="preserve">D. 16.14%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MS8-Q024.</w:t>
      </w:r>
      <w:r>
        <w:t xml:space="preserve"> </w:t>
      </w:r>
      <w:r>
        <w:t xml:space="preserve">Hero has 12 fully clean, distinct outs with 46 unseen cards and will see exactly ONE card (turn to river). What is the exact completion probability?</w:t>
      </w:r>
    </w:p>
    <w:p>
      <w:pPr>
        <w:pStyle w:val="BodyText"/>
      </w:pPr>
      <w:r>
        <w:t xml:space="preserve">A. 26.09%</w:t>
      </w:r>
      <w:r>
        <w:br/>
      </w:r>
      <w:r>
        <w:t xml:space="preserve">B. 12.09%</w:t>
      </w:r>
      <w:r>
        <w:br/>
      </w:r>
      <w:r>
        <w:t xml:space="preserve">C. 19.09%</w:t>
      </w:r>
      <w:r>
        <w:br/>
      </w:r>
      <w:r>
        <w:t xml:space="preserve">D. 31.59%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MS8-Q025.</w:t>
      </w:r>
      <w:r>
        <w:t xml:space="preserve"> </w:t>
      </w:r>
      <w:r>
        <w:t xml:space="preserve">Hero has 6 fully clean, distinct outs with 47 unseen cards and will see exactly ONE card (flop to turn). What is the exact completion probability?</w:t>
      </w:r>
    </w:p>
    <w:p>
      <w:pPr>
        <w:pStyle w:val="BodyText"/>
      </w:pPr>
      <w:r>
        <w:t xml:space="preserve">A. 0.10%</w:t>
      </w:r>
      <w:r>
        <w:br/>
      </w:r>
      <w:r>
        <w:t xml:space="preserve">B. 5.77%</w:t>
      </w:r>
      <w:r>
        <w:br/>
      </w:r>
      <w:r>
        <w:t xml:space="preserve">C. 18.27%</w:t>
      </w:r>
      <w:r>
        <w:br/>
      </w:r>
      <w:r>
        <w:t xml:space="preserve">D. 12.77%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MS8-Q026.</w:t>
      </w:r>
      <w:r>
        <w:t xml:space="preserve"> </w:t>
      </w:r>
      <w:r>
        <w:t xml:space="preserve">Hero has 13 fully clean, distinct outs with 46 unseen cards and will see exactly ONE card (turn to river). What is the exact completion probability?</w:t>
      </w:r>
    </w:p>
    <w:p>
      <w:pPr>
        <w:pStyle w:val="BodyText"/>
      </w:pPr>
      <w:r>
        <w:t xml:space="preserve">A. 14.26%</w:t>
      </w:r>
      <w:r>
        <w:br/>
      </w:r>
      <w:r>
        <w:t xml:space="preserve">B. 21.26%</w:t>
      </w:r>
      <w:r>
        <w:br/>
      </w:r>
      <w:r>
        <w:t xml:space="preserve">C. 28.26%</w:t>
      </w:r>
      <w:r>
        <w:br/>
      </w:r>
      <w:r>
        <w:t xml:space="preserve">D. 33.76%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MS8-Q027.</w:t>
      </w:r>
      <w:r>
        <w:t xml:space="preserve"> </w:t>
      </w:r>
      <w:r>
        <w:t xml:space="preserve">Hero has 7 fully clean, distinct outs with 47 unseen cards and will see exactly ONE card (flop to turn). What is the exact completion probability?</w:t>
      </w:r>
    </w:p>
    <w:p>
      <w:pPr>
        <w:pStyle w:val="BodyText"/>
      </w:pPr>
      <w:r>
        <w:t xml:space="preserve">A. 0.89%</w:t>
      </w:r>
      <w:r>
        <w:br/>
      </w:r>
      <w:r>
        <w:t xml:space="preserve">B. 14.89%</w:t>
      </w:r>
      <w:r>
        <w:br/>
      </w:r>
      <w:r>
        <w:t xml:space="preserve">C. 7.89%</w:t>
      </w:r>
      <w:r>
        <w:br/>
      </w:r>
      <w:r>
        <w:t xml:space="preserve">D. 20.39%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MS8-Q028.</w:t>
      </w:r>
      <w:r>
        <w:t xml:space="preserve"> </w:t>
      </w:r>
      <w:r>
        <w:t xml:space="preserve">Hero has 14 fully clean, distinct outs with 46 unseen cards and will see exactly ONE card (turn to river). What is the exact completion probability?</w:t>
      </w:r>
    </w:p>
    <w:p>
      <w:pPr>
        <w:pStyle w:val="BodyText"/>
      </w:pPr>
      <w:r>
        <w:t xml:space="preserve">A. 30.43%</w:t>
      </w:r>
      <w:r>
        <w:br/>
      </w:r>
      <w:r>
        <w:t xml:space="preserve">B. 16.43%</w:t>
      </w:r>
      <w:r>
        <w:br/>
      </w:r>
      <w:r>
        <w:t xml:space="preserve">C. 23.43%</w:t>
      </w:r>
      <w:r>
        <w:br/>
      </w:r>
      <w:r>
        <w:t xml:space="preserve">D. 35.93%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MS8-Q029.</w:t>
      </w:r>
      <w:r>
        <w:t xml:space="preserve"> </w:t>
      </w:r>
      <w:r>
        <w:t xml:space="preserve">Hero has 8 fully clean, distinct outs with 47 unseen cards and will see exactly ONE card (flop to turn). What is the exact completion probability?</w:t>
      </w:r>
    </w:p>
    <w:p>
      <w:pPr>
        <w:pStyle w:val="BodyText"/>
      </w:pPr>
      <w:r>
        <w:t xml:space="preserve">A. 3.02%</w:t>
      </w:r>
      <w:r>
        <w:br/>
      </w:r>
      <w:r>
        <w:t xml:space="preserve">B. 10.02%</w:t>
      </w:r>
      <w:r>
        <w:br/>
      </w:r>
      <w:r>
        <w:t xml:space="preserve">C. 22.52%</w:t>
      </w:r>
      <w:r>
        <w:br/>
      </w:r>
      <w:r>
        <w:t xml:space="preserve">D. 17.02%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MS8-Q030.</w:t>
      </w:r>
      <w:r>
        <w:t xml:space="preserve"> </w:t>
      </w:r>
      <w:r>
        <w:t xml:space="preserve">Hero has 15 fully clean, distinct outs with 46 unseen cards and will see exactly ONE card (turn to river). What is the exact completion probability?</w:t>
      </w:r>
    </w:p>
    <w:p>
      <w:pPr>
        <w:pStyle w:val="BodyText"/>
      </w:pPr>
      <w:r>
        <w:t xml:space="preserve">A. 18.61%</w:t>
      </w:r>
      <w:r>
        <w:br/>
      </w:r>
      <w:r>
        <w:t xml:space="preserve">B. 25.61%</w:t>
      </w:r>
      <w:r>
        <w:br/>
      </w:r>
      <w:r>
        <w:t xml:space="preserve">C. 32.61%</w:t>
      </w:r>
      <w:r>
        <w:br/>
      </w:r>
      <w:r>
        <w:t xml:space="preserve">D. 38.11%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MS8-Q031.</w:t>
      </w:r>
      <w:r>
        <w:t xml:space="preserve"> </w:t>
      </w:r>
      <w:r>
        <w:t xml:space="preserve">Hero has 9 fully clean, distinct outs with 47 unseen cards and will see exactly ONE card (flop to turn). What is the exact completion probability?</w:t>
      </w:r>
    </w:p>
    <w:p>
      <w:pPr>
        <w:pStyle w:val="BodyText"/>
      </w:pPr>
      <w:r>
        <w:t xml:space="preserve">A. 5.15%</w:t>
      </w:r>
      <w:r>
        <w:br/>
      </w:r>
      <w:r>
        <w:t xml:space="preserve">B. 19.15%</w:t>
      </w:r>
      <w:r>
        <w:br/>
      </w:r>
      <w:r>
        <w:t xml:space="preserve">C. 12.15%</w:t>
      </w:r>
      <w:r>
        <w:br/>
      </w:r>
      <w:r>
        <w:t xml:space="preserve">D. 24.65%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MS8-Q032.</w:t>
      </w:r>
      <w:r>
        <w:t xml:space="preserve"> </w:t>
      </w:r>
      <w:r>
        <w:t xml:space="preserve">Hero has 16 fully clean, distinct outs with 46 unseen cards and will see exactly ONE card (turn to river). What is the exact completion probability?</w:t>
      </w:r>
    </w:p>
    <w:p>
      <w:pPr>
        <w:pStyle w:val="BodyText"/>
      </w:pPr>
      <w:r>
        <w:t xml:space="preserve">A. 34.78%</w:t>
      </w:r>
      <w:r>
        <w:br/>
      </w:r>
      <w:r>
        <w:t xml:space="preserve">B. 20.78%</w:t>
      </w:r>
      <w:r>
        <w:br/>
      </w:r>
      <w:r>
        <w:t xml:space="preserve">C. 27.78%</w:t>
      </w:r>
      <w:r>
        <w:br/>
      </w:r>
      <w:r>
        <w:t xml:space="preserve">D. 40.28%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MS8-Q033.</w:t>
      </w:r>
      <w:r>
        <w:t xml:space="preserve"> </w:t>
      </w:r>
      <w:r>
        <w:t xml:space="preserve">Hero has 10 fully clean, distinct outs with 47 unseen cards and will see exactly ONE card (flop to turn). What is the exact completion probability?</w:t>
      </w:r>
    </w:p>
    <w:p>
      <w:pPr>
        <w:pStyle w:val="BodyText"/>
      </w:pPr>
      <w:r>
        <w:t xml:space="preserve">A. 7.28%</w:t>
      </w:r>
      <w:r>
        <w:br/>
      </w:r>
      <w:r>
        <w:t xml:space="preserve">B. 14.28%</w:t>
      </w:r>
      <w:r>
        <w:br/>
      </w:r>
      <w:r>
        <w:t xml:space="preserve">C. 26.78%</w:t>
      </w:r>
      <w:r>
        <w:br/>
      </w:r>
      <w:r>
        <w:t xml:space="preserve">D. 21.28%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MS8-Q034.</w:t>
      </w:r>
      <w:r>
        <w:t xml:space="preserve"> </w:t>
      </w:r>
      <w:r>
        <w:t xml:space="preserve">Hero has 4 fully clean, distinct outs with 46 unseen cards and will see exactly ONE card (turn to river). What is the exact completion probability?</w:t>
      </w:r>
    </w:p>
    <w:p>
      <w:pPr>
        <w:pStyle w:val="BodyText"/>
      </w:pPr>
      <w:r>
        <w:t xml:space="preserve">A. 0.10%</w:t>
      </w:r>
      <w:r>
        <w:br/>
      </w:r>
      <w:r>
        <w:t xml:space="preserve">B. 1.70%</w:t>
      </w:r>
      <w:r>
        <w:br/>
      </w:r>
      <w:r>
        <w:t xml:space="preserve">C. 8.70%</w:t>
      </w:r>
      <w:r>
        <w:br/>
      </w:r>
      <w:r>
        <w:t xml:space="preserve">D. 14.20%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MS8-Q035.</w:t>
      </w:r>
      <w:r>
        <w:t xml:space="preserve"> </w:t>
      </w:r>
      <w:r>
        <w:t xml:space="preserve">Hero has 11 fully clean, distinct outs with 47 unseen cards and will see exactly ONE card (flop to turn). What is the exact completion probability?</w:t>
      </w:r>
    </w:p>
    <w:p>
      <w:pPr>
        <w:pStyle w:val="BodyText"/>
      </w:pPr>
      <w:r>
        <w:t xml:space="preserve">A. 9.40%</w:t>
      </w:r>
      <w:r>
        <w:br/>
      </w:r>
      <w:r>
        <w:t xml:space="preserve">B. 23.40%</w:t>
      </w:r>
      <w:r>
        <w:br/>
      </w:r>
      <w:r>
        <w:t xml:space="preserve">C. 16.40%</w:t>
      </w:r>
      <w:r>
        <w:br/>
      </w:r>
      <w:r>
        <w:t xml:space="preserve">D. 28.90%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MS8-Q036.</w:t>
      </w:r>
      <w:r>
        <w:t xml:space="preserve"> </w:t>
      </w:r>
      <w:r>
        <w:t xml:space="preserve">Hero has 5 fully clean, distinct outs with 46 unseen cards and will see exactly ONE card (turn to river). What is the exact completion probability?</w:t>
      </w:r>
    </w:p>
    <w:p>
      <w:pPr>
        <w:pStyle w:val="BodyText"/>
      </w:pPr>
      <w:r>
        <w:t xml:space="preserve">A. 10.87%</w:t>
      </w:r>
      <w:r>
        <w:br/>
      </w:r>
      <w:r>
        <w:t xml:space="preserve">B. 0.10%</w:t>
      </w:r>
      <w:r>
        <w:br/>
      </w:r>
      <w:r>
        <w:t xml:space="preserve">C. 3.87%</w:t>
      </w:r>
      <w:r>
        <w:br/>
      </w:r>
      <w:r>
        <w:t xml:space="preserve">D. 16.37%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MS8-Q037.</w:t>
      </w:r>
      <w:r>
        <w:t xml:space="preserve"> </w:t>
      </w:r>
      <w:r>
        <w:t xml:space="preserve">Hero has 12 fully clean, distinct outs with 47 unseen cards and will see exactly ONE card (flop to turn). What is the exact completion probability?</w:t>
      </w:r>
    </w:p>
    <w:p>
      <w:pPr>
        <w:pStyle w:val="BodyText"/>
      </w:pPr>
      <w:r>
        <w:t xml:space="preserve">A. 11.53%</w:t>
      </w:r>
      <w:r>
        <w:br/>
      </w:r>
      <w:r>
        <w:t xml:space="preserve">B. 18.53%</w:t>
      </w:r>
      <w:r>
        <w:br/>
      </w:r>
      <w:r>
        <w:t xml:space="preserve">C. 31.03%</w:t>
      </w:r>
      <w:r>
        <w:br/>
      </w:r>
      <w:r>
        <w:t xml:space="preserve">D. 25.53%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MS8-Q038.</w:t>
      </w:r>
      <w:r>
        <w:t xml:space="preserve"> </w:t>
      </w:r>
      <w:r>
        <w:t xml:space="preserve">Hero has 6 fully clean, distinct outs with 46 unseen cards and will see exactly ONE card (turn to river). What is the exact completion probability?</w:t>
      </w:r>
    </w:p>
    <w:p>
      <w:pPr>
        <w:pStyle w:val="BodyText"/>
      </w:pPr>
      <w:r>
        <w:t xml:space="preserve">A. 0.10%</w:t>
      </w:r>
      <w:r>
        <w:br/>
      </w:r>
      <w:r>
        <w:t xml:space="preserve">B. 6.04%</w:t>
      </w:r>
      <w:r>
        <w:br/>
      </w:r>
      <w:r>
        <w:t xml:space="preserve">C. 13.04%</w:t>
      </w:r>
      <w:r>
        <w:br/>
      </w:r>
      <w:r>
        <w:t xml:space="preserve">D. 18.54%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MS8-Q039.</w:t>
      </w:r>
      <w:r>
        <w:t xml:space="preserve"> </w:t>
      </w:r>
      <w:r>
        <w:t xml:space="preserve">Hero has 13 fully clean, distinct outs with 47 unseen cards and will see exactly ONE card (flop to turn). What is the exact completion probability?</w:t>
      </w:r>
    </w:p>
    <w:p>
      <w:pPr>
        <w:pStyle w:val="BodyText"/>
      </w:pPr>
      <w:r>
        <w:t xml:space="preserve">A. 13.66%</w:t>
      </w:r>
      <w:r>
        <w:br/>
      </w:r>
      <w:r>
        <w:t xml:space="preserve">B. 27.66%</w:t>
      </w:r>
      <w:r>
        <w:br/>
      </w:r>
      <w:r>
        <w:t xml:space="preserve">C. 20.66%</w:t>
      </w:r>
      <w:r>
        <w:br/>
      </w:r>
      <w:r>
        <w:t xml:space="preserve">D. 33.16%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MS8-Q040.</w:t>
      </w:r>
      <w:r>
        <w:t xml:space="preserve"> </w:t>
      </w:r>
      <w:r>
        <w:t xml:space="preserve">Hero has 7 fully clean, distinct outs with 46 unseen cards and will see exactly ONE card (turn to river). What is the exact completion probability?</w:t>
      </w:r>
    </w:p>
    <w:p>
      <w:pPr>
        <w:pStyle w:val="BodyText"/>
      </w:pPr>
      <w:r>
        <w:t xml:space="preserve">A. 15.22%</w:t>
      </w:r>
      <w:r>
        <w:br/>
      </w:r>
      <w:r>
        <w:t xml:space="preserve">B. 1.22%</w:t>
      </w:r>
      <w:r>
        <w:br/>
      </w:r>
      <w:r>
        <w:t xml:space="preserve">C. 8.22%</w:t>
      </w:r>
      <w:r>
        <w:br/>
      </w:r>
      <w:r>
        <w:t xml:space="preserve">D. 20.72%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25"/>
    <w:bookmarkStart w:id="26" w:name="unit-03-two-card-draw-completion"/>
    <w:p>
      <w:pPr>
        <w:pStyle w:val="Heading1"/>
      </w:pPr>
      <w:r>
        <w:t xml:space="preserve">Unit 03 — Two-Card Draw Completion</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MS8-Q041.</w:t>
      </w:r>
      <w:r>
        <w:t xml:space="preserve"> </w:t>
      </w:r>
      <w:r>
        <w:t xml:space="preserve">On the flop Hero has 4 clean rank/suit outs; both remaining cards will be dealt free, the outs remain clean, and hitting at least one is sufficient. What is the exact hit-by-river probability?</w:t>
      </w:r>
    </w:p>
    <w:p>
      <w:pPr>
        <w:pStyle w:val="BodyText"/>
      </w:pPr>
      <w:r>
        <w:t xml:space="preserve">A. 2.47%</w:t>
      </w:r>
      <w:r>
        <w:br/>
      </w:r>
      <w:r>
        <w:t xml:space="preserve">B. 9.47%</w:t>
      </w:r>
      <w:r>
        <w:br/>
      </w:r>
      <w:r>
        <w:t xml:space="preserve">C. 21.97%</w:t>
      </w:r>
      <w:r>
        <w:br/>
      </w:r>
      <w:r>
        <w:t xml:space="preserve">D. 16.47%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MS8-Q042.</w:t>
      </w:r>
      <w:r>
        <w:t xml:space="preserve"> </w:t>
      </w:r>
      <w:r>
        <w:t xml:space="preserve">On the flop Hero has 9 clean rank/suit outs; both remaining cards will be dealt free, the outs remain clean, and hitting at least one is sufficient. What is the exact hit-by-river probability?</w:t>
      </w:r>
    </w:p>
    <w:p>
      <w:pPr>
        <w:pStyle w:val="BodyText"/>
      </w:pPr>
      <w:r>
        <w:t xml:space="preserve">A. 20.97%</w:t>
      </w:r>
      <w:r>
        <w:br/>
      </w:r>
      <w:r>
        <w:t xml:space="preserve">B. 27.97%</w:t>
      </w:r>
      <w:r>
        <w:br/>
      </w:r>
      <w:r>
        <w:t xml:space="preserve">C. 34.97%</w:t>
      </w:r>
      <w:r>
        <w:br/>
      </w:r>
      <w:r>
        <w:t xml:space="preserve">D. 40.47%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MS8-Q043.</w:t>
      </w:r>
      <w:r>
        <w:t xml:space="preserve"> </w:t>
      </w:r>
      <w:r>
        <w:t xml:space="preserve">On the flop Hero has 14 clean rank/suit outs; both remaining cards will be dealt free, the outs remain clean, and hitting at least one is sufficient. What is the exact hit-by-river probability?</w:t>
      </w:r>
    </w:p>
    <w:p>
      <w:pPr>
        <w:pStyle w:val="BodyText"/>
      </w:pPr>
      <w:r>
        <w:t xml:space="preserve">A. 37.16%</w:t>
      </w:r>
      <w:r>
        <w:br/>
      </w:r>
      <w:r>
        <w:t xml:space="preserve">B. 51.16%</w:t>
      </w:r>
      <w:r>
        <w:br/>
      </w:r>
      <w:r>
        <w:t xml:space="preserve">C. 44.16%</w:t>
      </w:r>
      <w:r>
        <w:br/>
      </w:r>
      <w:r>
        <w:t xml:space="preserve">D. 56.66%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MS8-Q044.</w:t>
      </w:r>
      <w:r>
        <w:t xml:space="preserve"> </w:t>
      </w:r>
      <w:r>
        <w:t xml:space="preserve">On the flop Hero has 6 clean rank/suit outs; both remaining cards will be dealt free, the outs remain clean, and hitting at least one is sufficient. What is the exact hit-by-river probability?</w:t>
      </w:r>
    </w:p>
    <w:p>
      <w:pPr>
        <w:pStyle w:val="BodyText"/>
      </w:pPr>
      <w:r>
        <w:t xml:space="preserve">A. 24.14%</w:t>
      </w:r>
      <w:r>
        <w:br/>
      </w:r>
      <w:r>
        <w:t xml:space="preserve">B. 10.14%</w:t>
      </w:r>
      <w:r>
        <w:br/>
      </w:r>
      <w:r>
        <w:t xml:space="preserve">C. 17.14%</w:t>
      </w:r>
      <w:r>
        <w:br/>
      </w:r>
      <w:r>
        <w:t xml:space="preserve">D. 29.64%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MS8-Q045.</w:t>
      </w:r>
      <w:r>
        <w:t xml:space="preserve"> </w:t>
      </w:r>
      <w:r>
        <w:t xml:space="preserve">On the flop Hero has 11 clean rank/suit outs; both remaining cards will be dealt free, the outs remain clean, and hitting at least one is sufficient. What is the exact hit-by-river probability?</w:t>
      </w:r>
    </w:p>
    <w:p>
      <w:pPr>
        <w:pStyle w:val="BodyText"/>
      </w:pPr>
      <w:r>
        <w:t xml:space="preserve">A. 27.72%</w:t>
      </w:r>
      <w:r>
        <w:br/>
      </w:r>
      <w:r>
        <w:t xml:space="preserve">B. 34.72%</w:t>
      </w:r>
      <w:r>
        <w:br/>
      </w:r>
      <w:r>
        <w:t xml:space="preserve">C. 47.22%</w:t>
      </w:r>
      <w:r>
        <w:br/>
      </w:r>
      <w:r>
        <w:t xml:space="preserve">D. 41.72%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MS8-Q046.</w:t>
      </w:r>
      <w:r>
        <w:t xml:space="preserve"> </w:t>
      </w:r>
      <w:r>
        <w:t xml:space="preserve">On the flop Hero has 16 clean rank/suit outs; both remaining cards will be dealt free, the outs remain clean, and hitting at least one is sufficient. What is the exact hit-by-river probability?</w:t>
      </w:r>
    </w:p>
    <w:p>
      <w:pPr>
        <w:pStyle w:val="BodyText"/>
      </w:pPr>
      <w:r>
        <w:t xml:space="preserve">A. 42.98%</w:t>
      </w:r>
      <w:r>
        <w:br/>
      </w:r>
      <w:r>
        <w:t xml:space="preserve">B. 49.98%</w:t>
      </w:r>
      <w:r>
        <w:br/>
      </w:r>
      <w:r>
        <w:t xml:space="preserve">C. 56.98%</w:t>
      </w:r>
      <w:r>
        <w:br/>
      </w:r>
      <w:r>
        <w:t xml:space="preserve">D. 62.48%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MS8-Q047.</w:t>
      </w:r>
      <w:r>
        <w:t xml:space="preserve"> </w:t>
      </w:r>
      <w:r>
        <w:t xml:space="preserve">On the flop Hero has 8 clean rank/suit outs; both remaining cards will be dealt free, the outs remain clean, and hitting at least one is sufficient. What is the exact hit-by-river probability?</w:t>
      </w:r>
    </w:p>
    <w:p>
      <w:pPr>
        <w:pStyle w:val="BodyText"/>
      </w:pPr>
      <w:r>
        <w:t xml:space="preserve">A. 17.45%</w:t>
      </w:r>
      <w:r>
        <w:br/>
      </w:r>
      <w:r>
        <w:t xml:space="preserve">B. 31.45%</w:t>
      </w:r>
      <w:r>
        <w:br/>
      </w:r>
      <w:r>
        <w:t xml:space="preserve">C. 24.45%</w:t>
      </w:r>
      <w:r>
        <w:br/>
      </w:r>
      <w:r>
        <w:t xml:space="preserve">D. 36.95%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MS8-Q048.</w:t>
      </w:r>
      <w:r>
        <w:t xml:space="preserve"> </w:t>
      </w:r>
      <w:r>
        <w:t xml:space="preserve">On the flop Hero has 13 clean rank/suit outs; both remaining cards will be dealt free, the outs remain clean, and hitting at least one is sufficient. What is the exact hit-by-river probability?</w:t>
      </w:r>
    </w:p>
    <w:p>
      <w:pPr>
        <w:pStyle w:val="BodyText"/>
      </w:pPr>
      <w:r>
        <w:t xml:space="preserve">A. 48.10%</w:t>
      </w:r>
      <w:r>
        <w:br/>
      </w:r>
      <w:r>
        <w:t xml:space="preserve">B. 34.10%</w:t>
      </w:r>
      <w:r>
        <w:br/>
      </w:r>
      <w:r>
        <w:t xml:space="preserve">C. 41.10%</w:t>
      </w:r>
      <w:r>
        <w:br/>
      </w:r>
      <w:r>
        <w:t xml:space="preserve">D. 53.60%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MS8-Q049.</w:t>
      </w:r>
      <w:r>
        <w:t xml:space="preserve"> </w:t>
      </w:r>
      <w:r>
        <w:t xml:space="preserve">On the flop Hero has 5 clean rank/suit outs; both remaining cards will be dealt free, the outs remain clean, and hitting at least one is sufficient. What is the exact hit-by-river probability?</w:t>
      </w:r>
    </w:p>
    <w:p>
      <w:pPr>
        <w:pStyle w:val="BodyText"/>
      </w:pPr>
      <w:r>
        <w:t xml:space="preserve">A. 6.35%</w:t>
      </w:r>
      <w:r>
        <w:br/>
      </w:r>
      <w:r>
        <w:t xml:space="preserve">B. 13.35%</w:t>
      </w:r>
      <w:r>
        <w:br/>
      </w:r>
      <w:r>
        <w:t xml:space="preserve">C. 25.85%</w:t>
      </w:r>
      <w:r>
        <w:br/>
      </w:r>
      <w:r>
        <w:t xml:space="preserve">D. 20.35%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MS8-Q050.</w:t>
      </w:r>
      <w:r>
        <w:t xml:space="preserve"> </w:t>
      </w:r>
      <w:r>
        <w:t xml:space="preserve">On the flop Hero has 10 clean rank/suit outs; both remaining cards will be dealt free, the outs remain clean, and hitting at least one is sufficient. What is the exact hit-by-river probability?</w:t>
      </w:r>
    </w:p>
    <w:p>
      <w:pPr>
        <w:pStyle w:val="BodyText"/>
      </w:pPr>
      <w:r>
        <w:t xml:space="preserve">A. 24.39%</w:t>
      </w:r>
      <w:r>
        <w:br/>
      </w:r>
      <w:r>
        <w:t xml:space="preserve">B. 31.39%</w:t>
      </w:r>
      <w:r>
        <w:br/>
      </w:r>
      <w:r>
        <w:t xml:space="preserve">C. 38.39%</w:t>
      </w:r>
      <w:r>
        <w:br/>
      </w:r>
      <w:r>
        <w:t xml:space="preserve">D. 43.89%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MS8-Q051.</w:t>
      </w:r>
      <w:r>
        <w:t xml:space="preserve"> </w:t>
      </w:r>
      <w:r>
        <w:t xml:space="preserve">On the flop Hero has 15 clean rank/suit outs; both remaining cards will be dealt free, the outs remain clean, and hitting at least one is sufficient. What is the exact hit-by-river probability?</w:t>
      </w:r>
    </w:p>
    <w:p>
      <w:pPr>
        <w:pStyle w:val="BodyText"/>
      </w:pPr>
      <w:r>
        <w:t xml:space="preserve">A. 40.12%</w:t>
      </w:r>
      <w:r>
        <w:br/>
      </w:r>
      <w:r>
        <w:t xml:space="preserve">B. 54.12%</w:t>
      </w:r>
      <w:r>
        <w:br/>
      </w:r>
      <w:r>
        <w:t xml:space="preserve">C. 47.12%</w:t>
      </w:r>
      <w:r>
        <w:br/>
      </w:r>
      <w:r>
        <w:t xml:space="preserve">D. 59.62%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MS8-Q052.</w:t>
      </w:r>
      <w:r>
        <w:t xml:space="preserve"> </w:t>
      </w:r>
      <w:r>
        <w:t xml:space="preserve">On the flop Hero has 7 clean rank/suit outs; both remaining cards will be dealt free, the outs remain clean, and hitting at least one is sufficient. What is the exact hit-by-river probability?</w:t>
      </w:r>
    </w:p>
    <w:p>
      <w:pPr>
        <w:pStyle w:val="BodyText"/>
      </w:pPr>
      <w:r>
        <w:t xml:space="preserve">A. 27.84%</w:t>
      </w:r>
      <w:r>
        <w:br/>
      </w:r>
      <w:r>
        <w:t xml:space="preserve">B. 13.84%</w:t>
      </w:r>
      <w:r>
        <w:br/>
      </w:r>
      <w:r>
        <w:t xml:space="preserve">C. 20.84%</w:t>
      </w:r>
      <w:r>
        <w:br/>
      </w:r>
      <w:r>
        <w:t xml:space="preserve">D. 33.34%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MS8-Q053.</w:t>
      </w:r>
      <w:r>
        <w:t xml:space="preserve"> </w:t>
      </w:r>
      <w:r>
        <w:t xml:space="preserve">On the flop Hero has 12 clean rank/suit outs; both remaining cards will be dealt free, the outs remain clean, and hitting at least one is sufficient. What is the exact hit-by-river probability?</w:t>
      </w:r>
    </w:p>
    <w:p>
      <w:pPr>
        <w:pStyle w:val="BodyText"/>
      </w:pPr>
      <w:r>
        <w:t xml:space="preserve">A. 30.96%</w:t>
      </w:r>
      <w:r>
        <w:br/>
      </w:r>
      <w:r>
        <w:t xml:space="preserve">B. 37.96%</w:t>
      </w:r>
      <w:r>
        <w:br/>
      </w:r>
      <w:r>
        <w:t xml:space="preserve">C. 50.46%</w:t>
      </w:r>
      <w:r>
        <w:br/>
      </w:r>
      <w:r>
        <w:t xml:space="preserve">D. 44.96%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MS8-Q054.</w:t>
      </w:r>
      <w:r>
        <w:t xml:space="preserve"> </w:t>
      </w:r>
      <w:r>
        <w:t xml:space="preserve">On the flop Hero has 4 clean rank/suit outs; both remaining cards will be dealt free, the outs remain clean, and hitting at least one is sufficient. What is the exact hit-by-river probability?</w:t>
      </w:r>
    </w:p>
    <w:p>
      <w:pPr>
        <w:pStyle w:val="BodyText"/>
      </w:pPr>
      <w:r>
        <w:t xml:space="preserve">A. 2.47%</w:t>
      </w:r>
      <w:r>
        <w:br/>
      </w:r>
      <w:r>
        <w:t xml:space="preserve">B. 9.47%</w:t>
      </w:r>
      <w:r>
        <w:br/>
      </w:r>
      <w:r>
        <w:t xml:space="preserve">C. 16.47%</w:t>
      </w:r>
      <w:r>
        <w:br/>
      </w:r>
      <w:r>
        <w:t xml:space="preserve">D. 21.97%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MS8-Q055.</w:t>
      </w:r>
      <w:r>
        <w:t xml:space="preserve"> </w:t>
      </w:r>
      <w:r>
        <w:t xml:space="preserve">On the flop Hero has 9 clean rank/suit outs; both remaining cards will be dealt free, the outs remain clean, and hitting at least one is sufficient. What is the exact hit-by-river probability?</w:t>
      </w:r>
    </w:p>
    <w:p>
      <w:pPr>
        <w:pStyle w:val="BodyText"/>
      </w:pPr>
      <w:r>
        <w:t xml:space="preserve">A. 20.97%</w:t>
      </w:r>
      <w:r>
        <w:br/>
      </w:r>
      <w:r>
        <w:t xml:space="preserve">B. 34.97%</w:t>
      </w:r>
      <w:r>
        <w:br/>
      </w:r>
      <w:r>
        <w:t xml:space="preserve">C. 27.97%</w:t>
      </w:r>
      <w:r>
        <w:br/>
      </w:r>
      <w:r>
        <w:t xml:space="preserve">D. 40.47%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MS8-Q056.</w:t>
      </w:r>
      <w:r>
        <w:t xml:space="preserve"> </w:t>
      </w:r>
      <w:r>
        <w:t xml:space="preserve">On the flop Hero has 14 clean rank/suit outs; both remaining cards will be dealt free, the outs remain clean, and hitting at least one is sufficient. What is the exact hit-by-river probability?</w:t>
      </w:r>
    </w:p>
    <w:p>
      <w:pPr>
        <w:pStyle w:val="BodyText"/>
      </w:pPr>
      <w:r>
        <w:t xml:space="preserve">A. 51.16%</w:t>
      </w:r>
      <w:r>
        <w:br/>
      </w:r>
      <w:r>
        <w:t xml:space="preserve">B. 37.16%</w:t>
      </w:r>
      <w:r>
        <w:br/>
      </w:r>
      <w:r>
        <w:t xml:space="preserve">C. 44.16%</w:t>
      </w:r>
      <w:r>
        <w:br/>
      </w:r>
      <w:r>
        <w:t xml:space="preserve">D. 56.66%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MS8-Q057.</w:t>
      </w:r>
      <w:r>
        <w:t xml:space="preserve"> </w:t>
      </w:r>
      <w:r>
        <w:t xml:space="preserve">On the flop Hero has 6 clean rank/suit outs; both remaining cards will be dealt free, the outs remain clean, and hitting at least one is sufficient. What is the exact hit-by-river probability?</w:t>
      </w:r>
    </w:p>
    <w:p>
      <w:pPr>
        <w:pStyle w:val="BodyText"/>
      </w:pPr>
      <w:r>
        <w:t xml:space="preserve">A. 10.14%</w:t>
      </w:r>
      <w:r>
        <w:br/>
      </w:r>
      <w:r>
        <w:t xml:space="preserve">B. 17.14%</w:t>
      </w:r>
      <w:r>
        <w:br/>
      </w:r>
      <w:r>
        <w:t xml:space="preserve">C. 29.64%</w:t>
      </w:r>
      <w:r>
        <w:br/>
      </w:r>
      <w:r>
        <w:t xml:space="preserve">D. 24.14%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MS8-Q058.</w:t>
      </w:r>
      <w:r>
        <w:t xml:space="preserve"> </w:t>
      </w:r>
      <w:r>
        <w:t xml:space="preserve">On the flop Hero has 11 clean rank/suit outs; both remaining cards will be dealt free, the outs remain clean, and hitting at least one is sufficient. What is the exact hit-by-river probability?</w:t>
      </w:r>
    </w:p>
    <w:p>
      <w:pPr>
        <w:pStyle w:val="BodyText"/>
      </w:pPr>
      <w:r>
        <w:t xml:space="preserve">A. 27.72%</w:t>
      </w:r>
      <w:r>
        <w:br/>
      </w:r>
      <w:r>
        <w:t xml:space="preserve">B. 34.72%</w:t>
      </w:r>
      <w:r>
        <w:br/>
      </w:r>
      <w:r>
        <w:t xml:space="preserve">C. 41.72%</w:t>
      </w:r>
      <w:r>
        <w:br/>
      </w:r>
      <w:r>
        <w:t xml:space="preserve">D. 47.22%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MS8-Q059.</w:t>
      </w:r>
      <w:r>
        <w:t xml:space="preserve"> </w:t>
      </w:r>
      <w:r>
        <w:t xml:space="preserve">On the flop Hero has 16 clean rank/suit outs; both remaining cards will be dealt free, the outs remain clean, and hitting at least one is sufficient. What is the exact hit-by-river probability?</w:t>
      </w:r>
    </w:p>
    <w:p>
      <w:pPr>
        <w:pStyle w:val="BodyText"/>
      </w:pPr>
      <w:r>
        <w:t xml:space="preserve">A. 42.98%</w:t>
      </w:r>
      <w:r>
        <w:br/>
      </w:r>
      <w:r>
        <w:t xml:space="preserve">B. 56.98%</w:t>
      </w:r>
      <w:r>
        <w:br/>
      </w:r>
      <w:r>
        <w:t xml:space="preserve">C. 49.98%</w:t>
      </w:r>
      <w:r>
        <w:br/>
      </w:r>
      <w:r>
        <w:t xml:space="preserve">D. 62.48%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MS8-Q060.</w:t>
      </w:r>
      <w:r>
        <w:t xml:space="preserve"> </w:t>
      </w:r>
      <w:r>
        <w:t xml:space="preserve">On the flop Hero has 8 clean rank/suit outs; both remaining cards will be dealt free, the outs remain clean, and hitting at least one is sufficient. What is the exact hit-by-river probability?</w:t>
      </w:r>
    </w:p>
    <w:p>
      <w:pPr>
        <w:pStyle w:val="BodyText"/>
      </w:pPr>
      <w:r>
        <w:t xml:space="preserve">A. 31.45%</w:t>
      </w:r>
      <w:r>
        <w:br/>
      </w:r>
      <w:r>
        <w:t xml:space="preserve">B. 17.45%</w:t>
      </w:r>
      <w:r>
        <w:br/>
      </w:r>
      <w:r>
        <w:t xml:space="preserve">C. 24.45%</w:t>
      </w:r>
      <w:r>
        <w:br/>
      </w:r>
      <w:r>
        <w:t xml:space="preserve">D. 36.95%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26"/>
    <w:bookmarkStart w:id="27" w:name="unit-04-zero-equity-bluff-breakeven"/>
    <w:p>
      <w:pPr>
        <w:pStyle w:val="Heading1"/>
      </w:pPr>
      <w:r>
        <w:t xml:space="preserve">Unit 04 — Zero-Equity Bluff Breakeven</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MS8-Q061.</w:t>
      </w:r>
      <w:r>
        <w:t xml:space="preserve"> </w:t>
      </w:r>
      <w:r>
        <w:t xml:space="preserve">Heads-up river toy game: pot $55 before Hero makes a zero-showdown-equity bluff of $25. If called Hero loses that bet; if villain folds Hero wins the pot. What fold frequency makes the bluff break even?</w:t>
      </w:r>
    </w:p>
    <w:p>
      <w:pPr>
        <w:pStyle w:val="BodyText"/>
      </w:pPr>
      <w:r>
        <w:t xml:space="preserve">A. 17.25%</w:t>
      </w:r>
      <w:r>
        <w:br/>
      </w:r>
      <w:r>
        <w:t xml:space="preserve">B. 24.25%</w:t>
      </w:r>
      <w:r>
        <w:br/>
      </w:r>
      <w:r>
        <w:t xml:space="preserve">C. 36.75%</w:t>
      </w:r>
      <w:r>
        <w:br/>
      </w:r>
      <w:r>
        <w:t xml:space="preserve">D. 31.25%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MS8-Q062.</w:t>
      </w:r>
      <w:r>
        <w:t xml:space="preserve"> </w:t>
      </w:r>
      <w:r>
        <w:t xml:space="preserve">Heads-up river toy game: pot $65 before Hero makes a zero-showdown-equity bluff of $35. If called Hero loses that bet; if villain folds Hero wins the pot. What fold frequency makes the bluff break even?</w:t>
      </w:r>
    </w:p>
    <w:p>
      <w:pPr>
        <w:pStyle w:val="BodyText"/>
      </w:pPr>
      <w:r>
        <w:t xml:space="preserve">A. 21.00%</w:t>
      </w:r>
      <w:r>
        <w:br/>
      </w:r>
      <w:r>
        <w:t xml:space="preserve">B. 28.00%</w:t>
      </w:r>
      <w:r>
        <w:br/>
      </w:r>
      <w:r>
        <w:t xml:space="preserve">C. 35.00%</w:t>
      </w:r>
      <w:r>
        <w:br/>
      </w:r>
      <w:r>
        <w:t xml:space="preserve">D. 40.50%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MS8-Q063.</w:t>
      </w:r>
      <w:r>
        <w:t xml:space="preserve"> </w:t>
      </w:r>
      <w:r>
        <w:t xml:space="preserve">Heads-up river toy game: pot $75 before Hero makes a zero-showdown-equity bluff of $45. If called Hero loses that bet; if villain folds Hero wins the pot. What fold frequency makes the bluff break even?</w:t>
      </w:r>
    </w:p>
    <w:p>
      <w:pPr>
        <w:pStyle w:val="BodyText"/>
      </w:pPr>
      <w:r>
        <w:t xml:space="preserve">A. 23.50%</w:t>
      </w:r>
      <w:r>
        <w:br/>
      </w:r>
      <w:r>
        <w:t xml:space="preserve">B. 37.50%</w:t>
      </w:r>
      <w:r>
        <w:br/>
      </w:r>
      <w:r>
        <w:t xml:space="preserve">C. 30.50%</w:t>
      </w:r>
      <w:r>
        <w:br/>
      </w:r>
      <w:r>
        <w:t xml:space="preserve">D. 43.00%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MS8-Q064.</w:t>
      </w:r>
      <w:r>
        <w:t xml:space="preserve"> </w:t>
      </w:r>
      <w:r>
        <w:t xml:space="preserve">Heads-up river toy game: pot $85 before Hero makes a zero-showdown-equity bluff of $55. If called Hero loses that bet; if villain folds Hero wins the pot. What fold frequency makes the bluff break even?</w:t>
      </w:r>
    </w:p>
    <w:p>
      <w:pPr>
        <w:pStyle w:val="BodyText"/>
      </w:pPr>
      <w:r>
        <w:t xml:space="preserve">A. 39.29%</w:t>
      </w:r>
      <w:r>
        <w:br/>
      </w:r>
      <w:r>
        <w:t xml:space="preserve">B. 25.29%</w:t>
      </w:r>
      <w:r>
        <w:br/>
      </w:r>
      <w:r>
        <w:t xml:space="preserve">C. 32.29%</w:t>
      </w:r>
      <w:r>
        <w:br/>
      </w:r>
      <w:r>
        <w:t xml:space="preserve">D. 44.79%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MS8-Q065.</w:t>
      </w:r>
      <w:r>
        <w:t xml:space="preserve"> </w:t>
      </w:r>
      <w:r>
        <w:t xml:space="preserve">Heads-up river toy game: pot $95 before Hero makes a zero-showdown-equity bluff of $65. If called Hero loses that bet; if villain folds Hero wins the pot. What fold frequency makes the bluff break even?</w:t>
      </w:r>
    </w:p>
    <w:p>
      <w:pPr>
        <w:pStyle w:val="BodyText"/>
      </w:pPr>
      <w:r>
        <w:t xml:space="preserve">A. 26.62%</w:t>
      </w:r>
      <w:r>
        <w:br/>
      </w:r>
      <w:r>
        <w:t xml:space="preserve">B. 33.62%</w:t>
      </w:r>
      <w:r>
        <w:br/>
      </w:r>
      <w:r>
        <w:t xml:space="preserve">C. 46.12%</w:t>
      </w:r>
      <w:r>
        <w:br/>
      </w:r>
      <w:r>
        <w:t xml:space="preserve">D. 40.62%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MS8-Q066.</w:t>
      </w:r>
      <w:r>
        <w:t xml:space="preserve"> </w:t>
      </w:r>
      <w:r>
        <w:t xml:space="preserve">Heads-up river toy game: pot $105 before Hero makes a zero-showdown-equity bluff of $75. If called Hero loses that bet; if villain folds Hero wins the pot. What fold frequency makes the bluff break even?</w:t>
      </w:r>
    </w:p>
    <w:p>
      <w:pPr>
        <w:pStyle w:val="BodyText"/>
      </w:pPr>
      <w:r>
        <w:t xml:space="preserve">A. 27.67%</w:t>
      </w:r>
      <w:r>
        <w:br/>
      </w:r>
      <w:r>
        <w:t xml:space="preserve">B. 34.67%</w:t>
      </w:r>
      <w:r>
        <w:br/>
      </w:r>
      <w:r>
        <w:t xml:space="preserve">C. 41.67%</w:t>
      </w:r>
      <w:r>
        <w:br/>
      </w:r>
      <w:r>
        <w:t xml:space="preserve">D. 47.17%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MS8-Q067.</w:t>
      </w:r>
      <w:r>
        <w:t xml:space="preserve"> </w:t>
      </w:r>
      <w:r>
        <w:t xml:space="preserve">Heads-up river toy game: pot $115 before Hero makes a zero-showdown-equity bluff of $85. If called Hero loses that bet; if villain folds Hero wins the pot. What fold frequency makes the bluff break even?</w:t>
      </w:r>
    </w:p>
    <w:p>
      <w:pPr>
        <w:pStyle w:val="BodyText"/>
      </w:pPr>
      <w:r>
        <w:t xml:space="preserve">A. 28.50%</w:t>
      </w:r>
      <w:r>
        <w:br/>
      </w:r>
      <w:r>
        <w:t xml:space="preserve">B. 42.50%</w:t>
      </w:r>
      <w:r>
        <w:br/>
      </w:r>
      <w:r>
        <w:t xml:space="preserve">C. 35.50%</w:t>
      </w:r>
      <w:r>
        <w:br/>
      </w:r>
      <w:r>
        <w:t xml:space="preserve">D. 48.00%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MS8-Q068.</w:t>
      </w:r>
      <w:r>
        <w:t xml:space="preserve"> </w:t>
      </w:r>
      <w:r>
        <w:t xml:space="preserve">Heads-up river toy game: pot $125 before Hero makes a zero-showdown-equity bluff of $95. If called Hero loses that bet; if villain folds Hero wins the pot. What fold frequency makes the bluff break even?</w:t>
      </w:r>
    </w:p>
    <w:p>
      <w:pPr>
        <w:pStyle w:val="BodyText"/>
      </w:pPr>
      <w:r>
        <w:t xml:space="preserve">A. 43.18%</w:t>
      </w:r>
      <w:r>
        <w:br/>
      </w:r>
      <w:r>
        <w:t xml:space="preserve">B. 29.18%</w:t>
      </w:r>
      <w:r>
        <w:br/>
      </w:r>
      <w:r>
        <w:t xml:space="preserve">C. 36.18%</w:t>
      </w:r>
      <w:r>
        <w:br/>
      </w:r>
      <w:r>
        <w:t xml:space="preserve">D. 48.68%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MS8-Q069.</w:t>
      </w:r>
      <w:r>
        <w:t xml:space="preserve"> </w:t>
      </w:r>
      <w:r>
        <w:t xml:space="preserve">Heads-up river toy game: pot $135 before Hero makes a zero-showdown-equity bluff of $105. If called Hero loses that bet; if villain folds Hero wins the pot. What fold frequency makes the bluff break even?</w:t>
      </w:r>
    </w:p>
    <w:p>
      <w:pPr>
        <w:pStyle w:val="BodyText"/>
      </w:pPr>
      <w:r>
        <w:t xml:space="preserve">A. 29.75%</w:t>
      </w:r>
      <w:r>
        <w:br/>
      </w:r>
      <w:r>
        <w:t xml:space="preserve">B. 36.75%</w:t>
      </w:r>
      <w:r>
        <w:br/>
      </w:r>
      <w:r>
        <w:t xml:space="preserve">C. 49.25%</w:t>
      </w:r>
      <w:r>
        <w:br/>
      </w:r>
      <w:r>
        <w:t xml:space="preserve">D. 43.75%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MS8-Q070.</w:t>
      </w:r>
      <w:r>
        <w:t xml:space="preserve"> </w:t>
      </w:r>
      <w:r>
        <w:t xml:space="preserve">Heads-up river toy game: pot $145 before Hero makes a zero-showdown-equity bluff of $115. If called Hero loses that bet; if villain folds Hero wins the pot. What fold frequency makes the bluff break even?</w:t>
      </w:r>
    </w:p>
    <w:p>
      <w:pPr>
        <w:pStyle w:val="BodyText"/>
      </w:pPr>
      <w:r>
        <w:t xml:space="preserve">A. 30.23%</w:t>
      </w:r>
      <w:r>
        <w:br/>
      </w:r>
      <w:r>
        <w:t xml:space="preserve">B. 37.23%</w:t>
      </w:r>
      <w:r>
        <w:br/>
      </w:r>
      <w:r>
        <w:t xml:space="preserve">C. 44.23%</w:t>
      </w:r>
      <w:r>
        <w:br/>
      </w:r>
      <w:r>
        <w:t xml:space="preserve">D. 49.73%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MS8-Q071.</w:t>
      </w:r>
      <w:r>
        <w:t xml:space="preserve"> </w:t>
      </w:r>
      <w:r>
        <w:t xml:space="preserve">Heads-up river toy game: pot $155 before Hero makes a zero-showdown-equity bluff of $30. If called Hero loses that bet; if villain folds Hero wins the pot. What fold frequency makes the bluff break even?</w:t>
      </w:r>
    </w:p>
    <w:p>
      <w:pPr>
        <w:pStyle w:val="BodyText"/>
      </w:pPr>
      <w:r>
        <w:t xml:space="preserve">A. 2.22%</w:t>
      </w:r>
      <w:r>
        <w:br/>
      </w:r>
      <w:r>
        <w:t xml:space="preserve">B. 16.22%</w:t>
      </w:r>
      <w:r>
        <w:br/>
      </w:r>
      <w:r>
        <w:t xml:space="preserve">C. 9.22%</w:t>
      </w:r>
      <w:r>
        <w:br/>
      </w:r>
      <w:r>
        <w:t xml:space="preserve">D. 21.72%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MS8-Q072.</w:t>
      </w:r>
      <w:r>
        <w:t xml:space="preserve"> </w:t>
      </w:r>
      <w:r>
        <w:t xml:space="preserve">Heads-up river toy game: pot $165 before Hero makes a zero-showdown-equity bluff of $40. If called Hero loses that bet; if villain folds Hero wins the pot. What fold frequency makes the bluff break even?</w:t>
      </w:r>
    </w:p>
    <w:p>
      <w:pPr>
        <w:pStyle w:val="BodyText"/>
      </w:pPr>
      <w:r>
        <w:t xml:space="preserve">A. 19.51%</w:t>
      </w:r>
      <w:r>
        <w:br/>
      </w:r>
      <w:r>
        <w:t xml:space="preserve">B. 5.51%</w:t>
      </w:r>
      <w:r>
        <w:br/>
      </w:r>
      <w:r>
        <w:t xml:space="preserve">C. 12.51%</w:t>
      </w:r>
      <w:r>
        <w:br/>
      </w:r>
      <w:r>
        <w:t xml:space="preserve">D. 25.01%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MS8-Q073.</w:t>
      </w:r>
      <w:r>
        <w:t xml:space="preserve"> </w:t>
      </w:r>
      <w:r>
        <w:t xml:space="preserve">Heads-up river toy game: pot $55 before Hero makes a zero-showdown-equity bluff of $50. If called Hero loses that bet; if villain folds Hero wins the pot. What fold frequency makes the bluff break even?</w:t>
      </w:r>
    </w:p>
    <w:p>
      <w:pPr>
        <w:pStyle w:val="BodyText"/>
      </w:pPr>
      <w:r>
        <w:t xml:space="preserve">A. 33.62%</w:t>
      </w:r>
      <w:r>
        <w:br/>
      </w:r>
      <w:r>
        <w:t xml:space="preserve">B. 40.62%</w:t>
      </w:r>
      <w:r>
        <w:br/>
      </w:r>
      <w:r>
        <w:t xml:space="preserve">C. 53.12%</w:t>
      </w:r>
      <w:r>
        <w:br/>
      </w:r>
      <w:r>
        <w:t xml:space="preserve">D. 47.62%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MS8-Q074.</w:t>
      </w:r>
      <w:r>
        <w:t xml:space="preserve"> </w:t>
      </w:r>
      <w:r>
        <w:t xml:space="preserve">Heads-up river toy game: pot $65 before Hero makes a zero-showdown-equity bluff of $60. If called Hero loses that bet; if villain folds Hero wins the pot. What fold frequency makes the bluff break even?</w:t>
      </w:r>
    </w:p>
    <w:p>
      <w:pPr>
        <w:pStyle w:val="BodyText"/>
      </w:pPr>
      <w:r>
        <w:t xml:space="preserve">A. 34.00%</w:t>
      </w:r>
      <w:r>
        <w:br/>
      </w:r>
      <w:r>
        <w:t xml:space="preserve">B. 41.00%</w:t>
      </w:r>
      <w:r>
        <w:br/>
      </w:r>
      <w:r>
        <w:t xml:space="preserve">C. 48.00%</w:t>
      </w:r>
      <w:r>
        <w:br/>
      </w:r>
      <w:r>
        <w:t xml:space="preserve">D. 53.50%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MS8-Q075.</w:t>
      </w:r>
      <w:r>
        <w:t xml:space="preserve"> </w:t>
      </w:r>
      <w:r>
        <w:t xml:space="preserve">Heads-up river toy game: pot $75 before Hero makes a zero-showdown-equity bluff of $70. If called Hero loses that bet; if villain folds Hero wins the pot. What fold frequency makes the bluff break even?</w:t>
      </w:r>
    </w:p>
    <w:p>
      <w:pPr>
        <w:pStyle w:val="BodyText"/>
      </w:pPr>
      <w:r>
        <w:t xml:space="preserve">A. 34.28%</w:t>
      </w:r>
      <w:r>
        <w:br/>
      </w:r>
      <w:r>
        <w:t xml:space="preserve">B. 48.28%</w:t>
      </w:r>
      <w:r>
        <w:br/>
      </w:r>
      <w:r>
        <w:t xml:space="preserve">C. 41.28%</w:t>
      </w:r>
      <w:r>
        <w:br/>
      </w:r>
      <w:r>
        <w:t xml:space="preserve">D. 53.78%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MS8-Q076.</w:t>
      </w:r>
      <w:r>
        <w:t xml:space="preserve"> </w:t>
      </w:r>
      <w:r>
        <w:t xml:space="preserve">Heads-up river toy game: pot $85 before Hero makes a zero-showdown-equity bluff of $80. If called Hero loses that bet; if villain folds Hero wins the pot. What fold frequency makes the bluff break even?</w:t>
      </w:r>
    </w:p>
    <w:p>
      <w:pPr>
        <w:pStyle w:val="BodyText"/>
      </w:pPr>
      <w:r>
        <w:t xml:space="preserve">A. 48.48%</w:t>
      </w:r>
      <w:r>
        <w:br/>
      </w:r>
      <w:r>
        <w:t xml:space="preserve">B. 34.48%</w:t>
      </w:r>
      <w:r>
        <w:br/>
      </w:r>
      <w:r>
        <w:t xml:space="preserve">C. 41.48%</w:t>
      </w:r>
      <w:r>
        <w:br/>
      </w:r>
      <w:r>
        <w:t xml:space="preserve">D. 53.98%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MS8-Q077.</w:t>
      </w:r>
      <w:r>
        <w:t xml:space="preserve"> </w:t>
      </w:r>
      <w:r>
        <w:t xml:space="preserve">Heads-up river toy game: pot $95 before Hero makes a zero-showdown-equity bluff of $90. If called Hero loses that bet; if villain folds Hero wins the pot. What fold frequency makes the bluff break even?</w:t>
      </w:r>
    </w:p>
    <w:p>
      <w:pPr>
        <w:pStyle w:val="BodyText"/>
      </w:pPr>
      <w:r>
        <w:t xml:space="preserve">A. 34.65%</w:t>
      </w:r>
      <w:r>
        <w:br/>
      </w:r>
      <w:r>
        <w:t xml:space="preserve">B. 41.65%</w:t>
      </w:r>
      <w:r>
        <w:br/>
      </w:r>
      <w:r>
        <w:t xml:space="preserve">C. 54.15%</w:t>
      </w:r>
      <w:r>
        <w:br/>
      </w:r>
      <w:r>
        <w:t xml:space="preserve">D. 48.65%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MS8-Q078.</w:t>
      </w:r>
      <w:r>
        <w:t xml:space="preserve"> </w:t>
      </w:r>
      <w:r>
        <w:t xml:space="preserve">Heads-up river toy game: pot $105 before Hero makes a zero-showdown-equity bluff of $100. If called Hero loses that bet; if villain folds Hero wins the pot. What fold frequency makes the bluff break even?</w:t>
      </w:r>
    </w:p>
    <w:p>
      <w:pPr>
        <w:pStyle w:val="BodyText"/>
      </w:pPr>
      <w:r>
        <w:t xml:space="preserve">A. 34.78%</w:t>
      </w:r>
      <w:r>
        <w:br/>
      </w:r>
      <w:r>
        <w:t xml:space="preserve">B. 41.78%</w:t>
      </w:r>
      <w:r>
        <w:br/>
      </w:r>
      <w:r>
        <w:t xml:space="preserve">C. 48.78%</w:t>
      </w:r>
      <w:r>
        <w:br/>
      </w:r>
      <w:r>
        <w:t xml:space="preserve">D. 54.28%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MS8-Q079.</w:t>
      </w:r>
      <w:r>
        <w:t xml:space="preserve"> </w:t>
      </w:r>
      <w:r>
        <w:t xml:space="preserve">Heads-up river toy game: pot $115 before Hero makes a zero-showdown-equity bluff of $110. If called Hero loses that bet; if villain folds Hero wins the pot. What fold frequency makes the bluff break even?</w:t>
      </w:r>
    </w:p>
    <w:p>
      <w:pPr>
        <w:pStyle w:val="BodyText"/>
      </w:pPr>
      <w:r>
        <w:t xml:space="preserve">A. 34.89%</w:t>
      </w:r>
      <w:r>
        <w:br/>
      </w:r>
      <w:r>
        <w:t xml:space="preserve">B. 48.89%</w:t>
      </w:r>
      <w:r>
        <w:br/>
      </w:r>
      <w:r>
        <w:t xml:space="preserve">C. 41.89%</w:t>
      </w:r>
      <w:r>
        <w:br/>
      </w:r>
      <w:r>
        <w:t xml:space="preserve">D. 54.39%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MS8-Q080.</w:t>
      </w:r>
      <w:r>
        <w:t xml:space="preserve"> </w:t>
      </w:r>
      <w:r>
        <w:t xml:space="preserve">Heads-up river toy game: pot $125 before Hero makes a zero-showdown-equity bluff of $25. If called Hero loses that bet; if villain folds Hero wins the pot. What fold frequency makes the bluff break even?</w:t>
      </w:r>
    </w:p>
    <w:p>
      <w:pPr>
        <w:pStyle w:val="BodyText"/>
      </w:pPr>
      <w:r>
        <w:t xml:space="preserve">A. 16.67%</w:t>
      </w:r>
      <w:r>
        <w:br/>
      </w:r>
      <w:r>
        <w:t xml:space="preserve">B. 2.67%</w:t>
      </w:r>
      <w:r>
        <w:br/>
      </w:r>
      <w:r>
        <w:t xml:space="preserve">C. 9.67%</w:t>
      </w:r>
      <w:r>
        <w:br/>
      </w:r>
      <w:r>
        <w:t xml:space="preserve">D. 22.17%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27"/>
    <w:bookmarkStart w:id="28" w:name="unit-05-minimum-defense-frequency"/>
    <w:p>
      <w:pPr>
        <w:pStyle w:val="Heading1"/>
      </w:pPr>
      <w:r>
        <w:t xml:space="preserve">Unit 05 — Minimum Defense Frequency</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MS8-Q081.</w:t>
      </w:r>
      <w:r>
        <w:t xml:space="preserve"> </w:t>
      </w:r>
      <w:r>
        <w:t xml:space="preserve">Pot $70; Hero bets $20 as a pure bluff with no showdown chance. Under the zero-equity river toy-game assumptions, what minimum defense frequency stops an opponent winning automatically through folds alone?</w:t>
      </w:r>
    </w:p>
    <w:p>
      <w:pPr>
        <w:pStyle w:val="BodyText"/>
      </w:pPr>
      <w:r>
        <w:t xml:space="preserve">A. 63.78%</w:t>
      </w:r>
      <w:r>
        <w:br/>
      </w:r>
      <w:r>
        <w:t xml:space="preserve">B. 70.78%</w:t>
      </w:r>
      <w:r>
        <w:br/>
      </w:r>
      <w:r>
        <w:t xml:space="preserve">C. 83.28%</w:t>
      </w:r>
      <w:r>
        <w:br/>
      </w:r>
      <w:r>
        <w:t xml:space="preserve">D. 77.78%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MS8-Q082.</w:t>
      </w:r>
      <w:r>
        <w:t xml:space="preserve"> </w:t>
      </w:r>
      <w:r>
        <w:t xml:space="preserve">Pot $80; Hero bets $40 as a pure bluff with no showdown chance. Under the zero-equity river toy-game assumptions, what minimum defense frequency stops an opponent winning automatically through folds alone?</w:t>
      </w:r>
    </w:p>
    <w:p>
      <w:pPr>
        <w:pStyle w:val="BodyText"/>
      </w:pPr>
      <w:r>
        <w:t xml:space="preserve">A. 52.67%</w:t>
      </w:r>
      <w:r>
        <w:br/>
      </w:r>
      <w:r>
        <w:t xml:space="preserve">B. 59.67%</w:t>
      </w:r>
      <w:r>
        <w:br/>
      </w:r>
      <w:r>
        <w:t xml:space="preserve">C. 66.67%</w:t>
      </w:r>
      <w:r>
        <w:br/>
      </w:r>
      <w:r>
        <w:t xml:space="preserve">D. 72.17%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MS8-Q083.</w:t>
      </w:r>
      <w:r>
        <w:t xml:space="preserve"> </w:t>
      </w:r>
      <w:r>
        <w:t xml:space="preserve">Pot $90; Hero bets $60 as a pure bluff with no showdown chance. Under the zero-equity river toy-game assumptions, what minimum defense frequency stops an opponent winning automatically through folds alone?</w:t>
      </w:r>
    </w:p>
    <w:p>
      <w:pPr>
        <w:pStyle w:val="BodyText"/>
      </w:pPr>
      <w:r>
        <w:t xml:space="preserve">A. 46.00%</w:t>
      </w:r>
      <w:r>
        <w:br/>
      </w:r>
      <w:r>
        <w:t xml:space="preserve">B. 60.00%</w:t>
      </w:r>
      <w:r>
        <w:br/>
      </w:r>
      <w:r>
        <w:t xml:space="preserve">C. 53.00%</w:t>
      </w:r>
      <w:r>
        <w:br/>
      </w:r>
      <w:r>
        <w:t xml:space="preserve">D. 65.50%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MS8-Q084.</w:t>
      </w:r>
      <w:r>
        <w:t xml:space="preserve"> </w:t>
      </w:r>
      <w:r>
        <w:t xml:space="preserve">Pot $100; Hero bets $80 as a pure bluff with no showdown chance. Under the zero-equity river toy-game assumptions, what minimum defense frequency stops an opponent winning automatically through folds alone?</w:t>
      </w:r>
    </w:p>
    <w:p>
      <w:pPr>
        <w:pStyle w:val="BodyText"/>
      </w:pPr>
      <w:r>
        <w:t xml:space="preserve">A. 55.56%</w:t>
      </w:r>
      <w:r>
        <w:br/>
      </w:r>
      <w:r>
        <w:t xml:space="preserve">B. 41.56%</w:t>
      </w:r>
      <w:r>
        <w:br/>
      </w:r>
      <w:r>
        <w:t xml:space="preserve">C. 48.56%</w:t>
      </w:r>
      <w:r>
        <w:br/>
      </w:r>
      <w:r>
        <w:t xml:space="preserve">D. 61.06%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MS8-Q085.</w:t>
      </w:r>
      <w:r>
        <w:t xml:space="preserve"> </w:t>
      </w:r>
      <w:r>
        <w:t xml:space="preserve">Pot $110; Hero bets $20 as a pure bluff with no showdown chance. Under the zero-equity river toy-game assumptions, what minimum defense frequency stops an opponent winning automatically through folds alone?</w:t>
      </w:r>
    </w:p>
    <w:p>
      <w:pPr>
        <w:pStyle w:val="BodyText"/>
      </w:pPr>
      <w:r>
        <w:t xml:space="preserve">A. 70.62%</w:t>
      </w:r>
      <w:r>
        <w:br/>
      </w:r>
      <w:r>
        <w:t xml:space="preserve">B. 77.62%</w:t>
      </w:r>
      <w:r>
        <w:br/>
      </w:r>
      <w:r>
        <w:t xml:space="preserve">C. 90.12%</w:t>
      </w:r>
      <w:r>
        <w:br/>
      </w:r>
      <w:r>
        <w:t xml:space="preserve">D. 84.62%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MS8-Q086.</w:t>
      </w:r>
      <w:r>
        <w:t xml:space="preserve"> </w:t>
      </w:r>
      <w:r>
        <w:t xml:space="preserve">Pot $120; Hero bets $40 as a pure bluff with no showdown chance. Under the zero-equity river toy-game assumptions, what minimum defense frequency stops an opponent winning automatically through folds alone?</w:t>
      </w:r>
    </w:p>
    <w:p>
      <w:pPr>
        <w:pStyle w:val="BodyText"/>
      </w:pPr>
      <w:r>
        <w:t xml:space="preserve">A. 61.00%</w:t>
      </w:r>
      <w:r>
        <w:br/>
      </w:r>
      <w:r>
        <w:t xml:space="preserve">B. 68.00%</w:t>
      </w:r>
      <w:r>
        <w:br/>
      </w:r>
      <w:r>
        <w:t xml:space="preserve">C. 75.00%</w:t>
      </w:r>
      <w:r>
        <w:br/>
      </w:r>
      <w:r>
        <w:t xml:space="preserve">D. 80.50%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MS8-Q087.</w:t>
      </w:r>
      <w:r>
        <w:t xml:space="preserve"> </w:t>
      </w:r>
      <w:r>
        <w:t xml:space="preserve">Pot $130; Hero bets $60 as a pure bluff with no showdown chance. Under the zero-equity river toy-game assumptions, what minimum defense frequency stops an opponent winning automatically through folds alone?</w:t>
      </w:r>
    </w:p>
    <w:p>
      <w:pPr>
        <w:pStyle w:val="BodyText"/>
      </w:pPr>
      <w:r>
        <w:t xml:space="preserve">A. 54.42%</w:t>
      </w:r>
      <w:r>
        <w:br/>
      </w:r>
      <w:r>
        <w:t xml:space="preserve">B. 68.42%</w:t>
      </w:r>
      <w:r>
        <w:br/>
      </w:r>
      <w:r>
        <w:t xml:space="preserve">C. 61.42%</w:t>
      </w:r>
      <w:r>
        <w:br/>
      </w:r>
      <w:r>
        <w:t xml:space="preserve">D. 73.92%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MS8-Q088.</w:t>
      </w:r>
      <w:r>
        <w:t xml:space="preserve"> </w:t>
      </w:r>
      <w:r>
        <w:t xml:space="preserve">Pot $140; Hero bets $80 as a pure bluff with no showdown chance. Under the zero-equity river toy-game assumptions, what minimum defense frequency stops an opponent winning automatically through folds alone?</w:t>
      </w:r>
    </w:p>
    <w:p>
      <w:pPr>
        <w:pStyle w:val="BodyText"/>
      </w:pPr>
      <w:r>
        <w:t xml:space="preserve">A. 63.64%</w:t>
      </w:r>
      <w:r>
        <w:br/>
      </w:r>
      <w:r>
        <w:t xml:space="preserve">B. 49.64%</w:t>
      </w:r>
      <w:r>
        <w:br/>
      </w:r>
      <w:r>
        <w:t xml:space="preserve">C. 56.64%</w:t>
      </w:r>
      <w:r>
        <w:br/>
      </w:r>
      <w:r>
        <w:t xml:space="preserve">D. 69.14%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MS8-Q089.</w:t>
      </w:r>
      <w:r>
        <w:t xml:space="preserve"> </w:t>
      </w:r>
      <w:r>
        <w:t xml:space="preserve">Pot $150; Hero bets $20 as a pure bluff with no showdown chance. Under the zero-equity river toy-game assumptions, what minimum defense frequency stops an opponent winning automatically through folds alone?</w:t>
      </w:r>
    </w:p>
    <w:p>
      <w:pPr>
        <w:pStyle w:val="BodyText"/>
      </w:pPr>
      <w:r>
        <w:t xml:space="preserve">A. 74.24%</w:t>
      </w:r>
      <w:r>
        <w:br/>
      </w:r>
      <w:r>
        <w:t xml:space="preserve">B. 81.24%</w:t>
      </w:r>
      <w:r>
        <w:br/>
      </w:r>
      <w:r>
        <w:t xml:space="preserve">C. 93.74%</w:t>
      </w:r>
      <w:r>
        <w:br/>
      </w:r>
      <w:r>
        <w:t xml:space="preserve">D. 88.24%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MS8-Q090.</w:t>
      </w:r>
      <w:r>
        <w:t xml:space="preserve"> </w:t>
      </w:r>
      <w:r>
        <w:t xml:space="preserve">Pot $70; Hero bets $40 as a pure bluff with no showdown chance. Under the zero-equity river toy-game assumptions, what minimum defense frequency stops an opponent winning automatically through folds alone?</w:t>
      </w:r>
    </w:p>
    <w:p>
      <w:pPr>
        <w:pStyle w:val="BodyText"/>
      </w:pPr>
      <w:r>
        <w:t xml:space="preserve">A. 49.64%</w:t>
      </w:r>
      <w:r>
        <w:br/>
      </w:r>
      <w:r>
        <w:t xml:space="preserve">B. 56.64%</w:t>
      </w:r>
      <w:r>
        <w:br/>
      </w:r>
      <w:r>
        <w:t xml:space="preserve">C. 63.64%</w:t>
      </w:r>
      <w:r>
        <w:br/>
      </w:r>
      <w:r>
        <w:t xml:space="preserve">D. 69.14%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MS8-Q091.</w:t>
      </w:r>
      <w:r>
        <w:t xml:space="preserve"> </w:t>
      </w:r>
      <w:r>
        <w:t xml:space="preserve">Pot $80; Hero bets $60 as a pure bluff with no showdown chance. Under the zero-equity river toy-game assumptions, what minimum defense frequency stops an opponent winning automatically through folds alone?</w:t>
      </w:r>
    </w:p>
    <w:p>
      <w:pPr>
        <w:pStyle w:val="BodyText"/>
      </w:pPr>
      <w:r>
        <w:t xml:space="preserve">A. 43.14%</w:t>
      </w:r>
      <w:r>
        <w:br/>
      </w:r>
      <w:r>
        <w:t xml:space="preserve">B. 57.14%</w:t>
      </w:r>
      <w:r>
        <w:br/>
      </w:r>
      <w:r>
        <w:t xml:space="preserve">C. 50.14%</w:t>
      </w:r>
      <w:r>
        <w:br/>
      </w:r>
      <w:r>
        <w:t xml:space="preserve">D. 62.64%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MS8-Q092.</w:t>
      </w:r>
      <w:r>
        <w:t xml:space="preserve"> </w:t>
      </w:r>
      <w:r>
        <w:t xml:space="preserve">Pot $90; Hero bets $80 as a pure bluff with no showdown chance. Under the zero-equity river toy-game assumptions, what minimum defense frequency stops an opponent winning automatically through folds alone?</w:t>
      </w:r>
    </w:p>
    <w:p>
      <w:pPr>
        <w:pStyle w:val="BodyText"/>
      </w:pPr>
      <w:r>
        <w:t xml:space="preserve">A. 52.94%</w:t>
      </w:r>
      <w:r>
        <w:br/>
      </w:r>
      <w:r>
        <w:t xml:space="preserve">B. 38.94%</w:t>
      </w:r>
      <w:r>
        <w:br/>
      </w:r>
      <w:r>
        <w:t xml:space="preserve">C. 45.94%</w:t>
      </w:r>
      <w:r>
        <w:br/>
      </w:r>
      <w:r>
        <w:t xml:space="preserve">D. 58.44%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MS8-Q093.</w:t>
      </w:r>
      <w:r>
        <w:t xml:space="preserve"> </w:t>
      </w:r>
      <w:r>
        <w:t xml:space="preserve">Pot $100; Hero bets $20 as a pure bluff with no showdown chance. Under the zero-equity river toy-game assumptions, what minimum defense frequency stops an opponent winning automatically through folds alone?</w:t>
      </w:r>
    </w:p>
    <w:p>
      <w:pPr>
        <w:pStyle w:val="BodyText"/>
      </w:pPr>
      <w:r>
        <w:t xml:space="preserve">A. 69.33%</w:t>
      </w:r>
      <w:r>
        <w:br/>
      </w:r>
      <w:r>
        <w:t xml:space="preserve">B. 76.33%</w:t>
      </w:r>
      <w:r>
        <w:br/>
      </w:r>
      <w:r>
        <w:t xml:space="preserve">C. 88.83%</w:t>
      </w:r>
      <w:r>
        <w:br/>
      </w:r>
      <w:r>
        <w:t xml:space="preserve">D. 83.33%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MS8-Q094.</w:t>
      </w:r>
      <w:r>
        <w:t xml:space="preserve"> </w:t>
      </w:r>
      <w:r>
        <w:t xml:space="preserve">Pot $110; Hero bets $40 as a pure bluff with no showdown chance. Under the zero-equity river toy-game assumptions, what minimum defense frequency stops an opponent winning automatically through folds alone?</w:t>
      </w:r>
    </w:p>
    <w:p>
      <w:pPr>
        <w:pStyle w:val="BodyText"/>
      </w:pPr>
      <w:r>
        <w:t xml:space="preserve">A. 59.33%</w:t>
      </w:r>
      <w:r>
        <w:br/>
      </w:r>
      <w:r>
        <w:t xml:space="preserve">B. 66.33%</w:t>
      </w:r>
      <w:r>
        <w:br/>
      </w:r>
      <w:r>
        <w:t xml:space="preserve">C. 73.33%</w:t>
      </w:r>
      <w:r>
        <w:br/>
      </w:r>
      <w:r>
        <w:t xml:space="preserve">D. 78.83%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MS8-Q095.</w:t>
      </w:r>
      <w:r>
        <w:t xml:space="preserve"> </w:t>
      </w:r>
      <w:r>
        <w:t xml:space="preserve">Pot $120; Hero bets $60 as a pure bluff with no showdown chance. Under the zero-equity river toy-game assumptions, what minimum defense frequency stops an opponent winning automatically through folds alone?</w:t>
      </w:r>
    </w:p>
    <w:p>
      <w:pPr>
        <w:pStyle w:val="BodyText"/>
      </w:pPr>
      <w:r>
        <w:t xml:space="preserve">A. 52.67%</w:t>
      </w:r>
      <w:r>
        <w:br/>
      </w:r>
      <w:r>
        <w:t xml:space="preserve">B. 66.67%</w:t>
      </w:r>
      <w:r>
        <w:br/>
      </w:r>
      <w:r>
        <w:t xml:space="preserve">C. 59.67%</w:t>
      </w:r>
      <w:r>
        <w:br/>
      </w:r>
      <w:r>
        <w:t xml:space="preserve">D. 72.17%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MS8-Q096.</w:t>
      </w:r>
      <w:r>
        <w:t xml:space="preserve"> </w:t>
      </w:r>
      <w:r>
        <w:t xml:space="preserve">Pot $130; Hero bets $80 as a pure bluff with no showdown chance. Under the zero-equity river toy-game assumptions, what minimum defense frequency stops an opponent winning automatically through folds alone?</w:t>
      </w:r>
    </w:p>
    <w:p>
      <w:pPr>
        <w:pStyle w:val="BodyText"/>
      </w:pPr>
      <w:r>
        <w:t xml:space="preserve">A. 61.90%</w:t>
      </w:r>
      <w:r>
        <w:br/>
      </w:r>
      <w:r>
        <w:t xml:space="preserve">B. 47.90%</w:t>
      </w:r>
      <w:r>
        <w:br/>
      </w:r>
      <w:r>
        <w:t xml:space="preserve">C. 54.90%</w:t>
      </w:r>
      <w:r>
        <w:br/>
      </w:r>
      <w:r>
        <w:t xml:space="preserve">D. 67.40%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MS8-Q097.</w:t>
      </w:r>
      <w:r>
        <w:t xml:space="preserve"> </w:t>
      </w:r>
      <w:r>
        <w:t xml:space="preserve">Pot $140; Hero bets $20 as a pure bluff with no showdown chance. Under the zero-equity river toy-game assumptions, what minimum defense frequency stops an opponent winning automatically through folds alone?</w:t>
      </w:r>
    </w:p>
    <w:p>
      <w:pPr>
        <w:pStyle w:val="BodyText"/>
      </w:pPr>
      <w:r>
        <w:t xml:space="preserve">A. 73.50%</w:t>
      </w:r>
      <w:r>
        <w:br/>
      </w:r>
      <w:r>
        <w:t xml:space="preserve">B. 80.50%</w:t>
      </w:r>
      <w:r>
        <w:br/>
      </w:r>
      <w:r>
        <w:t xml:space="preserve">C. 93.00%</w:t>
      </w:r>
      <w:r>
        <w:br/>
      </w:r>
      <w:r>
        <w:t xml:space="preserve">D. 87.50%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MS8-Q098.</w:t>
      </w:r>
      <w:r>
        <w:t xml:space="preserve"> </w:t>
      </w:r>
      <w:r>
        <w:t xml:space="preserve">Pot $150; Hero bets $40 as a pure bluff with no showdown chance. Under the zero-equity river toy-game assumptions, what minimum defense frequency stops an opponent winning automatically through folds alone?</w:t>
      </w:r>
    </w:p>
    <w:p>
      <w:pPr>
        <w:pStyle w:val="BodyText"/>
      </w:pPr>
      <w:r>
        <w:t xml:space="preserve">A. 64.95%</w:t>
      </w:r>
      <w:r>
        <w:br/>
      </w:r>
      <w:r>
        <w:t xml:space="preserve">B. 71.95%</w:t>
      </w:r>
      <w:r>
        <w:br/>
      </w:r>
      <w:r>
        <w:t xml:space="preserve">C. 78.95%</w:t>
      </w:r>
      <w:r>
        <w:br/>
      </w:r>
      <w:r>
        <w:t xml:space="preserve">D. 84.45%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MS8-Q099.</w:t>
      </w:r>
      <w:r>
        <w:t xml:space="preserve"> </w:t>
      </w:r>
      <w:r>
        <w:t xml:space="preserve">Pot $70; Hero bets $60 as a pure bluff with no showdown chance. Under the zero-equity river toy-game assumptions, what minimum defense frequency stops an opponent winning automatically through folds alone?</w:t>
      </w:r>
    </w:p>
    <w:p>
      <w:pPr>
        <w:pStyle w:val="BodyText"/>
      </w:pPr>
      <w:r>
        <w:t xml:space="preserve">A. 39.85%</w:t>
      </w:r>
      <w:r>
        <w:br/>
      </w:r>
      <w:r>
        <w:t xml:space="preserve">B. 53.85%</w:t>
      </w:r>
      <w:r>
        <w:br/>
      </w:r>
      <w:r>
        <w:t xml:space="preserve">C. 46.85%</w:t>
      </w:r>
      <w:r>
        <w:br/>
      </w:r>
      <w:r>
        <w:t xml:space="preserve">D. 59.35%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MS8-Q100.</w:t>
      </w:r>
      <w:r>
        <w:t xml:space="preserve"> </w:t>
      </w:r>
      <w:r>
        <w:t xml:space="preserve">Pot $80; Hero bets $80 as a pure bluff with no showdown chance. Under the zero-equity river toy-game assumptions, what minimum defense frequency stops an opponent winning automatically through folds alone?</w:t>
      </w:r>
    </w:p>
    <w:p>
      <w:pPr>
        <w:pStyle w:val="BodyText"/>
      </w:pPr>
      <w:r>
        <w:t xml:space="preserve">A. 50.00%</w:t>
      </w:r>
      <w:r>
        <w:br/>
      </w:r>
      <w:r>
        <w:t xml:space="preserve">B. 36.00%</w:t>
      </w:r>
      <w:r>
        <w:br/>
      </w:r>
      <w:r>
        <w:t xml:space="preserve">C. 43.00%</w:t>
      </w:r>
      <w:r>
        <w:br/>
      </w:r>
      <w:r>
        <w:t xml:space="preserve">D. 55.50%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28"/>
    <w:bookmarkStart w:id="29" w:name="unit-06-bluff-catching-combinations"/>
    <w:p>
      <w:pPr>
        <w:pStyle w:val="Heading1"/>
      </w:pPr>
      <w:r>
        <w:t xml:space="preserve">Unit 06 — Bluff-Catching Combinations</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MS8-Q101.</w:t>
      </w:r>
      <w:r>
        <w:t xml:space="preserve"> </w:t>
      </w:r>
      <w:r>
        <w:t xml:space="preserve">Hero beats every bluff and loses to every value hand. Villain’s river betting range contains 6 equally weighted value combinations and 2 equally weighted bluffs; assume no ties or other holdings. What is Hero’s showdown win probability?</w:t>
      </w:r>
    </w:p>
    <w:p>
      <w:pPr>
        <w:pStyle w:val="BodyText"/>
      </w:pPr>
      <w:r>
        <w:t xml:space="preserve">A. 11.00%</w:t>
      </w:r>
      <w:r>
        <w:br/>
      </w:r>
      <w:r>
        <w:t xml:space="preserve">B. 18.00%</w:t>
      </w:r>
      <w:r>
        <w:br/>
      </w:r>
      <w:r>
        <w:t xml:space="preserve">C. 30.50%</w:t>
      </w:r>
      <w:r>
        <w:br/>
      </w:r>
      <w:r>
        <w:t xml:space="preserve">D. 25.00%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MS8-Q102.</w:t>
      </w:r>
      <w:r>
        <w:t xml:space="preserve"> </w:t>
      </w:r>
      <w:r>
        <w:t xml:space="preserve">Hero beats every bluff and loses to every value hand. Villain’s river betting range contains 9 equally weighted value combinations and 7 equally weighted bluffs; assume no ties or other holdings. What is Hero’s showdown win probability?</w:t>
      </w:r>
    </w:p>
    <w:p>
      <w:pPr>
        <w:pStyle w:val="BodyText"/>
      </w:pPr>
      <w:r>
        <w:t xml:space="preserve">A. 29.75%</w:t>
      </w:r>
      <w:r>
        <w:br/>
      </w:r>
      <w:r>
        <w:t xml:space="preserve">B. 36.75%</w:t>
      </w:r>
      <w:r>
        <w:br/>
      </w:r>
      <w:r>
        <w:t xml:space="preserve">C. 43.75%</w:t>
      </w:r>
      <w:r>
        <w:br/>
      </w:r>
      <w:r>
        <w:t xml:space="preserve">D. 49.25%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MS8-Q103.</w:t>
      </w:r>
      <w:r>
        <w:t xml:space="preserve"> </w:t>
      </w:r>
      <w:r>
        <w:t xml:space="preserve">Hero beats every bluff and loses to every value hand. Villain’s river betting range contains 12 equally weighted value combinations and 12 equally weighted bluffs; assume no ties or other holdings. What is Hero’s showdown win probability?</w:t>
      </w:r>
    </w:p>
    <w:p>
      <w:pPr>
        <w:pStyle w:val="BodyText"/>
      </w:pPr>
      <w:r>
        <w:t xml:space="preserve">A. 36.00%</w:t>
      </w:r>
      <w:r>
        <w:br/>
      </w:r>
      <w:r>
        <w:t xml:space="preserve">B. 50.00%</w:t>
      </w:r>
      <w:r>
        <w:br/>
      </w:r>
      <w:r>
        <w:t xml:space="preserve">C. 43.00%</w:t>
      </w:r>
      <w:r>
        <w:br/>
      </w:r>
      <w:r>
        <w:t xml:space="preserve">D. 55.50%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MS8-Q104.</w:t>
      </w:r>
      <w:r>
        <w:t xml:space="preserve"> </w:t>
      </w:r>
      <w:r>
        <w:t xml:space="preserve">Hero beats every bluff and loses to every value hand. Villain’s river betting range contains 15 equally weighted value combinations and 5 equally weighted bluffs; assume no ties or other holdings. What is Hero’s showdown win probability?</w:t>
      </w:r>
    </w:p>
    <w:p>
      <w:pPr>
        <w:pStyle w:val="BodyText"/>
      </w:pPr>
      <w:r>
        <w:t xml:space="preserve">A. 25.00%</w:t>
      </w:r>
      <w:r>
        <w:br/>
      </w:r>
      <w:r>
        <w:t xml:space="preserve">B. 11.00%</w:t>
      </w:r>
      <w:r>
        <w:br/>
      </w:r>
      <w:r>
        <w:t xml:space="preserve">C. 18.00%</w:t>
      </w:r>
      <w:r>
        <w:br/>
      </w:r>
      <w:r>
        <w:t xml:space="preserve">D. 30.50%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MS8-Q105.</w:t>
      </w:r>
      <w:r>
        <w:t xml:space="preserve"> </w:t>
      </w:r>
      <w:r>
        <w:t xml:space="preserve">Hero beats every bluff and loses to every value hand. Villain’s river betting range contains 18 equally weighted value combinations and 10 equally weighted bluffs; assume no ties or other holdings. What is Hero’s showdown win probability?</w:t>
      </w:r>
    </w:p>
    <w:p>
      <w:pPr>
        <w:pStyle w:val="BodyText"/>
      </w:pPr>
      <w:r>
        <w:t xml:space="preserve">A. 21.71%</w:t>
      </w:r>
      <w:r>
        <w:br/>
      </w:r>
      <w:r>
        <w:t xml:space="preserve">B. 28.71%</w:t>
      </w:r>
      <w:r>
        <w:br/>
      </w:r>
      <w:r>
        <w:t xml:space="preserve">C. 41.21%</w:t>
      </w:r>
      <w:r>
        <w:br/>
      </w:r>
      <w:r>
        <w:t xml:space="preserve">D. 35.71%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MS8-Q106.</w:t>
      </w:r>
      <w:r>
        <w:t xml:space="preserve"> </w:t>
      </w:r>
      <w:r>
        <w:t xml:space="preserve">Hero beats every bluff and loses to every value hand. Villain’s river betting range contains 21 equally weighted value combinations and 3 equally weighted bluffs; assume no ties or other holdings. What is Hero’s showdown win probability?</w:t>
      </w:r>
    </w:p>
    <w:p>
      <w:pPr>
        <w:pStyle w:val="BodyText"/>
      </w:pPr>
      <w:r>
        <w:t xml:space="preserve">A. 0.10%</w:t>
      </w:r>
      <w:r>
        <w:br/>
      </w:r>
      <w:r>
        <w:t xml:space="preserve">B. 5.50%</w:t>
      </w:r>
      <w:r>
        <w:br/>
      </w:r>
      <w:r>
        <w:t xml:space="preserve">C. 12.50%</w:t>
      </w:r>
      <w:r>
        <w:br/>
      </w:r>
      <w:r>
        <w:t xml:space="preserve">D. 18.00%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MS8-Q107.</w:t>
      </w:r>
      <w:r>
        <w:t xml:space="preserve"> </w:t>
      </w:r>
      <w:r>
        <w:t xml:space="preserve">Hero beats every bluff and loses to every value hand. Villain’s river betting range contains 6 equally weighted value combinations and 8 equally weighted bluffs; assume no ties or other holdings. What is Hero’s showdown win probability?</w:t>
      </w:r>
    </w:p>
    <w:p>
      <w:pPr>
        <w:pStyle w:val="BodyText"/>
      </w:pPr>
      <w:r>
        <w:t xml:space="preserve">A. 43.14%</w:t>
      </w:r>
      <w:r>
        <w:br/>
      </w:r>
      <w:r>
        <w:t xml:space="preserve">B. 57.14%</w:t>
      </w:r>
      <w:r>
        <w:br/>
      </w:r>
      <w:r>
        <w:t xml:space="preserve">C. 50.14%</w:t>
      </w:r>
      <w:r>
        <w:br/>
      </w:r>
      <w:r>
        <w:t xml:space="preserve">D. 62.64%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MS8-Q108.</w:t>
      </w:r>
      <w:r>
        <w:t xml:space="preserve"> </w:t>
      </w:r>
      <w:r>
        <w:t xml:space="preserve">Hero beats every bluff and loses to every value hand. Villain’s river betting range contains 9 equally weighted value combinations and 13 equally weighted bluffs; assume no ties or other holdings. What is Hero’s showdown win probability?</w:t>
      </w:r>
    </w:p>
    <w:p>
      <w:pPr>
        <w:pStyle w:val="BodyText"/>
      </w:pPr>
      <w:r>
        <w:t xml:space="preserve">A. 59.09%</w:t>
      </w:r>
      <w:r>
        <w:br/>
      </w:r>
      <w:r>
        <w:t xml:space="preserve">B. 45.09%</w:t>
      </w:r>
      <w:r>
        <w:br/>
      </w:r>
      <w:r>
        <w:t xml:space="preserve">C. 52.09%</w:t>
      </w:r>
      <w:r>
        <w:br/>
      </w:r>
      <w:r>
        <w:t xml:space="preserve">D. 64.59%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MS8-Q109.</w:t>
      </w:r>
      <w:r>
        <w:t xml:space="preserve"> </w:t>
      </w:r>
      <w:r>
        <w:t xml:space="preserve">Hero beats every bluff and loses to every value hand. Villain’s river betting range contains 12 equally weighted value combinations and 6 equally weighted bluffs; assume no ties or other holdings. What is Hero’s showdown win probability?</w:t>
      </w:r>
    </w:p>
    <w:p>
      <w:pPr>
        <w:pStyle w:val="BodyText"/>
      </w:pPr>
      <w:r>
        <w:t xml:space="preserve">A. 19.33%</w:t>
      </w:r>
      <w:r>
        <w:br/>
      </w:r>
      <w:r>
        <w:t xml:space="preserve">B. 26.33%</w:t>
      </w:r>
      <w:r>
        <w:br/>
      </w:r>
      <w:r>
        <w:t xml:space="preserve">C. 38.83%</w:t>
      </w:r>
      <w:r>
        <w:br/>
      </w:r>
      <w:r>
        <w:t xml:space="preserve">D. 33.33%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MS8-Q110.</w:t>
      </w:r>
      <w:r>
        <w:t xml:space="preserve"> </w:t>
      </w:r>
      <w:r>
        <w:t xml:space="preserve">Hero beats every bluff and loses to every value hand. Villain’s river betting range contains 15 equally weighted value combinations and 11 equally weighted bluffs; assume no ties or other holdings. What is Hero’s showdown win probability?</w:t>
      </w:r>
    </w:p>
    <w:p>
      <w:pPr>
        <w:pStyle w:val="BodyText"/>
      </w:pPr>
      <w:r>
        <w:t xml:space="preserve">A. 28.31%</w:t>
      </w:r>
      <w:r>
        <w:br/>
      </w:r>
      <w:r>
        <w:t xml:space="preserve">B. 35.31%</w:t>
      </w:r>
      <w:r>
        <w:br/>
      </w:r>
      <w:r>
        <w:t xml:space="preserve">C. 42.31%</w:t>
      </w:r>
      <w:r>
        <w:br/>
      </w:r>
      <w:r>
        <w:t xml:space="preserve">D. 47.81%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MS8-Q111.</w:t>
      </w:r>
      <w:r>
        <w:t xml:space="preserve"> </w:t>
      </w:r>
      <w:r>
        <w:t xml:space="preserve">Hero beats every bluff and loses to every value hand. Villain’s river betting range contains 18 equally weighted value combinations and 4 equally weighted bluffs; assume no ties or other holdings. What is Hero’s showdown win probability?</w:t>
      </w:r>
    </w:p>
    <w:p>
      <w:pPr>
        <w:pStyle w:val="BodyText"/>
      </w:pPr>
      <w:r>
        <w:t xml:space="preserve">A. 4.18%</w:t>
      </w:r>
      <w:r>
        <w:br/>
      </w:r>
      <w:r>
        <w:t xml:space="preserve">B. 18.18%</w:t>
      </w:r>
      <w:r>
        <w:br/>
      </w:r>
      <w:r>
        <w:t xml:space="preserve">C. 11.18%</w:t>
      </w:r>
      <w:r>
        <w:br/>
      </w:r>
      <w:r>
        <w:t xml:space="preserve">D. 23.68%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MS8-Q112.</w:t>
      </w:r>
      <w:r>
        <w:t xml:space="preserve"> </w:t>
      </w:r>
      <w:r>
        <w:t xml:space="preserve">Hero beats every bluff and loses to every value hand. Villain’s river betting range contains 21 equally weighted value combinations and 9 equally weighted bluffs; assume no ties or other holdings. What is Hero’s showdown win probability?</w:t>
      </w:r>
    </w:p>
    <w:p>
      <w:pPr>
        <w:pStyle w:val="BodyText"/>
      </w:pPr>
      <w:r>
        <w:t xml:space="preserve">A. 30.00%</w:t>
      </w:r>
      <w:r>
        <w:br/>
      </w:r>
      <w:r>
        <w:t xml:space="preserve">B. 16.00%</w:t>
      </w:r>
      <w:r>
        <w:br/>
      </w:r>
      <w:r>
        <w:t xml:space="preserve">C. 23.00%</w:t>
      </w:r>
      <w:r>
        <w:br/>
      </w:r>
      <w:r>
        <w:t xml:space="preserve">D. 35.50%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MS8-Q113.</w:t>
      </w:r>
      <w:r>
        <w:t xml:space="preserve"> </w:t>
      </w:r>
      <w:r>
        <w:t xml:space="preserve">Hero beats every bluff and loses to every value hand. Villain’s river betting range contains 6 equally weighted value combinations and 2 equally weighted bluffs; assume no ties or other holdings. What is Hero’s showdown win probability?</w:t>
      </w:r>
    </w:p>
    <w:p>
      <w:pPr>
        <w:pStyle w:val="BodyText"/>
      </w:pPr>
      <w:r>
        <w:t xml:space="preserve">A. 11.00%</w:t>
      </w:r>
      <w:r>
        <w:br/>
      </w:r>
      <w:r>
        <w:t xml:space="preserve">B. 18.00%</w:t>
      </w:r>
      <w:r>
        <w:br/>
      </w:r>
      <w:r>
        <w:t xml:space="preserve">C. 30.50%</w:t>
      </w:r>
      <w:r>
        <w:br/>
      </w:r>
      <w:r>
        <w:t xml:space="preserve">D. 25.00%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MS8-Q114.</w:t>
      </w:r>
      <w:r>
        <w:t xml:space="preserve"> </w:t>
      </w:r>
      <w:r>
        <w:t xml:space="preserve">Hero beats every bluff and loses to every value hand. Villain’s river betting range contains 9 equally weighted value combinations and 7 equally weighted bluffs; assume no ties or other holdings. What is Hero’s showdown win probability?</w:t>
      </w:r>
    </w:p>
    <w:p>
      <w:pPr>
        <w:pStyle w:val="BodyText"/>
      </w:pPr>
      <w:r>
        <w:t xml:space="preserve">A. 29.75%</w:t>
      </w:r>
      <w:r>
        <w:br/>
      </w:r>
      <w:r>
        <w:t xml:space="preserve">B. 36.75%</w:t>
      </w:r>
      <w:r>
        <w:br/>
      </w:r>
      <w:r>
        <w:t xml:space="preserve">C. 43.75%</w:t>
      </w:r>
      <w:r>
        <w:br/>
      </w:r>
      <w:r>
        <w:t xml:space="preserve">D. 49.25%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MS8-Q115.</w:t>
      </w:r>
      <w:r>
        <w:t xml:space="preserve"> </w:t>
      </w:r>
      <w:r>
        <w:t xml:space="preserve">Hero beats every bluff and loses to every value hand. Villain’s river betting range contains 12 equally weighted value combinations and 12 equally weighted bluffs; assume no ties or other holdings. What is Hero’s showdown win probability?</w:t>
      </w:r>
    </w:p>
    <w:p>
      <w:pPr>
        <w:pStyle w:val="BodyText"/>
      </w:pPr>
      <w:r>
        <w:t xml:space="preserve">A. 36.00%</w:t>
      </w:r>
      <w:r>
        <w:br/>
      </w:r>
      <w:r>
        <w:t xml:space="preserve">B. 50.00%</w:t>
      </w:r>
      <w:r>
        <w:br/>
      </w:r>
      <w:r>
        <w:t xml:space="preserve">C. 43.00%</w:t>
      </w:r>
      <w:r>
        <w:br/>
      </w:r>
      <w:r>
        <w:t xml:space="preserve">D. 55.50%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MS8-Q116.</w:t>
      </w:r>
      <w:r>
        <w:t xml:space="preserve"> </w:t>
      </w:r>
      <w:r>
        <w:t xml:space="preserve">Hero beats every bluff and loses to every value hand. Villain’s river betting range contains 15 equally weighted value combinations and 5 equally weighted bluffs; assume no ties or other holdings. What is Hero’s showdown win probability?</w:t>
      </w:r>
    </w:p>
    <w:p>
      <w:pPr>
        <w:pStyle w:val="BodyText"/>
      </w:pPr>
      <w:r>
        <w:t xml:space="preserve">A. 25.00%</w:t>
      </w:r>
      <w:r>
        <w:br/>
      </w:r>
      <w:r>
        <w:t xml:space="preserve">B. 11.00%</w:t>
      </w:r>
      <w:r>
        <w:br/>
      </w:r>
      <w:r>
        <w:t xml:space="preserve">C. 18.00%</w:t>
      </w:r>
      <w:r>
        <w:br/>
      </w:r>
      <w:r>
        <w:t xml:space="preserve">D. 30.50%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MS8-Q117.</w:t>
      </w:r>
      <w:r>
        <w:t xml:space="preserve"> </w:t>
      </w:r>
      <w:r>
        <w:t xml:space="preserve">Hero beats every bluff and loses to every value hand. Villain’s river betting range contains 18 equally weighted value combinations and 10 equally weighted bluffs; assume no ties or other holdings. What is Hero’s showdown win probability?</w:t>
      </w:r>
    </w:p>
    <w:p>
      <w:pPr>
        <w:pStyle w:val="BodyText"/>
      </w:pPr>
      <w:r>
        <w:t xml:space="preserve">A. 21.71%</w:t>
      </w:r>
      <w:r>
        <w:br/>
      </w:r>
      <w:r>
        <w:t xml:space="preserve">B. 28.71%</w:t>
      </w:r>
      <w:r>
        <w:br/>
      </w:r>
      <w:r>
        <w:t xml:space="preserve">C. 41.21%</w:t>
      </w:r>
      <w:r>
        <w:br/>
      </w:r>
      <w:r>
        <w:t xml:space="preserve">D. 35.71%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MS8-Q118.</w:t>
      </w:r>
      <w:r>
        <w:t xml:space="preserve"> </w:t>
      </w:r>
      <w:r>
        <w:t xml:space="preserve">Hero beats every bluff and loses to every value hand. Villain’s river betting range contains 21 equally weighted value combinations and 3 equally weighted bluffs; assume no ties or other holdings. What is Hero’s showdown win probability?</w:t>
      </w:r>
    </w:p>
    <w:p>
      <w:pPr>
        <w:pStyle w:val="BodyText"/>
      </w:pPr>
      <w:r>
        <w:t xml:space="preserve">A. 0.10%</w:t>
      </w:r>
      <w:r>
        <w:br/>
      </w:r>
      <w:r>
        <w:t xml:space="preserve">B. 5.50%</w:t>
      </w:r>
      <w:r>
        <w:br/>
      </w:r>
      <w:r>
        <w:t xml:space="preserve">C. 12.50%</w:t>
      </w:r>
      <w:r>
        <w:br/>
      </w:r>
      <w:r>
        <w:t xml:space="preserve">D. 18.00%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MS8-Q119.</w:t>
      </w:r>
      <w:r>
        <w:t xml:space="preserve"> </w:t>
      </w:r>
      <w:r>
        <w:t xml:space="preserve">Hero beats every bluff and loses to every value hand. Villain’s river betting range contains 6 equally weighted value combinations and 8 equally weighted bluffs; assume no ties or other holdings. What is Hero’s showdown win probability?</w:t>
      </w:r>
    </w:p>
    <w:p>
      <w:pPr>
        <w:pStyle w:val="BodyText"/>
      </w:pPr>
      <w:r>
        <w:t xml:space="preserve">A. 43.14%</w:t>
      </w:r>
      <w:r>
        <w:br/>
      </w:r>
      <w:r>
        <w:t xml:space="preserve">B. 57.14%</w:t>
      </w:r>
      <w:r>
        <w:br/>
      </w:r>
      <w:r>
        <w:t xml:space="preserve">C. 50.14%</w:t>
      </w:r>
      <w:r>
        <w:br/>
      </w:r>
      <w:r>
        <w:t xml:space="preserve">D. 62.64%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MS8-Q120.</w:t>
      </w:r>
      <w:r>
        <w:t xml:space="preserve"> </w:t>
      </w:r>
      <w:r>
        <w:t xml:space="preserve">Hero beats every bluff and loses to every value hand. Villain’s river betting range contains 9 equally weighted value combinations and 13 equally weighted bluffs; assume no ties or other holdings. What is Hero’s showdown win probability?</w:t>
      </w:r>
    </w:p>
    <w:p>
      <w:pPr>
        <w:pStyle w:val="BodyText"/>
      </w:pPr>
      <w:r>
        <w:t xml:space="preserve">A. 59.09%</w:t>
      </w:r>
      <w:r>
        <w:br/>
      </w:r>
      <w:r>
        <w:t xml:space="preserve">B. 45.09%</w:t>
      </w:r>
      <w:r>
        <w:br/>
      </w:r>
      <w:r>
        <w:t xml:space="preserve">C. 52.09%</w:t>
      </w:r>
      <w:r>
        <w:br/>
      </w:r>
      <w:r>
        <w:t xml:space="preserve">D. 64.59%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29"/>
    <w:bookmarkStart w:id="30" w:name="unit-07-rake-adjusted-calling-decisions"/>
    <w:p>
      <w:pPr>
        <w:pStyle w:val="Heading1"/>
      </w:pPr>
      <w:r>
        <w:t xml:space="preserve">Unit 07 — Rake-Adjusted Calling Decisions</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MS8-Q121.</w:t>
      </w:r>
      <w:r>
        <w:t xml:space="preserve"> </w:t>
      </w:r>
      <w:r>
        <w:t xml:space="preserve">Closing river decision: pot $85 before villain bets $30; Hero calls $30. In this model exactly $3 is removed from any pot Hero wins as rake, and there are no ties. What showdown equity is required?</w:t>
      </w:r>
    </w:p>
    <w:p>
      <w:pPr>
        <w:pStyle w:val="BodyText"/>
      </w:pPr>
      <w:r>
        <w:t xml:space="preserve">A. 7.13%</w:t>
      </w:r>
      <w:r>
        <w:br/>
      </w:r>
      <w:r>
        <w:t xml:space="preserve">B. 14.13%</w:t>
      </w:r>
      <w:r>
        <w:br/>
      </w:r>
      <w:r>
        <w:t xml:space="preserve">C. 26.63%</w:t>
      </w:r>
      <w:r>
        <w:br/>
      </w:r>
      <w:r>
        <w:t xml:space="preserve">D. 21.13%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MS8-Q122.</w:t>
      </w:r>
      <w:r>
        <w:t xml:space="preserve"> </w:t>
      </w:r>
      <w:r>
        <w:t xml:space="preserve">Closing river decision: pot $95 before villain bets $45; Hero calls $45. In this model exactly $4 is removed from any pot Hero wins as rake, and there are no ties. What showdown equity is required?</w:t>
      </w:r>
    </w:p>
    <w:p>
      <w:pPr>
        <w:pStyle w:val="BodyText"/>
      </w:pPr>
      <w:r>
        <w:t xml:space="preserve">A. 10.86%</w:t>
      </w:r>
      <w:r>
        <w:br/>
      </w:r>
      <w:r>
        <w:t xml:space="preserve">B. 17.86%</w:t>
      </w:r>
      <w:r>
        <w:br/>
      </w:r>
      <w:r>
        <w:t xml:space="preserve">C. 24.86%</w:t>
      </w:r>
      <w:r>
        <w:br/>
      </w:r>
      <w:r>
        <w:t xml:space="preserve">D. 30.36%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MS8-Q123.</w:t>
      </w:r>
      <w:r>
        <w:t xml:space="preserve"> </w:t>
      </w:r>
      <w:r>
        <w:t xml:space="preserve">Closing river decision: pot $105 before villain bets $60; Hero calls $60. In this model exactly $5 is removed from any pot Hero wins as rake, and there are no ties. What showdown equity is required?</w:t>
      </w:r>
    </w:p>
    <w:p>
      <w:pPr>
        <w:pStyle w:val="BodyText"/>
      </w:pPr>
      <w:r>
        <w:t xml:space="preserve">A. 13.27%</w:t>
      </w:r>
      <w:r>
        <w:br/>
      </w:r>
      <w:r>
        <w:t xml:space="preserve">B. 27.27%</w:t>
      </w:r>
      <w:r>
        <w:br/>
      </w:r>
      <w:r>
        <w:t xml:space="preserve">C. 20.27%</w:t>
      </w:r>
      <w:r>
        <w:br/>
      </w:r>
      <w:r>
        <w:t xml:space="preserve">D. 32.77%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MS8-Q124.</w:t>
      </w:r>
      <w:r>
        <w:t xml:space="preserve"> </w:t>
      </w:r>
      <w:r>
        <w:t xml:space="preserve">Closing river decision: pot $115 before villain bets $75; Hero calls $75. In this model exactly $6 is removed from any pot Hero wins as rake, and there are no ties. What showdown equity is required?</w:t>
      </w:r>
    </w:p>
    <w:p>
      <w:pPr>
        <w:pStyle w:val="BodyText"/>
      </w:pPr>
      <w:r>
        <w:t xml:space="preserve">A. 28.96%</w:t>
      </w:r>
      <w:r>
        <w:br/>
      </w:r>
      <w:r>
        <w:t xml:space="preserve">B. 14.96%</w:t>
      </w:r>
      <w:r>
        <w:br/>
      </w:r>
      <w:r>
        <w:t xml:space="preserve">C. 21.96%</w:t>
      </w:r>
      <w:r>
        <w:br/>
      </w:r>
      <w:r>
        <w:t xml:space="preserve">D. 34.46%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MS8-Q125.</w:t>
      </w:r>
      <w:r>
        <w:t xml:space="preserve"> </w:t>
      </w:r>
      <w:r>
        <w:t xml:space="preserve">Closing river decision: pot $125 before villain bets $90; Hero calls $90. In this model exactly $7 is removed from any pot Hero wins as rake, and there are no ties. What showdown equity is required?</w:t>
      </w:r>
    </w:p>
    <w:p>
      <w:pPr>
        <w:pStyle w:val="BodyText"/>
      </w:pPr>
      <w:r>
        <w:t xml:space="preserve">A. 16.20%</w:t>
      </w:r>
      <w:r>
        <w:br/>
      </w:r>
      <w:r>
        <w:t xml:space="preserve">B. 23.20%</w:t>
      </w:r>
      <w:r>
        <w:br/>
      </w:r>
      <w:r>
        <w:t xml:space="preserve">C. 35.70%</w:t>
      </w:r>
      <w:r>
        <w:br/>
      </w:r>
      <w:r>
        <w:t xml:space="preserve">D. 30.20%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MS8-Q126.</w:t>
      </w:r>
      <w:r>
        <w:t xml:space="preserve"> </w:t>
      </w:r>
      <w:r>
        <w:t xml:space="preserve">Closing river decision: pot $135 before villain bets $30; Hero calls $30. In this model exactly $8 is removed from any pot Hero wins as rake, and there are no ties. What showdown equity is required?</w:t>
      </w:r>
    </w:p>
    <w:p>
      <w:pPr>
        <w:pStyle w:val="BodyText"/>
      </w:pPr>
      <w:r>
        <w:t xml:space="preserve">A. 2.04%</w:t>
      </w:r>
      <w:r>
        <w:br/>
      </w:r>
      <w:r>
        <w:t xml:space="preserve">B. 9.04%</w:t>
      </w:r>
      <w:r>
        <w:br/>
      </w:r>
      <w:r>
        <w:t xml:space="preserve">C. 16.04%</w:t>
      </w:r>
      <w:r>
        <w:br/>
      </w:r>
      <w:r>
        <w:t xml:space="preserve">D. 21.54%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MS8-Q127.</w:t>
      </w:r>
      <w:r>
        <w:t xml:space="preserve"> </w:t>
      </w:r>
      <w:r>
        <w:t xml:space="preserve">Closing river decision: pot $145 before villain bets $45; Hero calls $45. In this model exactly $3 is removed from any pot Hero wins as rake, and there are no ties. What showdown equity is required?</w:t>
      </w:r>
    </w:p>
    <w:p>
      <w:pPr>
        <w:pStyle w:val="BodyText"/>
      </w:pPr>
      <w:r>
        <w:t xml:space="preserve">A. 5.40%</w:t>
      </w:r>
      <w:r>
        <w:br/>
      </w:r>
      <w:r>
        <w:t xml:space="preserve">B. 19.40%</w:t>
      </w:r>
      <w:r>
        <w:br/>
      </w:r>
      <w:r>
        <w:t xml:space="preserve">C. 12.40%</w:t>
      </w:r>
      <w:r>
        <w:br/>
      </w:r>
      <w:r>
        <w:t xml:space="preserve">D. 24.90%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MS8-Q128.</w:t>
      </w:r>
      <w:r>
        <w:t xml:space="preserve"> </w:t>
      </w:r>
      <w:r>
        <w:t xml:space="preserve">Closing river decision: pot $155 before villain bets $60; Hero calls $60. In this model exactly $4 is removed from any pot Hero wins as rake, and there are no ties. What showdown equity is required?</w:t>
      </w:r>
    </w:p>
    <w:p>
      <w:pPr>
        <w:pStyle w:val="BodyText"/>
      </w:pPr>
      <w:r>
        <w:t xml:space="preserve">A. 22.14%</w:t>
      </w:r>
      <w:r>
        <w:br/>
      </w:r>
      <w:r>
        <w:t xml:space="preserve">B. 8.14%</w:t>
      </w:r>
      <w:r>
        <w:br/>
      </w:r>
      <w:r>
        <w:t xml:space="preserve">C. 15.14%</w:t>
      </w:r>
      <w:r>
        <w:br/>
      </w:r>
      <w:r>
        <w:t xml:space="preserve">D. 27.64%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MS8-Q129.</w:t>
      </w:r>
      <w:r>
        <w:t xml:space="preserve"> </w:t>
      </w:r>
      <w:r>
        <w:t xml:space="preserve">Closing river decision: pot $165 before villain bets $75; Hero calls $75. In this model exactly $5 is removed from any pot Hero wins as rake, and there are no ties. What showdown equity is required?</w:t>
      </w:r>
    </w:p>
    <w:p>
      <w:pPr>
        <w:pStyle w:val="BodyText"/>
      </w:pPr>
      <w:r>
        <w:t xml:space="preserve">A. 10.19%</w:t>
      </w:r>
      <w:r>
        <w:br/>
      </w:r>
      <w:r>
        <w:t xml:space="preserve">B. 17.19%</w:t>
      </w:r>
      <w:r>
        <w:br/>
      </w:r>
      <w:r>
        <w:t xml:space="preserve">C. 29.69%</w:t>
      </w:r>
      <w:r>
        <w:br/>
      </w:r>
      <w:r>
        <w:t xml:space="preserve">D. 24.19%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MS8-Q130.</w:t>
      </w:r>
      <w:r>
        <w:t xml:space="preserve"> </w:t>
      </w:r>
      <w:r>
        <w:t xml:space="preserve">Closing river decision: pot $175 before villain bets $90; Hero calls $90. In this model exactly $6 is removed from any pot Hero wins as rake, and there are no ties. What showdown equity is required?</w:t>
      </w:r>
    </w:p>
    <w:p>
      <w:pPr>
        <w:pStyle w:val="BodyText"/>
      </w:pPr>
      <w:r>
        <w:t xml:space="preserve">A. 11.79%</w:t>
      </w:r>
      <w:r>
        <w:br/>
      </w:r>
      <w:r>
        <w:t xml:space="preserve">B. 18.79%</w:t>
      </w:r>
      <w:r>
        <w:br/>
      </w:r>
      <w:r>
        <w:t xml:space="preserve">C. 25.79%</w:t>
      </w:r>
      <w:r>
        <w:br/>
      </w:r>
      <w:r>
        <w:t xml:space="preserve">D. 31.29%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MS8-Q131.</w:t>
      </w:r>
      <w:r>
        <w:t xml:space="preserve"> </w:t>
      </w:r>
      <w:r>
        <w:t xml:space="preserve">Closing river decision: pot $185 before villain bets $30; Hero calls $30. In this model exactly $7 is removed from any pot Hero wins as rake, and there are no ties. What showdown equity is required?</w:t>
      </w:r>
    </w:p>
    <w:p>
      <w:pPr>
        <w:pStyle w:val="BodyText"/>
      </w:pPr>
      <w:r>
        <w:t xml:space="preserve">A. 0.10%</w:t>
      </w:r>
      <w:r>
        <w:br/>
      </w:r>
      <w:r>
        <w:t xml:space="preserve">B. 12.61%</w:t>
      </w:r>
      <w:r>
        <w:br/>
      </w:r>
      <w:r>
        <w:t xml:space="preserve">C. 5.61%</w:t>
      </w:r>
      <w:r>
        <w:br/>
      </w:r>
      <w:r>
        <w:t xml:space="preserve">D. 18.11%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MS8-Q132.</w:t>
      </w:r>
      <w:r>
        <w:t xml:space="preserve"> </w:t>
      </w:r>
      <w:r>
        <w:t xml:space="preserve">Closing river decision: pot $85 before villain bets $45; Hero calls $45. In this model exactly $8 is removed from any pot Hero wins as rake, and there are no ties. What showdown equity is required?</w:t>
      </w:r>
    </w:p>
    <w:p>
      <w:pPr>
        <w:pStyle w:val="BodyText"/>
      </w:pPr>
      <w:r>
        <w:t xml:space="preserve">A. 26.95%</w:t>
      </w:r>
      <w:r>
        <w:br/>
      </w:r>
      <w:r>
        <w:t xml:space="preserve">B. 12.95%</w:t>
      </w:r>
      <w:r>
        <w:br/>
      </w:r>
      <w:r>
        <w:t xml:space="preserve">C. 19.95%</w:t>
      </w:r>
      <w:r>
        <w:br/>
      </w:r>
      <w:r>
        <w:t xml:space="preserve">D. 32.45%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MS8-Q133.</w:t>
      </w:r>
      <w:r>
        <w:t xml:space="preserve"> </w:t>
      </w:r>
      <w:r>
        <w:t xml:space="preserve">Closing river decision: pot $95 before villain bets $60; Hero calls $60. In this model exactly $3 is removed from any pot Hero wins as rake, and there are no ties. What showdown equity is required?</w:t>
      </w:r>
    </w:p>
    <w:p>
      <w:pPr>
        <w:pStyle w:val="BodyText"/>
      </w:pPr>
      <w:r>
        <w:t xml:space="preserve">A. 14.30%</w:t>
      </w:r>
      <w:r>
        <w:br/>
      </w:r>
      <w:r>
        <w:t xml:space="preserve">B. 21.30%</w:t>
      </w:r>
      <w:r>
        <w:br/>
      </w:r>
      <w:r>
        <w:t xml:space="preserve">C. 33.80%</w:t>
      </w:r>
      <w:r>
        <w:br/>
      </w:r>
      <w:r>
        <w:t xml:space="preserve">D. 28.30%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MS8-Q134.</w:t>
      </w:r>
      <w:r>
        <w:t xml:space="preserve"> </w:t>
      </w:r>
      <w:r>
        <w:t xml:space="preserve">Closing river decision: pot $105 before villain bets $75; Hero calls $75. In this model exactly $4 is removed from any pot Hero wins as rake, and there are no ties. What showdown equity is required?</w:t>
      </w:r>
    </w:p>
    <w:p>
      <w:pPr>
        <w:pStyle w:val="BodyText"/>
      </w:pPr>
      <w:r>
        <w:t xml:space="preserve">A. 15.88%</w:t>
      </w:r>
      <w:r>
        <w:br/>
      </w:r>
      <w:r>
        <w:t xml:space="preserve">B. 22.88%</w:t>
      </w:r>
      <w:r>
        <w:br/>
      </w:r>
      <w:r>
        <w:t xml:space="preserve">C. 29.88%</w:t>
      </w:r>
      <w:r>
        <w:br/>
      </w:r>
      <w:r>
        <w:t xml:space="preserve">D. 35.38%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MS8-Q135.</w:t>
      </w:r>
      <w:r>
        <w:t xml:space="preserve"> </w:t>
      </w:r>
      <w:r>
        <w:t xml:space="preserve">Closing river decision: pot $115 before villain bets $90; Hero calls $90. In this model exactly $5 is removed from any pot Hero wins as rake, and there are no ties. What showdown equity is required?</w:t>
      </w:r>
    </w:p>
    <w:p>
      <w:pPr>
        <w:pStyle w:val="BodyText"/>
      </w:pPr>
      <w:r>
        <w:t xml:space="preserve">A. 17.03%</w:t>
      </w:r>
      <w:r>
        <w:br/>
      </w:r>
      <w:r>
        <w:t xml:space="preserve">B. 31.03%</w:t>
      </w:r>
      <w:r>
        <w:br/>
      </w:r>
      <w:r>
        <w:t xml:space="preserve">C. 24.03%</w:t>
      </w:r>
      <w:r>
        <w:br/>
      </w:r>
      <w:r>
        <w:t xml:space="preserve">D. 36.53%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MS8-Q136.</w:t>
      </w:r>
      <w:r>
        <w:t xml:space="preserve"> </w:t>
      </w:r>
      <w:r>
        <w:t xml:space="preserve">Closing river decision: pot $125 before villain bets $30; Hero calls $30. In this model exactly $6 is removed from any pot Hero wins as rake, and there are no ties. What showdown equity is required?</w:t>
      </w:r>
    </w:p>
    <w:p>
      <w:pPr>
        <w:pStyle w:val="BodyText"/>
      </w:pPr>
      <w:r>
        <w:t xml:space="preserve">A. 16.76%</w:t>
      </w:r>
      <w:r>
        <w:br/>
      </w:r>
      <w:r>
        <w:t xml:space="preserve">B. 2.76%</w:t>
      </w:r>
      <w:r>
        <w:br/>
      </w:r>
      <w:r>
        <w:t xml:space="preserve">C. 9.76%</w:t>
      </w:r>
      <w:r>
        <w:br/>
      </w:r>
      <w:r>
        <w:t xml:space="preserve">D. 22.26%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MS8-Q137.</w:t>
      </w:r>
      <w:r>
        <w:t xml:space="preserve"> </w:t>
      </w:r>
      <w:r>
        <w:t xml:space="preserve">Closing river decision: pot $135 before villain bets $45; Hero calls $45. In this model exactly $7 is removed from any pot Hero wins as rake, and there are no ties. What showdown equity is required?</w:t>
      </w:r>
    </w:p>
    <w:p>
      <w:pPr>
        <w:pStyle w:val="BodyText"/>
      </w:pPr>
      <w:r>
        <w:t xml:space="preserve">A. 6.64%</w:t>
      </w:r>
      <w:r>
        <w:br/>
      </w:r>
      <w:r>
        <w:t xml:space="preserve">B. 13.64%</w:t>
      </w:r>
      <w:r>
        <w:br/>
      </w:r>
      <w:r>
        <w:t xml:space="preserve">C. 26.14%</w:t>
      </w:r>
      <w:r>
        <w:br/>
      </w:r>
      <w:r>
        <w:t xml:space="preserve">D. 20.64%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MS8-Q138.</w:t>
      </w:r>
      <w:r>
        <w:t xml:space="preserve"> </w:t>
      </w:r>
      <w:r>
        <w:t xml:space="preserve">Closing river decision: pot $145 before villain bets $60; Hero calls $60. In this model exactly $8 is removed from any pot Hero wins as rake, and there are no ties. What showdown equity is required?</w:t>
      </w:r>
    </w:p>
    <w:p>
      <w:pPr>
        <w:pStyle w:val="BodyText"/>
      </w:pPr>
      <w:r>
        <w:t xml:space="preserve">A. 9.35%</w:t>
      </w:r>
      <w:r>
        <w:br/>
      </w:r>
      <w:r>
        <w:t xml:space="preserve">B. 16.35%</w:t>
      </w:r>
      <w:r>
        <w:br/>
      </w:r>
      <w:r>
        <w:t xml:space="preserve">C. 23.35%</w:t>
      </w:r>
      <w:r>
        <w:br/>
      </w:r>
      <w:r>
        <w:t xml:space="preserve">D. 28.85%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MS8-Q139.</w:t>
      </w:r>
      <w:r>
        <w:t xml:space="preserve"> </w:t>
      </w:r>
      <w:r>
        <w:t xml:space="preserve">Closing river decision: pot $155 before villain bets $75; Hero calls $75. In this model exactly $3 is removed from any pot Hero wins as rake, and there are no ties. What showdown equity is required?</w:t>
      </w:r>
    </w:p>
    <w:p>
      <w:pPr>
        <w:pStyle w:val="BodyText"/>
      </w:pPr>
      <w:r>
        <w:t xml:space="preserve">A. 10.83%</w:t>
      </w:r>
      <w:r>
        <w:br/>
      </w:r>
      <w:r>
        <w:t xml:space="preserve">B. 24.83%</w:t>
      </w:r>
      <w:r>
        <w:br/>
      </w:r>
      <w:r>
        <w:t xml:space="preserve">C. 17.83%</w:t>
      </w:r>
      <w:r>
        <w:br/>
      </w:r>
      <w:r>
        <w:t xml:space="preserve">D. 30.33%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MS8-Q140.</w:t>
      </w:r>
      <w:r>
        <w:t xml:space="preserve"> </w:t>
      </w:r>
      <w:r>
        <w:t xml:space="preserve">Closing river decision: pot $165 before villain bets $90; Hero calls $90. In this model exactly $4 is removed from any pot Hero wins as rake, and there are no ties. What showdown equity is required?</w:t>
      </w:r>
    </w:p>
    <w:p>
      <w:pPr>
        <w:pStyle w:val="BodyText"/>
      </w:pPr>
      <w:r>
        <w:t xml:space="preserve">A. 26.39%</w:t>
      </w:r>
      <w:r>
        <w:br/>
      </w:r>
      <w:r>
        <w:t xml:space="preserve">B. 12.39%</w:t>
      </w:r>
      <w:r>
        <w:br/>
      </w:r>
      <w:r>
        <w:t xml:space="preserve">C. 19.39%</w:t>
      </w:r>
      <w:r>
        <w:br/>
      </w:r>
      <w:r>
        <w:t xml:space="preserve">D. 31.89%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30"/>
    <w:bookmarkStart w:id="31" w:name="unit-08-weighted-river-ranges"/>
    <w:p>
      <w:pPr>
        <w:pStyle w:val="Heading1"/>
      </w:pPr>
      <w:r>
        <w:t xml:space="preserve">Unit 08 — Weighted River Ranges</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MS8-Q141.</w:t>
      </w:r>
      <w:r>
        <w:t xml:space="preserve"> </w:t>
      </w:r>
      <w:r>
        <w:t xml:space="preserve">Villain has 7 physically possible value combos that bet 100% of the time and 4 candidate bluff combos that each bet 25% of the time. Conditioned on observing a bet and equal starting combo weights, what is the weighted bluff share?</w:t>
      </w:r>
    </w:p>
    <w:p>
      <w:pPr>
        <w:pStyle w:val="BodyText"/>
      </w:pPr>
      <w:r>
        <w:t xml:space="preserve">A. 0.10%</w:t>
      </w:r>
      <w:r>
        <w:br/>
      </w:r>
      <w:r>
        <w:t xml:space="preserve">B. 5.50%</w:t>
      </w:r>
      <w:r>
        <w:br/>
      </w:r>
      <w:r>
        <w:t xml:space="preserve">C. 18.00%</w:t>
      </w:r>
      <w:r>
        <w:br/>
      </w:r>
      <w:r>
        <w:t xml:space="preserve">D. 12.50%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MS8-Q142.</w:t>
      </w:r>
      <w:r>
        <w:t xml:space="preserve"> </w:t>
      </w:r>
      <w:r>
        <w:t xml:space="preserve">Villain has 9 physically possible value combos that bet 100% of the time and 7 candidate bluff combos that each bet 50% of the time. Conditioned on observing a bet and equal starting combo weights, what is the weighted bluff share?</w:t>
      </w:r>
    </w:p>
    <w:p>
      <w:pPr>
        <w:pStyle w:val="BodyText"/>
      </w:pPr>
      <w:r>
        <w:t xml:space="preserve">A. 14.00%</w:t>
      </w:r>
      <w:r>
        <w:br/>
      </w:r>
      <w:r>
        <w:t xml:space="preserve">B. 21.00%</w:t>
      </w:r>
      <w:r>
        <w:br/>
      </w:r>
      <w:r>
        <w:t xml:space="preserve">C. 28.00%</w:t>
      </w:r>
      <w:r>
        <w:br/>
      </w:r>
      <w:r>
        <w:t xml:space="preserve">D. 33.50%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MS8-Q143.</w:t>
      </w:r>
      <w:r>
        <w:t xml:space="preserve"> </w:t>
      </w:r>
      <w:r>
        <w:t xml:space="preserve">Villain has 11 physically possible value combos that bet 100% of the time and 10 candidate bluff combos that each bet 75% of the time. Conditioned on observing a bet and equal starting combo weights, what is the weighted bluff share?</w:t>
      </w:r>
    </w:p>
    <w:p>
      <w:pPr>
        <w:pStyle w:val="BodyText"/>
      </w:pPr>
      <w:r>
        <w:t xml:space="preserve">A. 26.54%</w:t>
      </w:r>
      <w:r>
        <w:br/>
      </w:r>
      <w:r>
        <w:t xml:space="preserve">B. 40.54%</w:t>
      </w:r>
      <w:r>
        <w:br/>
      </w:r>
      <w:r>
        <w:t xml:space="preserve">C. 33.54%</w:t>
      </w:r>
      <w:r>
        <w:br/>
      </w:r>
      <w:r>
        <w:t xml:space="preserve">D. 46.04%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MS8-Q144.</w:t>
      </w:r>
      <w:r>
        <w:t xml:space="preserve"> </w:t>
      </w:r>
      <w:r>
        <w:t xml:space="preserve">Villain has 13 physically possible value combos that bet 100% of the time and 13 candidate bluff combos that each bet 100% of the time. Conditioned on observing a bet and equal starting combo weights, what is the weighted bluff share?</w:t>
      </w:r>
    </w:p>
    <w:p>
      <w:pPr>
        <w:pStyle w:val="BodyText"/>
      </w:pPr>
      <w:r>
        <w:t xml:space="preserve">A. 50.00%</w:t>
      </w:r>
      <w:r>
        <w:br/>
      </w:r>
      <w:r>
        <w:t xml:space="preserve">B. 36.00%</w:t>
      </w:r>
      <w:r>
        <w:br/>
      </w:r>
      <w:r>
        <w:t xml:space="preserve">C. 43.00%</w:t>
      </w:r>
      <w:r>
        <w:br/>
      </w:r>
      <w:r>
        <w:t xml:space="preserve">D. 55.50%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MS8-Q145.</w:t>
      </w:r>
      <w:r>
        <w:t xml:space="preserve"> </w:t>
      </w:r>
      <w:r>
        <w:t xml:space="preserve">Villain has 15 physically possible value combos that bet 100% of the time and 16 candidate bluff combos that each bet 25% of the time. Conditioned on observing a bet and equal starting combo weights, what is the weighted bluff share?</w:t>
      </w:r>
    </w:p>
    <w:p>
      <w:pPr>
        <w:pStyle w:val="BodyText"/>
      </w:pPr>
      <w:r>
        <w:t xml:space="preserve">A. 7.05%</w:t>
      </w:r>
      <w:r>
        <w:br/>
      </w:r>
      <w:r>
        <w:t xml:space="preserve">B. 14.05%</w:t>
      </w:r>
      <w:r>
        <w:br/>
      </w:r>
      <w:r>
        <w:t xml:space="preserve">C. 26.55%</w:t>
      </w:r>
      <w:r>
        <w:br/>
      </w:r>
      <w:r>
        <w:t xml:space="preserve">D. 21.05%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MS8-Q146.</w:t>
      </w:r>
      <w:r>
        <w:t xml:space="preserve"> </w:t>
      </w:r>
      <w:r>
        <w:t xml:space="preserve">Villain has 17 physically possible value combos that bet 100% of the time and 6 candidate bluff combos that each bet 50% of the time. Conditioned on observing a bet and equal starting combo weights, what is the weighted bluff share?</w:t>
      </w:r>
    </w:p>
    <w:p>
      <w:pPr>
        <w:pStyle w:val="BodyText"/>
      </w:pPr>
      <w:r>
        <w:t xml:space="preserve">A. 1.00%</w:t>
      </w:r>
      <w:r>
        <w:br/>
      </w:r>
      <w:r>
        <w:t xml:space="preserve">B. 8.00%</w:t>
      </w:r>
      <w:r>
        <w:br/>
      </w:r>
      <w:r>
        <w:t xml:space="preserve">C. 15.00%</w:t>
      </w:r>
      <w:r>
        <w:br/>
      </w:r>
      <w:r>
        <w:t xml:space="preserve">D. 20.50%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MS8-Q147.</w:t>
      </w:r>
      <w:r>
        <w:t xml:space="preserve"> </w:t>
      </w:r>
      <w:r>
        <w:t xml:space="preserve">Villain has 19 physically possible value combos that bet 100% of the time and 9 candidate bluff combos that each bet 75% of the time. Conditioned on observing a bet and equal starting combo weights, what is the weighted bluff share?</w:t>
      </w:r>
    </w:p>
    <w:p>
      <w:pPr>
        <w:pStyle w:val="BodyText"/>
      </w:pPr>
      <w:r>
        <w:t xml:space="preserve">A. 12.21%</w:t>
      </w:r>
      <w:r>
        <w:br/>
      </w:r>
      <w:r>
        <w:t xml:space="preserve">B. 26.21%</w:t>
      </w:r>
      <w:r>
        <w:br/>
      </w:r>
      <w:r>
        <w:t xml:space="preserve">C. 19.21%</w:t>
      </w:r>
      <w:r>
        <w:br/>
      </w:r>
      <w:r>
        <w:t xml:space="preserve">D. 31.71%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MS8-Q148.</w:t>
      </w:r>
      <w:r>
        <w:t xml:space="preserve"> </w:t>
      </w:r>
      <w:r>
        <w:t xml:space="preserve">Villain has 21 physically possible value combos that bet 100% of the time and 12 candidate bluff combos that each bet 100% of the time. Conditioned on observing a bet and equal starting combo weights, what is the weighted bluff share?</w:t>
      </w:r>
    </w:p>
    <w:p>
      <w:pPr>
        <w:pStyle w:val="BodyText"/>
      </w:pPr>
      <w:r>
        <w:t xml:space="preserve">A. 36.36%</w:t>
      </w:r>
      <w:r>
        <w:br/>
      </w:r>
      <w:r>
        <w:t xml:space="preserve">B. 22.36%</w:t>
      </w:r>
      <w:r>
        <w:br/>
      </w:r>
      <w:r>
        <w:t xml:space="preserve">C. 29.36%</w:t>
      </w:r>
      <w:r>
        <w:br/>
      </w:r>
      <w:r>
        <w:t xml:space="preserve">D. 41.86%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MS8-Q149.</w:t>
      </w:r>
      <w:r>
        <w:t xml:space="preserve"> </w:t>
      </w:r>
      <w:r>
        <w:t xml:space="preserve">Villain has 23 physically possible value combos that bet 100% of the time and 15 candidate bluff combos that each bet 25% of the time. Conditioned on observing a bet and equal starting combo weights, what is the weighted bluff share?</w:t>
      </w:r>
    </w:p>
    <w:p>
      <w:pPr>
        <w:pStyle w:val="BodyText"/>
      </w:pPr>
      <w:r>
        <w:t xml:space="preserve">A. 0.10%</w:t>
      </w:r>
      <w:r>
        <w:br/>
      </w:r>
      <w:r>
        <w:t xml:space="preserve">B. 7.02%</w:t>
      </w:r>
      <w:r>
        <w:br/>
      </w:r>
      <w:r>
        <w:t xml:space="preserve">C. 19.52%</w:t>
      </w:r>
      <w:r>
        <w:br/>
      </w:r>
      <w:r>
        <w:t xml:space="preserve">D. 14.02%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MS8-Q150.</w:t>
      </w:r>
      <w:r>
        <w:t xml:space="preserve"> </w:t>
      </w:r>
      <w:r>
        <w:t xml:space="preserve">Villain has 25 physically possible value combos that bet 100% of the time and 5 candidate bluff combos that each bet 50% of the time. Conditioned on observing a bet and equal starting combo weights, what is the weighted bluff share?</w:t>
      </w:r>
    </w:p>
    <w:p>
      <w:pPr>
        <w:pStyle w:val="BodyText"/>
      </w:pPr>
      <w:r>
        <w:t xml:space="preserve">A. 0.10%</w:t>
      </w:r>
      <w:r>
        <w:br/>
      </w:r>
      <w:r>
        <w:t xml:space="preserve">B. 2.09%</w:t>
      </w:r>
      <w:r>
        <w:br/>
      </w:r>
      <w:r>
        <w:t xml:space="preserve">C. 9.09%</w:t>
      </w:r>
      <w:r>
        <w:br/>
      </w:r>
      <w:r>
        <w:t xml:space="preserve">D. 14.59%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MS8-Q151.</w:t>
      </w:r>
      <w:r>
        <w:t xml:space="preserve"> </w:t>
      </w:r>
      <w:r>
        <w:t xml:space="preserve">Villain has 8 physically possible value combos that bet 100% of the time and 8 candidate bluff combos that each bet 75% of the time. Conditioned on observing a bet and equal starting combo weights, what is the weighted bluff share?</w:t>
      </w:r>
    </w:p>
    <w:p>
      <w:pPr>
        <w:pStyle w:val="BodyText"/>
      </w:pPr>
      <w:r>
        <w:t xml:space="preserve">A. 28.86%</w:t>
      </w:r>
      <w:r>
        <w:br/>
      </w:r>
      <w:r>
        <w:t xml:space="preserve">B. 42.86%</w:t>
      </w:r>
      <w:r>
        <w:br/>
      </w:r>
      <w:r>
        <w:t xml:space="preserve">C. 35.86%</w:t>
      </w:r>
      <w:r>
        <w:br/>
      </w:r>
      <w:r>
        <w:t xml:space="preserve">D. 48.36%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MS8-Q152.</w:t>
      </w:r>
      <w:r>
        <w:t xml:space="preserve"> </w:t>
      </w:r>
      <w:r>
        <w:t xml:space="preserve">Villain has 10 physically possible value combos that bet 100% of the time and 11 candidate bluff combos that each bet 100% of the time. Conditioned on observing a bet and equal starting combo weights, what is the weighted bluff share?</w:t>
      </w:r>
    </w:p>
    <w:p>
      <w:pPr>
        <w:pStyle w:val="BodyText"/>
      </w:pPr>
      <w:r>
        <w:t xml:space="preserve">A. 52.38%</w:t>
      </w:r>
      <w:r>
        <w:br/>
      </w:r>
      <w:r>
        <w:t xml:space="preserve">B. 38.38%</w:t>
      </w:r>
      <w:r>
        <w:br/>
      </w:r>
      <w:r>
        <w:t xml:space="preserve">C. 45.38%</w:t>
      </w:r>
      <w:r>
        <w:br/>
      </w:r>
      <w:r>
        <w:t xml:space="preserve">D. 57.88%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MS8-Q153.</w:t>
      </w:r>
      <w:r>
        <w:t xml:space="preserve"> </w:t>
      </w:r>
      <w:r>
        <w:t xml:space="preserve">Villain has 12 physically possible value combos that bet 100% of the time and 14 candidate bluff combos that each bet 25% of the time. Conditioned on observing a bet and equal starting combo weights, what is the weighted bluff share?</w:t>
      </w:r>
    </w:p>
    <w:p>
      <w:pPr>
        <w:pStyle w:val="BodyText"/>
      </w:pPr>
      <w:r>
        <w:t xml:space="preserve">A. 8.58%</w:t>
      </w:r>
      <w:r>
        <w:br/>
      </w:r>
      <w:r>
        <w:t xml:space="preserve">B. 15.58%</w:t>
      </w:r>
      <w:r>
        <w:br/>
      </w:r>
      <w:r>
        <w:t xml:space="preserve">C. 28.08%</w:t>
      </w:r>
      <w:r>
        <w:br/>
      </w:r>
      <w:r>
        <w:t xml:space="preserve">D. 22.58%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MS8-Q154.</w:t>
      </w:r>
      <w:r>
        <w:t xml:space="preserve"> </w:t>
      </w:r>
      <w:r>
        <w:t xml:space="preserve">Villain has 14 physically possible value combos that bet 100% of the time and 4 candidate bluff combos that each bet 50% of the time. Conditioned on observing a bet and equal starting combo weights, what is the weighted bluff share?</w:t>
      </w:r>
    </w:p>
    <w:p>
      <w:pPr>
        <w:pStyle w:val="BodyText"/>
      </w:pPr>
      <w:r>
        <w:t xml:space="preserve">A. 0.10%</w:t>
      </w:r>
      <w:r>
        <w:br/>
      </w:r>
      <w:r>
        <w:t xml:space="preserve">B. 5.50%</w:t>
      </w:r>
      <w:r>
        <w:br/>
      </w:r>
      <w:r>
        <w:t xml:space="preserve">C. 12.50%</w:t>
      </w:r>
      <w:r>
        <w:br/>
      </w:r>
      <w:r>
        <w:t xml:space="preserve">D. 18.00%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MS8-Q155.</w:t>
      </w:r>
      <w:r>
        <w:t xml:space="preserve"> </w:t>
      </w:r>
      <w:r>
        <w:t xml:space="preserve">Villain has 16 physically possible value combos that bet 100% of the time and 7 candidate bluff combos that each bet 75% of the time. Conditioned on observing a bet and equal starting combo weights, what is the weighted bluff share?</w:t>
      </w:r>
    </w:p>
    <w:p>
      <w:pPr>
        <w:pStyle w:val="BodyText"/>
      </w:pPr>
      <w:r>
        <w:t xml:space="preserve">A. 10.71%</w:t>
      </w:r>
      <w:r>
        <w:br/>
      </w:r>
      <w:r>
        <w:t xml:space="preserve">B. 24.71%</w:t>
      </w:r>
      <w:r>
        <w:br/>
      </w:r>
      <w:r>
        <w:t xml:space="preserve">C. 17.71%</w:t>
      </w:r>
      <w:r>
        <w:br/>
      </w:r>
      <w:r>
        <w:t xml:space="preserve">D. 30.21%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MS8-Q156.</w:t>
      </w:r>
      <w:r>
        <w:t xml:space="preserve"> </w:t>
      </w:r>
      <w:r>
        <w:t xml:space="preserve">Villain has 18 physically possible value combos that bet 100% of the time and 10 candidate bluff combos that each bet 100% of the time. Conditioned on observing a bet and equal starting combo weights, what is the weighted bluff share?</w:t>
      </w:r>
    </w:p>
    <w:p>
      <w:pPr>
        <w:pStyle w:val="BodyText"/>
      </w:pPr>
      <w:r>
        <w:t xml:space="preserve">A. 35.71%</w:t>
      </w:r>
      <w:r>
        <w:br/>
      </w:r>
      <w:r>
        <w:t xml:space="preserve">B. 21.71%</w:t>
      </w:r>
      <w:r>
        <w:br/>
      </w:r>
      <w:r>
        <w:t xml:space="preserve">C. 28.71%</w:t>
      </w:r>
      <w:r>
        <w:br/>
      </w:r>
      <w:r>
        <w:t xml:space="preserve">D. 41.21%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MS8-Q157.</w:t>
      </w:r>
      <w:r>
        <w:t xml:space="preserve"> </w:t>
      </w:r>
      <w:r>
        <w:t xml:space="preserve">Villain has 20 physically possible value combos that bet 100% of the time and 13 candidate bluff combos that each bet 25% of the time. Conditioned on observing a bet and equal starting combo weights, what is the weighted bluff share?</w:t>
      </w:r>
    </w:p>
    <w:p>
      <w:pPr>
        <w:pStyle w:val="BodyText"/>
      </w:pPr>
      <w:r>
        <w:t xml:space="preserve">A. 0.10%</w:t>
      </w:r>
      <w:r>
        <w:br/>
      </w:r>
      <w:r>
        <w:t xml:space="preserve">B. 6.98%</w:t>
      </w:r>
      <w:r>
        <w:br/>
      </w:r>
      <w:r>
        <w:t xml:space="preserve">C. 19.48%</w:t>
      </w:r>
      <w:r>
        <w:br/>
      </w:r>
      <w:r>
        <w:t xml:space="preserve">D. 13.98%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MS8-Q158.</w:t>
      </w:r>
      <w:r>
        <w:t xml:space="preserve"> </w:t>
      </w:r>
      <w:r>
        <w:t xml:space="preserve">Villain has 22 physically possible value combos that bet 100% of the time and 16 candidate bluff combos that each bet 50% of the time. Conditioned on observing a bet and equal starting combo weights, what is the weighted bluff share?</w:t>
      </w:r>
    </w:p>
    <w:p>
      <w:pPr>
        <w:pStyle w:val="BodyText"/>
      </w:pPr>
      <w:r>
        <w:t xml:space="preserve">A. 12.67%</w:t>
      </w:r>
      <w:r>
        <w:br/>
      </w:r>
      <w:r>
        <w:t xml:space="preserve">B. 19.67%</w:t>
      </w:r>
      <w:r>
        <w:br/>
      </w:r>
      <w:r>
        <w:t xml:space="preserve">C. 26.67%</w:t>
      </w:r>
      <w:r>
        <w:br/>
      </w:r>
      <w:r>
        <w:t xml:space="preserve">D. 32.17%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MS8-Q159.</w:t>
      </w:r>
      <w:r>
        <w:t xml:space="preserve"> </w:t>
      </w:r>
      <w:r>
        <w:t xml:space="preserve">Villain has 24 physically possible value combos that bet 100% of the time and 6 candidate bluff combos that each bet 75% of the time. Conditioned on observing a bet and equal starting combo weights, what is the weighted bluff share?</w:t>
      </w:r>
    </w:p>
    <w:p>
      <w:pPr>
        <w:pStyle w:val="BodyText"/>
      </w:pPr>
      <w:r>
        <w:t xml:space="preserve">A. 1.79%</w:t>
      </w:r>
      <w:r>
        <w:br/>
      </w:r>
      <w:r>
        <w:t xml:space="preserve">B. 15.79%</w:t>
      </w:r>
      <w:r>
        <w:br/>
      </w:r>
      <w:r>
        <w:t xml:space="preserve">C. 8.79%</w:t>
      </w:r>
      <w:r>
        <w:br/>
      </w:r>
      <w:r>
        <w:t xml:space="preserve">D. 21.29%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MS8-Q160.</w:t>
      </w:r>
      <w:r>
        <w:t xml:space="preserve"> </w:t>
      </w:r>
      <w:r>
        <w:t xml:space="preserve">Villain has 7 physically possible value combos that bet 100% of the time and 9 candidate bluff combos that each bet 100% of the time. Conditioned on observing a bet and equal starting combo weights, what is the weighted bluff share?</w:t>
      </w:r>
    </w:p>
    <w:p>
      <w:pPr>
        <w:pStyle w:val="BodyText"/>
      </w:pPr>
      <w:r>
        <w:t xml:space="preserve">A. 56.25%</w:t>
      </w:r>
      <w:r>
        <w:br/>
      </w:r>
      <w:r>
        <w:t xml:space="preserve">B. 42.25%</w:t>
      </w:r>
      <w:r>
        <w:br/>
      </w:r>
      <w:r>
        <w:t xml:space="preserve">C. 49.25%</w:t>
      </w:r>
      <w:r>
        <w:br/>
      </w:r>
      <w:r>
        <w:t xml:space="preserve">D. 61.75%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31"/>
    <w:bookmarkStart w:id="32" w:name="unit-09-stack-to-pot-ratio"/>
    <w:p>
      <w:pPr>
        <w:pStyle w:val="Heading1"/>
      </w:pPr>
      <w:r>
        <w:t xml:space="preserve">Unit 09 — Stack-to-Pot Ratio</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MS8-Q161.</w:t>
      </w:r>
      <w:r>
        <w:t xml:space="preserve"> </w:t>
      </w:r>
      <w:r>
        <w:t xml:space="preserve">Heads-up cash-game flop: effective REMAINING stack is $150 per player; pot before flop betting is $35. What is the stack-to-pot ratio (SPR)?</w:t>
      </w:r>
    </w:p>
    <w:p>
      <w:pPr>
        <w:pStyle w:val="BodyText"/>
      </w:pPr>
      <w:r>
        <w:t xml:space="preserve">A. 5.54</w:t>
      </w:r>
      <w:r>
        <w:br/>
      </w:r>
      <w:r>
        <w:t xml:space="preserve">B. 7.29</w:t>
      </w:r>
      <w:r>
        <w:br/>
      </w:r>
      <w:r>
        <w:t xml:space="preserve">C. 3.54</w:t>
      </w:r>
      <w:r>
        <w:br/>
      </w:r>
      <w:r>
        <w:t xml:space="preserve">D. 4.29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MS8-Q162.</w:t>
      </w:r>
      <w:r>
        <w:t xml:space="preserve"> </w:t>
      </w:r>
      <w:r>
        <w:t xml:space="preserve">Heads-up cash-game flop: effective REMAINING stack is $225 per player; pot before flop betting is $45. What is the stack-to-pot ratio (SPR)?</w:t>
      </w:r>
    </w:p>
    <w:p>
      <w:pPr>
        <w:pStyle w:val="BodyText"/>
      </w:pPr>
      <w:r>
        <w:t xml:space="preserve">A. 6.25</w:t>
      </w:r>
      <w:r>
        <w:br/>
      </w:r>
      <w:r>
        <w:t xml:space="preserve">B. 8.00</w:t>
      </w:r>
      <w:r>
        <w:br/>
      </w:r>
      <w:r>
        <w:t xml:space="preserve">C. 5.00</w:t>
      </w:r>
      <w:r>
        <w:br/>
      </w:r>
      <w:r>
        <w:t xml:space="preserve">D. 4.25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MS8-Q163.</w:t>
      </w:r>
      <w:r>
        <w:t xml:space="preserve"> </w:t>
      </w:r>
      <w:r>
        <w:t xml:space="preserve">Heads-up cash-game flop: effective REMAINING stack is $300 per player; pot before flop betting is $55. What is the stack-to-pot ratio (SPR)?</w:t>
      </w:r>
    </w:p>
    <w:p>
      <w:pPr>
        <w:pStyle w:val="BodyText"/>
      </w:pPr>
      <w:r>
        <w:t xml:space="preserve">A. 6.70</w:t>
      </w:r>
      <w:r>
        <w:br/>
      </w:r>
      <w:r>
        <w:t xml:space="preserve">B. 5.45</w:t>
      </w:r>
      <w:r>
        <w:br/>
      </w:r>
      <w:r>
        <w:t xml:space="preserve">C. 8.45</w:t>
      </w:r>
      <w:r>
        <w:br/>
      </w:r>
      <w:r>
        <w:t xml:space="preserve">D. 4.70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MS8-Q164.</w:t>
      </w:r>
      <w:r>
        <w:t xml:space="preserve"> </w:t>
      </w:r>
      <w:r>
        <w:t xml:space="preserve">Heads-up cash-game flop: effective REMAINING stack is $375 per player; pot before flop betting is $65. What is the stack-to-pot ratio (SPR)?</w:t>
      </w:r>
    </w:p>
    <w:p>
      <w:pPr>
        <w:pStyle w:val="BodyText"/>
      </w:pPr>
      <w:r>
        <w:t xml:space="preserve">A. 5.77</w:t>
      </w:r>
      <w:r>
        <w:br/>
      </w:r>
      <w:r>
        <w:t xml:space="preserve">B. 7.02</w:t>
      </w:r>
      <w:r>
        <w:br/>
      </w:r>
      <w:r>
        <w:t xml:space="preserve">C. 8.77</w:t>
      </w:r>
      <w:r>
        <w:br/>
      </w:r>
      <w:r>
        <w:t xml:space="preserve">D. 5.02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MS8-Q165.</w:t>
      </w:r>
      <w:r>
        <w:t xml:space="preserve"> </w:t>
      </w:r>
      <w:r>
        <w:t xml:space="preserve">Heads-up cash-game flop: effective REMAINING stack is $450 per player; pot before flop betting is $75. What is the stack-to-pot ratio (SPR)?</w:t>
      </w:r>
    </w:p>
    <w:p>
      <w:pPr>
        <w:pStyle w:val="BodyText"/>
      </w:pPr>
      <w:r>
        <w:t xml:space="preserve">A. 7.25</w:t>
      </w:r>
      <w:r>
        <w:br/>
      </w:r>
      <w:r>
        <w:t xml:space="preserve">B. 9.00</w:t>
      </w:r>
      <w:r>
        <w:br/>
      </w:r>
      <w:r>
        <w:t xml:space="preserve">C. 5.25</w:t>
      </w:r>
      <w:r>
        <w:br/>
      </w:r>
      <w:r>
        <w:t xml:space="preserve">D. 6.00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MS8-Q166.</w:t>
      </w:r>
      <w:r>
        <w:t xml:space="preserve"> </w:t>
      </w:r>
      <w:r>
        <w:t xml:space="preserve">Heads-up cash-game flop: effective REMAINING stack is $200 per player; pot before flop betting is $85. What is the stack-to-pot ratio (SPR)?</w:t>
      </w:r>
    </w:p>
    <w:p>
      <w:pPr>
        <w:pStyle w:val="BodyText"/>
      </w:pPr>
      <w:r>
        <w:t xml:space="preserve">A. 3.60</w:t>
      </w:r>
      <w:r>
        <w:br/>
      </w:r>
      <w:r>
        <w:t xml:space="preserve">B. 5.35</w:t>
      </w:r>
      <w:r>
        <w:br/>
      </w:r>
      <w:r>
        <w:t xml:space="preserve">C. 2.35</w:t>
      </w:r>
      <w:r>
        <w:br/>
      </w:r>
      <w:r>
        <w:t xml:space="preserve">D. 1.60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MS8-Q167.</w:t>
      </w:r>
      <w:r>
        <w:t xml:space="preserve"> </w:t>
      </w:r>
      <w:r>
        <w:t xml:space="preserve">Heads-up cash-game flop: effective REMAINING stack is $275 per player; pot before flop betting is $95. What is the stack-to-pot ratio (SPR)?</w:t>
      </w:r>
    </w:p>
    <w:p>
      <w:pPr>
        <w:pStyle w:val="BodyText"/>
      </w:pPr>
      <w:r>
        <w:t xml:space="preserve">A. 4.14</w:t>
      </w:r>
      <w:r>
        <w:br/>
      </w:r>
      <w:r>
        <w:t xml:space="preserve">B. 2.89</w:t>
      </w:r>
      <w:r>
        <w:br/>
      </w:r>
      <w:r>
        <w:t xml:space="preserve">C. 5.89</w:t>
      </w:r>
      <w:r>
        <w:br/>
      </w:r>
      <w:r>
        <w:t xml:space="preserve">D. 2.14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MS8-Q168.</w:t>
      </w:r>
      <w:r>
        <w:t xml:space="preserve"> </w:t>
      </w:r>
      <w:r>
        <w:t xml:space="preserve">Heads-up cash-game flop: effective REMAINING stack is $350 per player; pot before flop betting is $105. What is the stack-to-pot ratio (SPR)?</w:t>
      </w:r>
    </w:p>
    <w:p>
      <w:pPr>
        <w:pStyle w:val="BodyText"/>
      </w:pPr>
      <w:r>
        <w:t xml:space="preserve">A. 3.33</w:t>
      </w:r>
      <w:r>
        <w:br/>
      </w:r>
      <w:r>
        <w:t xml:space="preserve">B. 4.58</w:t>
      </w:r>
      <w:r>
        <w:br/>
      </w:r>
      <w:r>
        <w:t xml:space="preserve">C. 6.33</w:t>
      </w:r>
      <w:r>
        <w:br/>
      </w:r>
      <w:r>
        <w:t xml:space="preserve">D. 2.58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MS8-Q169.</w:t>
      </w:r>
      <w:r>
        <w:t xml:space="preserve"> </w:t>
      </w:r>
      <w:r>
        <w:t xml:space="preserve">Heads-up cash-game flop: effective REMAINING stack is $425 per player; pot before flop betting is $35. What is the stack-to-pot ratio (SPR)?</w:t>
      </w:r>
    </w:p>
    <w:p>
      <w:pPr>
        <w:pStyle w:val="BodyText"/>
      </w:pPr>
      <w:r>
        <w:t xml:space="preserve">A. 13.39</w:t>
      </w:r>
      <w:r>
        <w:br/>
      </w:r>
      <w:r>
        <w:t xml:space="preserve">B. 15.14</w:t>
      </w:r>
      <w:r>
        <w:br/>
      </w:r>
      <w:r>
        <w:t xml:space="preserve">C. 11.39</w:t>
      </w:r>
      <w:r>
        <w:br/>
      </w:r>
      <w:r>
        <w:t xml:space="preserve">D. 12.14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MS8-Q170.</w:t>
      </w:r>
      <w:r>
        <w:t xml:space="preserve"> </w:t>
      </w:r>
      <w:r>
        <w:t xml:space="preserve">Heads-up cash-game flop: effective REMAINING stack is $175 per player; pot before flop betting is $45. What is the stack-to-pot ratio (SPR)?</w:t>
      </w:r>
    </w:p>
    <w:p>
      <w:pPr>
        <w:pStyle w:val="BodyText"/>
      </w:pPr>
      <w:r>
        <w:t xml:space="preserve">A. 5.14</w:t>
      </w:r>
      <w:r>
        <w:br/>
      </w:r>
      <w:r>
        <w:t xml:space="preserve">B. 6.89</w:t>
      </w:r>
      <w:r>
        <w:br/>
      </w:r>
      <w:r>
        <w:t xml:space="preserve">C. 3.89</w:t>
      </w:r>
      <w:r>
        <w:br/>
      </w:r>
      <w:r>
        <w:t xml:space="preserve">D. 3.14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MS8-Q171.</w:t>
      </w:r>
      <w:r>
        <w:t xml:space="preserve"> </w:t>
      </w:r>
      <w:r>
        <w:t xml:space="preserve">Heads-up cash-game flop: effective REMAINING stack is $250 per player; pot before flop betting is $55. What is the stack-to-pot ratio (SPR)?</w:t>
      </w:r>
    </w:p>
    <w:p>
      <w:pPr>
        <w:pStyle w:val="BodyText"/>
      </w:pPr>
      <w:r>
        <w:t xml:space="preserve">A. 5.80</w:t>
      </w:r>
      <w:r>
        <w:br/>
      </w:r>
      <w:r>
        <w:t xml:space="preserve">B. 4.55</w:t>
      </w:r>
      <w:r>
        <w:br/>
      </w:r>
      <w:r>
        <w:t xml:space="preserve">C. 7.55</w:t>
      </w:r>
      <w:r>
        <w:br/>
      </w:r>
      <w:r>
        <w:t xml:space="preserve">D. 3.80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MS8-Q172.</w:t>
      </w:r>
      <w:r>
        <w:t xml:space="preserve"> </w:t>
      </w:r>
      <w:r>
        <w:t xml:space="preserve">Heads-up cash-game flop: effective REMAINING stack is $325 per player; pot before flop betting is $65. What is the stack-to-pot ratio (SPR)?</w:t>
      </w:r>
    </w:p>
    <w:p>
      <w:pPr>
        <w:pStyle w:val="BodyText"/>
      </w:pPr>
      <w:r>
        <w:t xml:space="preserve">A. 5.00</w:t>
      </w:r>
      <w:r>
        <w:br/>
      </w:r>
      <w:r>
        <w:t xml:space="preserve">B. 6.25</w:t>
      </w:r>
      <w:r>
        <w:br/>
      </w:r>
      <w:r>
        <w:t xml:space="preserve">C. 8.00</w:t>
      </w:r>
      <w:r>
        <w:br/>
      </w:r>
      <w:r>
        <w:t xml:space="preserve">D. 4.25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MS8-Q173.</w:t>
      </w:r>
      <w:r>
        <w:t xml:space="preserve"> </w:t>
      </w:r>
      <w:r>
        <w:t xml:space="preserve">Heads-up cash-game flop: effective REMAINING stack is $400 per player; pot before flop betting is $75. What is the stack-to-pot ratio (SPR)?</w:t>
      </w:r>
    </w:p>
    <w:p>
      <w:pPr>
        <w:pStyle w:val="BodyText"/>
      </w:pPr>
      <w:r>
        <w:t xml:space="preserve">A. 6.58</w:t>
      </w:r>
      <w:r>
        <w:br/>
      </w:r>
      <w:r>
        <w:t xml:space="preserve">B. 8.33</w:t>
      </w:r>
      <w:r>
        <w:br/>
      </w:r>
      <w:r>
        <w:t xml:space="preserve">C. 4.58</w:t>
      </w:r>
      <w:r>
        <w:br/>
      </w:r>
      <w:r>
        <w:t xml:space="preserve">D. 5.33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MS8-Q174.</w:t>
      </w:r>
      <w:r>
        <w:t xml:space="preserve"> </w:t>
      </w:r>
      <w:r>
        <w:t xml:space="preserve">Heads-up cash-game flop: effective REMAINING stack is $150 per player; pot before flop betting is $85. What is the stack-to-pot ratio (SPR)?</w:t>
      </w:r>
    </w:p>
    <w:p>
      <w:pPr>
        <w:pStyle w:val="BodyText"/>
      </w:pPr>
      <w:r>
        <w:t xml:space="preserve">A. 3.01</w:t>
      </w:r>
      <w:r>
        <w:br/>
      </w:r>
      <w:r>
        <w:t xml:space="preserve">B. 4.76</w:t>
      </w:r>
      <w:r>
        <w:br/>
      </w:r>
      <w:r>
        <w:t xml:space="preserve">C. 1.76</w:t>
      </w:r>
      <w:r>
        <w:br/>
      </w:r>
      <w:r>
        <w:t xml:space="preserve">D. 1.01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MS8-Q175.</w:t>
      </w:r>
      <w:r>
        <w:t xml:space="preserve"> </w:t>
      </w:r>
      <w:r>
        <w:t xml:space="preserve">Heads-up cash-game flop: effective REMAINING stack is $225 per player; pot before flop betting is $95. What is the stack-to-pot ratio (SPR)?</w:t>
      </w:r>
    </w:p>
    <w:p>
      <w:pPr>
        <w:pStyle w:val="BodyText"/>
      </w:pPr>
      <w:r>
        <w:t xml:space="preserve">A. 3.62</w:t>
      </w:r>
      <w:r>
        <w:br/>
      </w:r>
      <w:r>
        <w:t xml:space="preserve">B. 2.37</w:t>
      </w:r>
      <w:r>
        <w:br/>
      </w:r>
      <w:r>
        <w:t xml:space="preserve">C. 5.37</w:t>
      </w:r>
      <w:r>
        <w:br/>
      </w:r>
      <w:r>
        <w:t xml:space="preserve">D. 1.62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MS8-Q176.</w:t>
      </w:r>
      <w:r>
        <w:t xml:space="preserve"> </w:t>
      </w:r>
      <w:r>
        <w:t xml:space="preserve">Heads-up cash-game flop: effective REMAINING stack is $300 per player; pot before flop betting is $105. What is the stack-to-pot ratio (SPR)?</w:t>
      </w:r>
    </w:p>
    <w:p>
      <w:pPr>
        <w:pStyle w:val="BodyText"/>
      </w:pPr>
      <w:r>
        <w:t xml:space="preserve">A. 2.86</w:t>
      </w:r>
      <w:r>
        <w:br/>
      </w:r>
      <w:r>
        <w:t xml:space="preserve">B. 4.11</w:t>
      </w:r>
      <w:r>
        <w:br/>
      </w:r>
      <w:r>
        <w:t xml:space="preserve">C. 5.86</w:t>
      </w:r>
      <w:r>
        <w:br/>
      </w:r>
      <w:r>
        <w:t xml:space="preserve">D. 2.11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MS8-Q177.</w:t>
      </w:r>
      <w:r>
        <w:t xml:space="preserve"> </w:t>
      </w:r>
      <w:r>
        <w:t xml:space="preserve">Heads-up cash-game flop: effective REMAINING stack is $375 per player; pot before flop betting is $35. What is the stack-to-pot ratio (SPR)?</w:t>
      </w:r>
    </w:p>
    <w:p>
      <w:pPr>
        <w:pStyle w:val="BodyText"/>
      </w:pPr>
      <w:r>
        <w:t xml:space="preserve">A. 11.96</w:t>
      </w:r>
      <w:r>
        <w:br/>
      </w:r>
      <w:r>
        <w:t xml:space="preserve">B. 13.71</w:t>
      </w:r>
      <w:r>
        <w:br/>
      </w:r>
      <w:r>
        <w:t xml:space="preserve">C. 9.96</w:t>
      </w:r>
      <w:r>
        <w:br/>
      </w:r>
      <w:r>
        <w:t xml:space="preserve">D. 10.71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MS8-Q178.</w:t>
      </w:r>
      <w:r>
        <w:t xml:space="preserve"> </w:t>
      </w:r>
      <w:r>
        <w:t xml:space="preserve">Heads-up cash-game flop: effective REMAINING stack is $450 per player; pot before flop betting is $45. What is the stack-to-pot ratio (SPR)?</w:t>
      </w:r>
    </w:p>
    <w:p>
      <w:pPr>
        <w:pStyle w:val="BodyText"/>
      </w:pPr>
      <w:r>
        <w:t xml:space="preserve">A. 11.25</w:t>
      </w:r>
      <w:r>
        <w:br/>
      </w:r>
      <w:r>
        <w:t xml:space="preserve">B. 13.00</w:t>
      </w:r>
      <w:r>
        <w:br/>
      </w:r>
      <w:r>
        <w:t xml:space="preserve">C. 10.00</w:t>
      </w:r>
      <w:r>
        <w:br/>
      </w:r>
      <w:r>
        <w:t xml:space="preserve">D. 9.25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MS8-Q179.</w:t>
      </w:r>
      <w:r>
        <w:t xml:space="preserve"> </w:t>
      </w:r>
      <w:r>
        <w:t xml:space="preserve">Heads-up cash-game flop: effective REMAINING stack is $200 per player; pot before flop betting is $55. What is the stack-to-pot ratio (SPR)?</w:t>
      </w:r>
    </w:p>
    <w:p>
      <w:pPr>
        <w:pStyle w:val="BodyText"/>
      </w:pPr>
      <w:r>
        <w:t xml:space="preserve">A. 4.89</w:t>
      </w:r>
      <w:r>
        <w:br/>
      </w:r>
      <w:r>
        <w:t xml:space="preserve">B. 3.64</w:t>
      </w:r>
      <w:r>
        <w:br/>
      </w:r>
      <w:r>
        <w:t xml:space="preserve">C. 6.64</w:t>
      </w:r>
      <w:r>
        <w:br/>
      </w:r>
      <w:r>
        <w:t xml:space="preserve">D. 2.89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MS8-Q180.</w:t>
      </w:r>
      <w:r>
        <w:t xml:space="preserve"> </w:t>
      </w:r>
      <w:r>
        <w:t xml:space="preserve">Heads-up cash-game flop: effective REMAINING stack is $275 per player; pot before flop betting is $65. What is the stack-to-pot ratio (SPR)?</w:t>
      </w:r>
    </w:p>
    <w:p>
      <w:pPr>
        <w:pStyle w:val="BodyText"/>
      </w:pPr>
      <w:r>
        <w:t xml:space="preserve">A. 4.23</w:t>
      </w:r>
      <w:r>
        <w:br/>
      </w:r>
      <w:r>
        <w:t xml:space="preserve">B. 5.48</w:t>
      </w:r>
      <w:r>
        <w:br/>
      </w:r>
      <w:r>
        <w:t xml:space="preserve">C. 7.23</w:t>
      </w:r>
      <w:r>
        <w:br/>
      </w:r>
      <w:r>
        <w:t xml:space="preserve">D. 3.48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32"/>
    <w:bookmarkStart w:id="33" w:name="unit-10-two-street-bet-geometry"/>
    <w:p>
      <w:pPr>
        <w:pStyle w:val="Heading1"/>
      </w:pPr>
      <w:r>
        <w:t xml:space="preserve">Unit 10 — Two-Street Bet Geometry</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MS8-Q181.</w:t>
      </w:r>
      <w:r>
        <w:t xml:space="preserve"> </w:t>
      </w:r>
      <w:r>
        <w:t xml:space="preserve">Heads-up, no raises: opening pot $40. Hero bets 25% and is called on TWO successive streets, using the same fraction of each current pot. What is the pot after both bets and calls? (For fractions shown as e.g. 1/3, use the exact fraction.)</w:t>
      </w:r>
    </w:p>
    <w:p>
      <w:pPr>
        <w:pStyle w:val="BodyText"/>
      </w:pPr>
      <w:r>
        <w:t xml:space="preserve">A. $106.20</w:t>
      </w:r>
      <w:r>
        <w:br/>
      </w:r>
      <w:r>
        <w:t xml:space="preserve">B. $76.50</w:t>
      </w:r>
      <w:r>
        <w:br/>
      </w:r>
      <w:r>
        <w:t xml:space="preserve">C. $117.90</w:t>
      </w:r>
      <w:r>
        <w:br/>
      </w:r>
      <w:r>
        <w:t xml:space="preserve">D. $90.00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MS8-Q182.</w:t>
      </w:r>
      <w:r>
        <w:t xml:space="preserve"> </w:t>
      </w:r>
      <w:r>
        <w:t xml:space="preserve">Heads-up, no raises: opening pot $50. Hero bets 1/3 of the pot and is called on TWO successive streets, using the same fraction of each current pot. What is the pot after both bets and calls? (For fractions shown as e.g. 1/3, use the exact fraction.)</w:t>
      </w:r>
    </w:p>
    <w:p>
      <w:pPr>
        <w:pStyle w:val="BodyText"/>
      </w:pPr>
      <w:r>
        <w:t xml:space="preserve">A. $163.89</w:t>
      </w:r>
      <w:r>
        <w:br/>
      </w:r>
      <w:r>
        <w:t xml:space="preserve">B. $118.06</w:t>
      </w:r>
      <w:r>
        <w:br/>
      </w:r>
      <w:r>
        <w:t xml:space="preserve">C. $138.89</w:t>
      </w:r>
      <w:r>
        <w:br/>
      </w:r>
      <w:r>
        <w:t xml:space="preserve">D. $181.94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MS8-Q183.</w:t>
      </w:r>
      <w:r>
        <w:t xml:space="preserve"> </w:t>
      </w:r>
      <w:r>
        <w:t xml:space="preserve">Heads-up, no raises: opening pot $60. Hero bets 1/2 of the pot and is called on TWO successive streets, using the same fraction of each current pot. What is the pot after both bets and calls? (For fractions shown as e.g. 1/3, use the exact fraction.)</w:t>
      </w:r>
    </w:p>
    <w:p>
      <w:pPr>
        <w:pStyle w:val="BodyText"/>
      </w:pPr>
      <w:r>
        <w:t xml:space="preserve">A. $283.20</w:t>
      </w:r>
      <w:r>
        <w:br/>
      </w:r>
      <w:r>
        <w:t xml:space="preserve">B. $240.00</w:t>
      </w:r>
      <w:r>
        <w:br/>
      </w:r>
      <w:r>
        <w:t xml:space="preserve">C. $204.00</w:t>
      </w:r>
      <w:r>
        <w:br/>
      </w:r>
      <w:r>
        <w:t xml:space="preserve">D. $314.40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MS8-Q184.</w:t>
      </w:r>
      <w:r>
        <w:t xml:space="preserve"> </w:t>
      </w:r>
      <w:r>
        <w:t xml:space="preserve">Heads-up, no raises: opening pot $70. Hero bets 2/3 of the pot and is called on TWO successive streets, using the same fraction of each current pot. What is the pot after both bets and calls? (For fractions shown as e.g. 1/3, use the exact fraction.)</w:t>
      </w:r>
    </w:p>
    <w:p>
      <w:pPr>
        <w:pStyle w:val="BodyText"/>
      </w:pPr>
      <w:r>
        <w:t xml:space="preserve">A. $381.11</w:t>
      </w:r>
      <w:r>
        <w:br/>
      </w:r>
      <w:r>
        <w:t xml:space="preserve">B. $449.71</w:t>
      </w:r>
      <w:r>
        <w:br/>
      </w:r>
      <w:r>
        <w:t xml:space="preserve">C. $323.94</w:t>
      </w:r>
      <w:r>
        <w:br/>
      </w:r>
      <w:r>
        <w:t xml:space="preserve">D. $499.26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MS8-Q185.</w:t>
      </w:r>
      <w:r>
        <w:t xml:space="preserve"> </w:t>
      </w:r>
      <w:r>
        <w:t xml:space="preserve">Heads-up, no raises: opening pot $80. Hero bets 75% and is called on TWO successive streets, using the same fraction of each current pot. What is the pot after both bets and calls? (For fractions shown as e.g. 1/3, use the exact fraction.)</w:t>
      </w:r>
    </w:p>
    <w:p>
      <w:pPr>
        <w:pStyle w:val="BodyText"/>
      </w:pPr>
      <w:r>
        <w:t xml:space="preserve">A. $590.00</w:t>
      </w:r>
      <w:r>
        <w:br/>
      </w:r>
      <w:r>
        <w:t xml:space="preserve">B. $425.00</w:t>
      </w:r>
      <w:r>
        <w:br/>
      </w:r>
      <w:r>
        <w:t xml:space="preserve">C. $655.00</w:t>
      </w:r>
      <w:r>
        <w:br/>
      </w:r>
      <w:r>
        <w:t xml:space="preserve">D. $500.00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MS8-Q186.</w:t>
      </w:r>
      <w:r>
        <w:t xml:space="preserve"> </w:t>
      </w:r>
      <w:r>
        <w:t xml:space="preserve">Heads-up, no raises: opening pot $90. Hero bets 25% and is called on TWO successive streets, using the same fraction of each current pot. What is the pot after both bets and calls? (For fractions shown as e.g. 1/3, use the exact fraction.)</w:t>
      </w:r>
    </w:p>
    <w:p>
      <w:pPr>
        <w:pStyle w:val="BodyText"/>
      </w:pPr>
      <w:r>
        <w:t xml:space="preserve">A. $238.95</w:t>
      </w:r>
      <w:r>
        <w:br/>
      </w:r>
      <w:r>
        <w:t xml:space="preserve">B. $172.12</w:t>
      </w:r>
      <w:r>
        <w:br/>
      </w:r>
      <w:r>
        <w:t xml:space="preserve">C. $202.50</w:t>
      </w:r>
      <w:r>
        <w:br/>
      </w:r>
      <w:r>
        <w:t xml:space="preserve">D. $265.27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MS8-Q187.</w:t>
      </w:r>
      <w:r>
        <w:t xml:space="preserve"> </w:t>
      </w:r>
      <w:r>
        <w:t xml:space="preserve">Heads-up, no raises: opening pot $100. Hero bets 1/3 of the pot and is called on TWO successive streets, using the same fraction of each current pot. What is the pot after both bets and calls? (For fractions shown as e.g. 1/3, use the exact fraction.)</w:t>
      </w:r>
    </w:p>
    <w:p>
      <w:pPr>
        <w:pStyle w:val="BodyText"/>
      </w:pPr>
      <w:r>
        <w:t xml:space="preserve">A. $327.78</w:t>
      </w:r>
      <w:r>
        <w:br/>
      </w:r>
      <w:r>
        <w:t xml:space="preserve">B. $277.78</w:t>
      </w:r>
      <w:r>
        <w:br/>
      </w:r>
      <w:r>
        <w:t xml:space="preserve">C. $236.11</w:t>
      </w:r>
      <w:r>
        <w:br/>
      </w:r>
      <w:r>
        <w:t xml:space="preserve">D. $363.89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MS8-Q188.</w:t>
      </w:r>
      <w:r>
        <w:t xml:space="preserve"> </w:t>
      </w:r>
      <w:r>
        <w:t xml:space="preserve">Heads-up, no raises: opening pot $110. Hero bets 1/2 of the pot and is called on TWO successive streets, using the same fraction of each current pot. What is the pot after both bets and calls? (For fractions shown as e.g. 1/3, use the exact fraction.)</w:t>
      </w:r>
    </w:p>
    <w:p>
      <w:pPr>
        <w:pStyle w:val="BodyText"/>
      </w:pPr>
      <w:r>
        <w:t xml:space="preserve">A. $440.00</w:t>
      </w:r>
      <w:r>
        <w:br/>
      </w:r>
      <w:r>
        <w:t xml:space="preserve">B. $519.20</w:t>
      </w:r>
      <w:r>
        <w:br/>
      </w:r>
      <w:r>
        <w:t xml:space="preserve">C. $374.00</w:t>
      </w:r>
      <w:r>
        <w:br/>
      </w:r>
      <w:r>
        <w:t xml:space="preserve">D. $576.40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MS8-Q189.</w:t>
      </w:r>
      <w:r>
        <w:t xml:space="preserve"> </w:t>
      </w:r>
      <w:r>
        <w:t xml:space="preserve">Heads-up, no raises: opening pot $120. Hero bets 2/3 of the pot and is called on TWO successive streets, using the same fraction of each current pot. What is the pot after both bets and calls? (For fractions shown as e.g. 1/3, use the exact fraction.)</w:t>
      </w:r>
    </w:p>
    <w:p>
      <w:pPr>
        <w:pStyle w:val="BodyText"/>
      </w:pPr>
      <w:r>
        <w:t xml:space="preserve">A. $770.93</w:t>
      </w:r>
      <w:r>
        <w:br/>
      </w:r>
      <w:r>
        <w:t xml:space="preserve">B. $555.33</w:t>
      </w:r>
      <w:r>
        <w:br/>
      </w:r>
      <w:r>
        <w:t xml:space="preserve">C. $855.87</w:t>
      </w:r>
      <w:r>
        <w:br/>
      </w:r>
      <w:r>
        <w:t xml:space="preserve">D. $653.33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MS8-Q190.</w:t>
      </w:r>
      <w:r>
        <w:t xml:space="preserve"> </w:t>
      </w:r>
      <w:r>
        <w:t xml:space="preserve">Heads-up, no raises: opening pot $130. Hero bets 75% and is called on TWO successive streets, using the same fraction of each current pot. What is the pot after both bets and calls? (For fractions shown as e.g. 1/3, use the exact fraction.)</w:t>
      </w:r>
    </w:p>
    <w:p>
      <w:pPr>
        <w:pStyle w:val="BodyText"/>
      </w:pPr>
      <w:r>
        <w:t xml:space="preserve">A. $958.75</w:t>
      </w:r>
      <w:r>
        <w:br/>
      </w:r>
      <w:r>
        <w:t xml:space="preserve">B. $690.62</w:t>
      </w:r>
      <w:r>
        <w:br/>
      </w:r>
      <w:r>
        <w:t xml:space="preserve">C. $812.50</w:t>
      </w:r>
      <w:r>
        <w:br/>
      </w:r>
      <w:r>
        <w:t xml:space="preserve">D. $1,064.38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MS8-Q191.</w:t>
      </w:r>
      <w:r>
        <w:t xml:space="preserve"> </w:t>
      </w:r>
      <w:r>
        <w:t xml:space="preserve">Heads-up, no raises: opening pot $140. Hero bets 25% and is called on TWO successive streets, using the same fraction of each current pot. What is the pot after both bets and calls? (For fractions shown as e.g. 1/3, use the exact fraction.)</w:t>
      </w:r>
    </w:p>
    <w:p>
      <w:pPr>
        <w:pStyle w:val="BodyText"/>
      </w:pPr>
      <w:r>
        <w:t xml:space="preserve">A. $371.70</w:t>
      </w:r>
      <w:r>
        <w:br/>
      </w:r>
      <w:r>
        <w:t xml:space="preserve">B. $315.00</w:t>
      </w:r>
      <w:r>
        <w:br/>
      </w:r>
      <w:r>
        <w:t xml:space="preserve">C. $267.75</w:t>
      </w:r>
      <w:r>
        <w:br/>
      </w:r>
      <w:r>
        <w:t xml:space="preserve">D. $412.65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MS8-Q192.</w:t>
      </w:r>
      <w:r>
        <w:t xml:space="preserve"> </w:t>
      </w:r>
      <w:r>
        <w:t xml:space="preserve">Heads-up, no raises: opening pot $150. Hero bets 1/3 of the pot and is called on TWO successive streets, using the same fraction of each current pot. What is the pot after both bets and calls? (For fractions shown as e.g. 1/3, use the exact fraction.)</w:t>
      </w:r>
    </w:p>
    <w:p>
      <w:pPr>
        <w:pStyle w:val="BodyText"/>
      </w:pPr>
      <w:r>
        <w:t xml:space="preserve">A. $416.67</w:t>
      </w:r>
      <w:r>
        <w:br/>
      </w:r>
      <w:r>
        <w:t xml:space="preserve">B. $491.67</w:t>
      </w:r>
      <w:r>
        <w:br/>
      </w:r>
      <w:r>
        <w:t xml:space="preserve">C. $354.17</w:t>
      </w:r>
      <w:r>
        <w:br/>
      </w:r>
      <w:r>
        <w:t xml:space="preserve">D. $545.83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MS8-Q193.</w:t>
      </w:r>
      <w:r>
        <w:t xml:space="preserve"> </w:t>
      </w:r>
      <w:r>
        <w:t xml:space="preserve">Heads-up, no raises: opening pot $40. Hero bets 1/2 of the pot and is called on TWO successive streets, using the same fraction of each current pot. What is the pot after both bets and calls? (For fractions shown as e.g. 1/3, use the exact fraction.)</w:t>
      </w:r>
    </w:p>
    <w:p>
      <w:pPr>
        <w:pStyle w:val="BodyText"/>
      </w:pPr>
      <w:r>
        <w:t xml:space="preserve">A. $188.80</w:t>
      </w:r>
      <w:r>
        <w:br/>
      </w:r>
      <w:r>
        <w:t xml:space="preserve">B. $136.00</w:t>
      </w:r>
      <w:r>
        <w:br/>
      </w:r>
      <w:r>
        <w:t xml:space="preserve">C. $209.60</w:t>
      </w:r>
      <w:r>
        <w:br/>
      </w:r>
      <w:r>
        <w:t xml:space="preserve">D. $160.00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MS8-Q194.</w:t>
      </w:r>
      <w:r>
        <w:t xml:space="preserve"> </w:t>
      </w:r>
      <w:r>
        <w:t xml:space="preserve">Heads-up, no raises: opening pot $50. Hero bets 2/3 of the pot and is called on TWO successive streets, using the same fraction of each current pot. What is the pot after both bets and calls? (For fractions shown as e.g. 1/3, use the exact fraction.)</w:t>
      </w:r>
    </w:p>
    <w:p>
      <w:pPr>
        <w:pStyle w:val="BodyText"/>
      </w:pPr>
      <w:r>
        <w:t xml:space="preserve">A. $321.22</w:t>
      </w:r>
      <w:r>
        <w:br/>
      </w:r>
      <w:r>
        <w:t xml:space="preserve">B. $231.39</w:t>
      </w:r>
      <w:r>
        <w:br/>
      </w:r>
      <w:r>
        <w:t xml:space="preserve">C. $272.22</w:t>
      </w:r>
      <w:r>
        <w:br/>
      </w:r>
      <w:r>
        <w:t xml:space="preserve">D. $356.61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MS8-Q195.</w:t>
      </w:r>
      <w:r>
        <w:t xml:space="preserve"> </w:t>
      </w:r>
      <w:r>
        <w:t xml:space="preserve">Heads-up, no raises: opening pot $60. Hero bets 75% and is called on TWO successive streets, using the same fraction of each current pot. What is the pot after both bets and calls? (For fractions shown as e.g. 1/3, use the exact fraction.)</w:t>
      </w:r>
    </w:p>
    <w:p>
      <w:pPr>
        <w:pStyle w:val="BodyText"/>
      </w:pPr>
      <w:r>
        <w:t xml:space="preserve">A. $442.50</w:t>
      </w:r>
      <w:r>
        <w:br/>
      </w:r>
      <w:r>
        <w:t xml:space="preserve">B. $375.00</w:t>
      </w:r>
      <w:r>
        <w:br/>
      </w:r>
      <w:r>
        <w:t xml:space="preserve">C. $318.75</w:t>
      </w:r>
      <w:r>
        <w:br/>
      </w:r>
      <w:r>
        <w:t xml:space="preserve">D. $491.25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MS8-Q196.</w:t>
      </w:r>
      <w:r>
        <w:t xml:space="preserve"> </w:t>
      </w:r>
      <w:r>
        <w:t xml:space="preserve">Heads-up, no raises: opening pot $70. Hero bets 25% and is called on TWO successive streets, using the same fraction of each current pot. What is the pot after both bets and calls? (For fractions shown as e.g. 1/3, use the exact fraction.)</w:t>
      </w:r>
    </w:p>
    <w:p>
      <w:pPr>
        <w:pStyle w:val="BodyText"/>
      </w:pPr>
      <w:r>
        <w:t xml:space="preserve">A. $157.50</w:t>
      </w:r>
      <w:r>
        <w:br/>
      </w:r>
      <w:r>
        <w:t xml:space="preserve">B. $185.85</w:t>
      </w:r>
      <w:r>
        <w:br/>
      </w:r>
      <w:r>
        <w:t xml:space="preserve">C. $133.88</w:t>
      </w:r>
      <w:r>
        <w:br/>
      </w:r>
      <w:r>
        <w:t xml:space="preserve">D. $206.32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MS8-Q197.</w:t>
      </w:r>
      <w:r>
        <w:t xml:space="preserve"> </w:t>
      </w:r>
      <w:r>
        <w:t xml:space="preserve">Heads-up, no raises: opening pot $80. Hero bets 1/3 of the pot and is called on TWO successive streets, using the same fraction of each current pot. What is the pot after both bets and calls? (For fractions shown as e.g. 1/3, use the exact fraction.)</w:t>
      </w:r>
    </w:p>
    <w:p>
      <w:pPr>
        <w:pStyle w:val="BodyText"/>
      </w:pPr>
      <w:r>
        <w:t xml:space="preserve">A. $262.22</w:t>
      </w:r>
      <w:r>
        <w:br/>
      </w:r>
      <w:r>
        <w:t xml:space="preserve">B. $188.89</w:t>
      </w:r>
      <w:r>
        <w:br/>
      </w:r>
      <w:r>
        <w:t xml:space="preserve">C. $291.11</w:t>
      </w:r>
      <w:r>
        <w:br/>
      </w:r>
      <w:r>
        <w:t xml:space="preserve">D. $222.22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MS8-Q198.</w:t>
      </w:r>
      <w:r>
        <w:t xml:space="preserve"> </w:t>
      </w:r>
      <w:r>
        <w:t xml:space="preserve">Heads-up, no raises: opening pot $90. Hero bets 1/2 of the pot and is called on TWO successive streets, using the same fraction of each current pot. What is the pot after both bets and calls? (For fractions shown as e.g. 1/3, use the exact fraction.)</w:t>
      </w:r>
    </w:p>
    <w:p>
      <w:pPr>
        <w:pStyle w:val="BodyText"/>
      </w:pPr>
      <w:r>
        <w:t xml:space="preserve">A. $424.80</w:t>
      </w:r>
      <w:r>
        <w:br/>
      </w:r>
      <w:r>
        <w:t xml:space="preserve">B. $306.00</w:t>
      </w:r>
      <w:r>
        <w:br/>
      </w:r>
      <w:r>
        <w:t xml:space="preserve">C. $360.00</w:t>
      </w:r>
      <w:r>
        <w:br/>
      </w:r>
      <w:r>
        <w:t xml:space="preserve">D. $471.60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MS8-Q199.</w:t>
      </w:r>
      <w:r>
        <w:t xml:space="preserve"> </w:t>
      </w:r>
      <w:r>
        <w:t xml:space="preserve">Heads-up, no raises: opening pot $100. Hero bets 2/3 of the pot and is called on TWO successive streets, using the same fraction of each current pot. What is the pot after both bets and calls? (For fractions shown as e.g. 1/3, use the exact fraction.)</w:t>
      </w:r>
    </w:p>
    <w:p>
      <w:pPr>
        <w:pStyle w:val="BodyText"/>
      </w:pPr>
      <w:r>
        <w:t xml:space="preserve">A. $642.44</w:t>
      </w:r>
      <w:r>
        <w:br/>
      </w:r>
      <w:r>
        <w:t xml:space="preserve">B. $544.44</w:t>
      </w:r>
      <w:r>
        <w:br/>
      </w:r>
      <w:r>
        <w:t xml:space="preserve">C. $462.78</w:t>
      </w:r>
      <w:r>
        <w:br/>
      </w:r>
      <w:r>
        <w:t xml:space="preserve">D. $713.22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MS8-Q200.</w:t>
      </w:r>
      <w:r>
        <w:t xml:space="preserve"> </w:t>
      </w:r>
      <w:r>
        <w:t xml:space="preserve">Heads-up, no raises: opening pot $110. Hero bets 75% and is called on TWO successive streets, using the same fraction of each current pot. What is the pot after both bets and calls? (For fractions shown as e.g. 1/3, use the exact fraction.)</w:t>
      </w:r>
    </w:p>
    <w:p>
      <w:pPr>
        <w:pStyle w:val="BodyText"/>
      </w:pPr>
      <w:r>
        <w:t xml:space="preserve">A. $687.50</w:t>
      </w:r>
      <w:r>
        <w:br/>
      </w:r>
      <w:r>
        <w:t xml:space="preserve">B. $811.25</w:t>
      </w:r>
      <w:r>
        <w:br/>
      </w:r>
      <w:r>
        <w:t xml:space="preserve">C. $584.38</w:t>
      </w:r>
      <w:r>
        <w:br/>
      </w:r>
      <w:r>
        <w:t xml:space="preserve">D. $900.62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33"/>
    <w:bookmarkStart w:id="34" w:name="unit-11-implied-odds-and-future-winnings"/>
    <w:p>
      <w:pPr>
        <w:pStyle w:val="Heading1"/>
      </w:pPr>
      <w:r>
        <w:t xml:space="preserve">Unit 11 — Implied Odds and Future Winnings</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MS8-Q201.</w:t>
      </w:r>
      <w:r>
        <w:t xml:space="preserve"> </w:t>
      </w:r>
      <w:r>
        <w:t xml:space="preserve">Turn draw, heads-up: pot $45 BEFORE a $25 bet, Hero calls $25 with 6 fully clean outs among 46 unseen cards. Assume no ties, no river costs or reverse implied losses and no rake. What AVERAGE EXTRA net amount must Hero collect WHEN hitting on river to break even?</w:t>
      </w:r>
    </w:p>
    <w:p>
      <w:pPr>
        <w:pStyle w:val="BodyText"/>
      </w:pPr>
      <w:r>
        <w:t xml:space="preserve">A. $114.07</w:t>
      </w:r>
      <w:r>
        <w:br/>
      </w:r>
      <w:r>
        <w:t xml:space="preserve">B. $82.17</w:t>
      </w:r>
      <w:r>
        <w:br/>
      </w:r>
      <w:r>
        <w:t xml:space="preserve">C. $126.63</w:t>
      </w:r>
      <w:r>
        <w:br/>
      </w:r>
      <w:r>
        <w:t xml:space="preserve">D. $96.67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MS8-Q202.</w:t>
      </w:r>
      <w:r>
        <w:t xml:space="preserve"> </w:t>
      </w:r>
      <w:r>
        <w:t xml:space="preserve">Turn draw, heads-up: pot $50 BEFORE a $35 bet, Hero calls $35 with 7 fully clean outs among 46 unseen cards. Assume no ties, no river costs or reverse implied losses and no rake. What AVERAGE EXTRA net amount must Hero collect WHEN hitting on river to break even?</w:t>
      </w:r>
    </w:p>
    <w:p>
      <w:pPr>
        <w:pStyle w:val="BodyText"/>
      </w:pPr>
      <w:r>
        <w:t xml:space="preserve">A. $129.80</w:t>
      </w:r>
      <w:r>
        <w:br/>
      </w:r>
      <w:r>
        <w:t xml:space="preserve">B. $93.50</w:t>
      </w:r>
      <w:r>
        <w:br/>
      </w:r>
      <w:r>
        <w:t xml:space="preserve">C. $110.00</w:t>
      </w:r>
      <w:r>
        <w:br/>
      </w:r>
      <w:r>
        <w:t xml:space="preserve">D. $144.10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MS8-Q203.</w:t>
      </w:r>
      <w:r>
        <w:t xml:space="preserve"> </w:t>
      </w:r>
      <w:r>
        <w:t xml:space="preserve">Turn draw, heads-up: pot $55 BEFORE a $45 bet, Hero calls $45 with 8 fully clean outs among 46 unseen cards. Assume no ties, no river costs or reverse implied losses and no rake. What AVERAGE EXTRA net amount must Hero collect WHEN hitting on river to break even?</w:t>
      </w:r>
    </w:p>
    <w:p>
      <w:pPr>
        <w:pStyle w:val="BodyText"/>
      </w:pPr>
      <w:r>
        <w:t xml:space="preserve">A. $134.22</w:t>
      </w:r>
      <w:r>
        <w:br/>
      </w:r>
      <w:r>
        <w:t xml:space="preserve">B. $113.75</w:t>
      </w:r>
      <w:r>
        <w:br/>
      </w:r>
      <w:r>
        <w:t xml:space="preserve">C. $96.69</w:t>
      </w:r>
      <w:r>
        <w:br/>
      </w:r>
      <w:r>
        <w:t xml:space="preserve">D. $149.01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MS8-Q204.</w:t>
      </w:r>
      <w:r>
        <w:t xml:space="preserve"> </w:t>
      </w:r>
      <w:r>
        <w:t xml:space="preserve">Turn draw, heads-up: pot $60 BEFORE a $55 bet, Hero calls $55 with 9 fully clean outs among 46 unseen cards. Assume no ties, no river costs or reverse implied losses and no rake. What AVERAGE EXTRA net amount must Hero collect WHEN hitting on river to break even?</w:t>
      </w:r>
    </w:p>
    <w:p>
      <w:pPr>
        <w:pStyle w:val="BodyText"/>
      </w:pPr>
      <w:r>
        <w:t xml:space="preserve">A. $111.11</w:t>
      </w:r>
      <w:r>
        <w:br/>
      </w:r>
      <w:r>
        <w:t xml:space="preserve">B. $131.11</w:t>
      </w:r>
      <w:r>
        <w:br/>
      </w:r>
      <w:r>
        <w:t xml:space="preserve">C. $94.44</w:t>
      </w:r>
      <w:r>
        <w:br/>
      </w:r>
      <w:r>
        <w:t xml:space="preserve">D. $145.56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MS8-Q205.</w:t>
      </w:r>
      <w:r>
        <w:t xml:space="preserve"> </w:t>
      </w:r>
      <w:r>
        <w:t xml:space="preserve">Turn draw, heads-up: pot $65 BEFORE a $65 bet, Hero calls $65 with 10 fully clean outs among 46 unseen cards. Assume no ties, no river costs or reverse implied losses and no rake. What AVERAGE EXTRA net amount must Hero collect WHEN hitting on river to break even?</w:t>
      </w:r>
    </w:p>
    <w:p>
      <w:pPr>
        <w:pStyle w:val="BodyText"/>
      </w:pPr>
      <w:r>
        <w:t xml:space="preserve">A. $122.72</w:t>
      </w:r>
      <w:r>
        <w:br/>
      </w:r>
      <w:r>
        <w:t xml:space="preserve">B. $88.40</w:t>
      </w:r>
      <w:r>
        <w:br/>
      </w:r>
      <w:r>
        <w:t xml:space="preserve">C. $136.24</w:t>
      </w:r>
      <w:r>
        <w:br/>
      </w:r>
      <w:r>
        <w:t xml:space="preserve">D. $104.00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MS8-Q206.</w:t>
      </w:r>
      <w:r>
        <w:t xml:space="preserve"> </w:t>
      </w:r>
      <w:r>
        <w:t xml:space="preserve">Turn draw, heads-up: pot $70 BEFORE a $75 bet, Hero calls $75 with 11 fully clean outs among 46 unseen cards. Assume no ties, no river costs or reverse implied losses and no rake. What AVERAGE EXTRA net amount must Hero collect WHEN hitting on river to break even?</w:t>
      </w:r>
    </w:p>
    <w:p>
      <w:pPr>
        <w:pStyle w:val="BodyText"/>
      </w:pPr>
      <w:r>
        <w:t xml:space="preserve">A. $110.49</w:t>
      </w:r>
      <w:r>
        <w:br/>
      </w:r>
      <w:r>
        <w:t xml:space="preserve">B. $79.59</w:t>
      </w:r>
      <w:r>
        <w:br/>
      </w:r>
      <w:r>
        <w:t xml:space="preserve">C. $93.64</w:t>
      </w:r>
      <w:r>
        <w:br/>
      </w:r>
      <w:r>
        <w:t xml:space="preserve">D. $122.66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MS8-Q207.</w:t>
      </w:r>
      <w:r>
        <w:t xml:space="preserve"> </w:t>
      </w:r>
      <w:r>
        <w:t xml:space="preserve">Turn draw, heads-up: pot $75 BEFORE a $60 bet, Hero calls $60 with 12 fully clean outs among 46 unseen cards. Assume no ties, no river costs or reverse implied losses and no rake. What AVERAGE EXTRA net amount must Hero collect WHEN hitting on river to break even?</w:t>
      </w:r>
    </w:p>
    <w:p>
      <w:pPr>
        <w:pStyle w:val="BodyText"/>
      </w:pPr>
      <w:r>
        <w:t xml:space="preserve">A. $41.30</w:t>
      </w:r>
      <w:r>
        <w:br/>
      </w:r>
      <w:r>
        <w:t xml:space="preserve">B. $35.00</w:t>
      </w:r>
      <w:r>
        <w:br/>
      </w:r>
      <w:r>
        <w:t xml:space="preserve">C. $29.75</w:t>
      </w:r>
      <w:r>
        <w:br/>
      </w:r>
      <w:r>
        <w:t xml:space="preserve">D. $45.85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MS8-Q208.</w:t>
      </w:r>
      <w:r>
        <w:t xml:space="preserve"> </w:t>
      </w:r>
      <w:r>
        <w:t xml:space="preserve">Turn draw, heads-up: pot $80 BEFORE a $35 bet, Hero calls $35 with 6 fully clean outs among 46 unseen cards. Assume no ties, no river costs or reverse implied losses and no rake. What AVERAGE EXTRA net amount must Hero collect WHEN hitting on river to break even?</w:t>
      </w:r>
    </w:p>
    <w:p>
      <w:pPr>
        <w:pStyle w:val="BodyText"/>
      </w:pPr>
      <w:r>
        <w:t xml:space="preserve">A. $118.33</w:t>
      </w:r>
      <w:r>
        <w:br/>
      </w:r>
      <w:r>
        <w:t xml:space="preserve">B. $139.63</w:t>
      </w:r>
      <w:r>
        <w:br/>
      </w:r>
      <w:r>
        <w:t xml:space="preserve">C. $100.58</w:t>
      </w:r>
      <w:r>
        <w:br/>
      </w:r>
      <w:r>
        <w:t xml:space="preserve">D. $155.02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MS8-Q209.</w:t>
      </w:r>
      <w:r>
        <w:t xml:space="preserve"> </w:t>
      </w:r>
      <w:r>
        <w:t xml:space="preserve">Turn draw, heads-up: pot $85 BEFORE a $45 bet, Hero calls $45 with 7 fully clean outs among 46 unseen cards. Assume no ties, no river costs or reverse implied losses and no rake. What AVERAGE EXTRA net amount must Hero collect WHEN hitting on river to break even?</w:t>
      </w:r>
    </w:p>
    <w:p>
      <w:pPr>
        <w:pStyle w:val="BodyText"/>
      </w:pPr>
      <w:r>
        <w:t xml:space="preserve">A. $142.44</w:t>
      </w:r>
      <w:r>
        <w:br/>
      </w:r>
      <w:r>
        <w:t xml:space="preserve">B. $102.61</w:t>
      </w:r>
      <w:r>
        <w:br/>
      </w:r>
      <w:r>
        <w:t xml:space="preserve">C. $158.14</w:t>
      </w:r>
      <w:r>
        <w:br/>
      </w:r>
      <w:r>
        <w:t xml:space="preserve">D. $120.71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MS8-Q210.</w:t>
      </w:r>
      <w:r>
        <w:t xml:space="preserve"> </w:t>
      </w:r>
      <w:r>
        <w:t xml:space="preserve">Turn draw, heads-up: pot $45 BEFORE a $55 bet, Hero calls $55 with 8 fully clean outs among 46 unseen cards. Assume no ties, no river costs or reverse implied losses and no rake. What AVERAGE EXTRA net amount must Hero collect WHEN hitting on river to break even?</w:t>
      </w:r>
    </w:p>
    <w:p>
      <w:pPr>
        <w:pStyle w:val="BodyText"/>
      </w:pPr>
      <w:r>
        <w:t xml:space="preserve">A. $190.28</w:t>
      </w:r>
      <w:r>
        <w:br/>
      </w:r>
      <w:r>
        <w:t xml:space="preserve">B. $137.06</w:t>
      </w:r>
      <w:r>
        <w:br/>
      </w:r>
      <w:r>
        <w:t xml:space="preserve">C. $161.25</w:t>
      </w:r>
      <w:r>
        <w:br/>
      </w:r>
      <w:r>
        <w:t xml:space="preserve">D. $211.24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MS8-Q211.</w:t>
      </w:r>
      <w:r>
        <w:t xml:space="preserve"> </w:t>
      </w:r>
      <w:r>
        <w:t xml:space="preserve">Turn draw, heads-up: pot $50 BEFORE a $65 bet, Hero calls $65 with 9 fully clean outs among 46 unseen cards. Assume no ties, no river costs or reverse implied losses and no rake. What AVERAGE EXTRA net amount must Hero collect WHEN hitting on river to break even?</w:t>
      </w:r>
    </w:p>
    <w:p>
      <w:pPr>
        <w:pStyle w:val="BodyText"/>
      </w:pPr>
      <w:r>
        <w:t xml:space="preserve">A. $179.62</w:t>
      </w:r>
      <w:r>
        <w:br/>
      </w:r>
      <w:r>
        <w:t xml:space="preserve">B. $152.22</w:t>
      </w:r>
      <w:r>
        <w:br/>
      </w:r>
      <w:r>
        <w:t xml:space="preserve">C. $129.39</w:t>
      </w:r>
      <w:r>
        <w:br/>
      </w:r>
      <w:r>
        <w:t xml:space="preserve">D. $199.41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MS8-Q212.</w:t>
      </w:r>
      <w:r>
        <w:t xml:space="preserve"> </w:t>
      </w:r>
      <w:r>
        <w:t xml:space="preserve">Turn draw, heads-up: pot $55 BEFORE a $75 bet, Hero calls $75 with 10 fully clean outs among 46 unseen cards. Assume no ties, no river costs or reverse implied losses and no rake. What AVERAGE EXTRA net amount must Hero collect WHEN hitting on river to break even?</w:t>
      </w:r>
    </w:p>
    <w:p>
      <w:pPr>
        <w:pStyle w:val="BodyText"/>
      </w:pPr>
      <w:r>
        <w:t xml:space="preserve">A. $140.00</w:t>
      </w:r>
      <w:r>
        <w:br/>
      </w:r>
      <w:r>
        <w:t xml:space="preserve">B. $165.20</w:t>
      </w:r>
      <w:r>
        <w:br/>
      </w:r>
      <w:r>
        <w:t xml:space="preserve">C. $119.00</w:t>
      </w:r>
      <w:r>
        <w:br/>
      </w:r>
      <w:r>
        <w:t xml:space="preserve">D. $183.40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MS8-Q213.</w:t>
      </w:r>
      <w:r>
        <w:t xml:space="preserve"> </w:t>
      </w:r>
      <w:r>
        <w:t xml:space="preserve">Turn draw, heads-up: pot $60 BEFORE a $60 bet, Hero calls $60 with 11 fully clean outs among 46 unseen cards. Assume no ties, no river costs or reverse implied losses and no rake. What AVERAGE EXTRA net amount must Hero collect WHEN hitting on river to break even?</w:t>
      </w:r>
    </w:p>
    <w:p>
      <w:pPr>
        <w:pStyle w:val="BodyText"/>
      </w:pPr>
      <w:r>
        <w:t xml:space="preserve">A. $83.67</w:t>
      </w:r>
      <w:r>
        <w:br/>
      </w:r>
      <w:r>
        <w:t xml:space="preserve">B. $60.27</w:t>
      </w:r>
      <w:r>
        <w:br/>
      </w:r>
      <w:r>
        <w:t xml:space="preserve">C. $92.89</w:t>
      </w:r>
      <w:r>
        <w:br/>
      </w:r>
      <w:r>
        <w:t xml:space="preserve">D. $70.91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MS8-Q214.</w:t>
      </w:r>
      <w:r>
        <w:t xml:space="preserve"> </w:t>
      </w:r>
      <w:r>
        <w:t xml:space="preserve">Turn draw, heads-up: pot $65 BEFORE a $60 bet, Hero calls $60 with 12 fully clean outs among 46 unseen cards. Assume no ties, no river costs or reverse implied losses and no rake. What AVERAGE EXTRA net amount must Hero collect WHEN hitting on river to break even?</w:t>
      </w:r>
    </w:p>
    <w:p>
      <w:pPr>
        <w:pStyle w:val="BodyText"/>
      </w:pPr>
      <w:r>
        <w:t xml:space="preserve">A. $53.10</w:t>
      </w:r>
      <w:r>
        <w:br/>
      </w:r>
      <w:r>
        <w:t xml:space="preserve">B. $38.25</w:t>
      </w:r>
      <w:r>
        <w:br/>
      </w:r>
      <w:r>
        <w:t xml:space="preserve">C. $45.00</w:t>
      </w:r>
      <w:r>
        <w:br/>
      </w:r>
      <w:r>
        <w:t xml:space="preserve">D. $58.95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MS8-Q215.</w:t>
      </w:r>
      <w:r>
        <w:t xml:space="preserve"> </w:t>
      </w:r>
      <w:r>
        <w:t xml:space="preserve">Turn draw, heads-up: pot $70 BEFORE a $45 bet, Hero calls $45 with 6 fully clean outs among 46 unseen cards. Assume no ties, no river costs or reverse implied losses and no rake. What AVERAGE EXTRA net amount must Hero collect WHEN hitting on river to break even?</w:t>
      </w:r>
    </w:p>
    <w:p>
      <w:pPr>
        <w:pStyle w:val="BodyText"/>
      </w:pPr>
      <w:r>
        <w:t xml:space="preserve">A. $218.30</w:t>
      </w:r>
      <w:r>
        <w:br/>
      </w:r>
      <w:r>
        <w:t xml:space="preserve">B. $185.00</w:t>
      </w:r>
      <w:r>
        <w:br/>
      </w:r>
      <w:r>
        <w:t xml:space="preserve">C. $157.25</w:t>
      </w:r>
      <w:r>
        <w:br/>
      </w:r>
      <w:r>
        <w:t xml:space="preserve">D. $242.35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MS8-Q216.</w:t>
      </w:r>
      <w:r>
        <w:t xml:space="preserve"> </w:t>
      </w:r>
      <w:r>
        <w:t xml:space="preserve">Turn draw, heads-up: pot $75 BEFORE a $55 bet, Hero calls $55 with 7 fully clean outs among 46 unseen cards. Assume no ties, no river costs or reverse implied losses and no rake. What AVERAGE EXTRA net amount must Hero collect WHEN hitting on river to break even?</w:t>
      </w:r>
    </w:p>
    <w:p>
      <w:pPr>
        <w:pStyle w:val="BodyText"/>
      </w:pPr>
      <w:r>
        <w:t xml:space="preserve">A. $176.43</w:t>
      </w:r>
      <w:r>
        <w:br/>
      </w:r>
      <w:r>
        <w:t xml:space="preserve">B. $208.19</w:t>
      </w:r>
      <w:r>
        <w:br/>
      </w:r>
      <w:r>
        <w:t xml:space="preserve">C. $149.96</w:t>
      </w:r>
      <w:r>
        <w:br/>
      </w:r>
      <w:r>
        <w:t xml:space="preserve">D. $231.12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MS8-Q217.</w:t>
      </w:r>
      <w:r>
        <w:t xml:space="preserve"> </w:t>
      </w:r>
      <w:r>
        <w:t xml:space="preserve">Turn draw, heads-up: pot $80 BEFORE a $65 bet, Hero calls $65 with 8 fully clean outs among 46 unseen cards. Assume no ties, no river costs or reverse implied losses and no rake. What AVERAGE EXTRA net amount must Hero collect WHEN hitting on river to break even?</w:t>
      </w:r>
    </w:p>
    <w:p>
      <w:pPr>
        <w:pStyle w:val="BodyText"/>
      </w:pPr>
      <w:r>
        <w:t xml:space="preserve">A. $193.22</w:t>
      </w:r>
      <w:r>
        <w:br/>
      </w:r>
      <w:r>
        <w:t xml:space="preserve">B. $139.19</w:t>
      </w:r>
      <w:r>
        <w:br/>
      </w:r>
      <w:r>
        <w:t xml:space="preserve">C. $214.51</w:t>
      </w:r>
      <w:r>
        <w:br/>
      </w:r>
      <w:r>
        <w:t xml:space="preserve">D. $163.75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MS8-Q218.</w:t>
      </w:r>
      <w:r>
        <w:t xml:space="preserve"> </w:t>
      </w:r>
      <w:r>
        <w:t xml:space="preserve">Turn draw, heads-up: pot $85 BEFORE a $75 bet, Hero calls $75 with 9 fully clean outs among 46 unseen cards. Assume no ties, no river costs or reverse implied losses and no rake. What AVERAGE EXTRA net amount must Hero collect WHEN hitting on river to break even?</w:t>
      </w:r>
    </w:p>
    <w:p>
      <w:pPr>
        <w:pStyle w:val="BodyText"/>
      </w:pPr>
      <w:r>
        <w:t xml:space="preserve">A. $175.03</w:t>
      </w:r>
      <w:r>
        <w:br/>
      </w:r>
      <w:r>
        <w:t xml:space="preserve">B. $126.08</w:t>
      </w:r>
      <w:r>
        <w:br/>
      </w:r>
      <w:r>
        <w:t xml:space="preserve">C. $148.33</w:t>
      </w:r>
      <w:r>
        <w:br/>
      </w:r>
      <w:r>
        <w:t xml:space="preserve">D. $194.32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MS8-Q219.</w:t>
      </w:r>
      <w:r>
        <w:t xml:space="preserve"> </w:t>
      </w:r>
      <w:r>
        <w:t xml:space="preserve">Turn draw, heads-up: pot $45 BEFORE a $25 bet, Hero calls $25 with 10 fully clean outs among 46 unseen cards. Assume no ties, no river costs or reverse implied losses and no rake. What AVERAGE EXTRA net amount must Hero collect WHEN hitting on river to break even?</w:t>
      </w:r>
    </w:p>
    <w:p>
      <w:pPr>
        <w:pStyle w:val="BodyText"/>
      </w:pPr>
      <w:r>
        <w:t xml:space="preserve">A. $25.00</w:t>
      </w:r>
      <w:r>
        <w:br/>
      </w:r>
      <w:r>
        <w:t xml:space="preserve">B. $20.00</w:t>
      </w:r>
      <w:r>
        <w:br/>
      </w:r>
      <w:r>
        <w:t xml:space="preserve">C. $15.00</w:t>
      </w:r>
      <w:r>
        <w:br/>
      </w:r>
      <w:r>
        <w:t xml:space="preserve">D. $30.00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MS8-Q220.</w:t>
      </w:r>
      <w:r>
        <w:t xml:space="preserve"> </w:t>
      </w:r>
      <w:r>
        <w:t xml:space="preserve">Turn draw, heads-up: pot $50 BEFORE a $35 bet, Hero calls $35 with 11 fully clean outs among 46 unseen cards. Assume no ties, no river costs or reverse implied losses and no rake. What AVERAGE EXTRA net amount must Hero collect WHEN hitting on river to break even?</w:t>
      </w:r>
    </w:p>
    <w:p>
      <w:pPr>
        <w:pStyle w:val="BodyText"/>
      </w:pPr>
      <w:r>
        <w:t xml:space="preserve">A. $26.36</w:t>
      </w:r>
      <w:r>
        <w:br/>
      </w:r>
      <w:r>
        <w:t xml:space="preserve">B. $31.36</w:t>
      </w:r>
      <w:r>
        <w:br/>
      </w:r>
      <w:r>
        <w:t xml:space="preserve">C. $21.36</w:t>
      </w:r>
      <w:r>
        <w:br/>
      </w:r>
      <w:r>
        <w:t xml:space="preserve">D. $36.36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34"/>
    <w:bookmarkStart w:id="35" w:name="unit-12-three-player-icm-payout-equity"/>
    <w:p>
      <w:pPr>
        <w:pStyle w:val="Heading1"/>
      </w:pPr>
      <w:r>
        <w:t xml:space="preserve">Unit 12 — Three-Player ICM Payout Equity</w:t>
      </w:r>
    </w:p>
    <w:p>
      <w:pPr>
        <w:pStyle w:val="FirstParagraph"/>
      </w:pPr>
      <w:r>
        <w:rPr>
          <w:b/>
          <w:bCs/>
        </w:rPr>
        <w:t xml:space="preserve">Learning goal:</w:t>
      </w:r>
      <w:r>
        <w:t xml:space="preserve"> </w:t>
      </w:r>
      <w:r>
        <w:t xml:space="preserve">Solve the stated model, then explain what would change if a key assumption were removed. Each problem has exactly one intended numerical result; the distractors represent common calculation errors.</w:t>
      </w:r>
    </w:p>
    <w:p>
      <w:pPr>
        <w:pStyle w:val="BodyText"/>
      </w:pPr>
      <w:r>
        <w:rPr>
          <w:b/>
          <w:bCs/>
        </w:rPr>
        <w:t xml:space="preserve">MS8-Q221.</w:t>
      </w:r>
      <w:r>
        <w:t xml:space="preserve"> </w:t>
      </w:r>
      <w:r>
        <w:t xml:space="preserve">Three-player ICM toy model. Remaining stacks: Hero 400, Villain B 800, Villain C 800. Payouts: first $1000, second $500, third $100. No future skill/position effects modeled. What is Hero’s approximate ICM prize equity?</w:t>
      </w:r>
    </w:p>
    <w:p>
      <w:pPr>
        <w:pStyle w:val="BodyText"/>
      </w:pPr>
      <w:r>
        <w:t xml:space="preserve">A. $456.27</w:t>
      </w:r>
      <w:r>
        <w:br/>
      </w:r>
      <w:r>
        <w:t xml:space="preserve">B. $328.67</w:t>
      </w:r>
      <w:r>
        <w:br/>
      </w:r>
      <w:r>
        <w:t xml:space="preserve">C. $506.53</w:t>
      </w:r>
      <w:r>
        <w:br/>
      </w:r>
      <w:r>
        <w:t xml:space="preserve">D. $386.67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MS8-Q222.</w:t>
      </w:r>
      <w:r>
        <w:t xml:space="preserve"> </w:t>
      </w:r>
      <w:r>
        <w:t xml:space="preserve">Three-player ICM toy model. Remaining stacks: Hero 700, Villain B 1300, Villain C 1500. Payouts: first $1200, second $600, third $150. No future skill/position effects modeled. What is Hero’s approximate ICM prize equity?</w:t>
      </w:r>
    </w:p>
    <w:p>
      <w:pPr>
        <w:pStyle w:val="BodyText"/>
      </w:pPr>
      <w:r>
        <w:t xml:space="preserve">A. $567.20</w:t>
      </w:r>
      <w:r>
        <w:br/>
      </w:r>
      <w:r>
        <w:t xml:space="preserve">B. $408.58</w:t>
      </w:r>
      <w:r>
        <w:br/>
      </w:r>
      <w:r>
        <w:t xml:space="preserve">C. $480.68</w:t>
      </w:r>
      <w:r>
        <w:br/>
      </w:r>
      <w:r>
        <w:t xml:space="preserve">D. $629.69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MS8-Q223.</w:t>
      </w:r>
      <w:r>
        <w:t xml:space="preserve"> </w:t>
      </w:r>
      <w:r>
        <w:t xml:space="preserve">Three-player ICM toy model. Remaining stacks: Hero 1000, Villain B 1800, Villain C 600. Payouts: first $1400, second $700, third $200. No future skill/position effects modeled. What is Hero’s approximate ICM prize equity?</w:t>
      </w:r>
    </w:p>
    <w:p>
      <w:pPr>
        <w:pStyle w:val="BodyText"/>
      </w:pPr>
      <w:r>
        <w:t xml:space="preserve">A. $884.88</w:t>
      </w:r>
      <w:r>
        <w:br/>
      </w:r>
      <w:r>
        <w:t xml:space="preserve">B. $749.89</w:t>
      </w:r>
      <w:r>
        <w:br/>
      </w:r>
      <w:r>
        <w:t xml:space="preserve">C. $637.41</w:t>
      </w:r>
      <w:r>
        <w:br/>
      </w:r>
      <w:r>
        <w:t xml:space="preserve">D. $982.36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MS8-Q224.</w:t>
      </w:r>
      <w:r>
        <w:t xml:space="preserve"> </w:t>
      </w:r>
      <w:r>
        <w:t xml:space="preserve">Three-player ICM toy model. Remaining stacks: Hero 1300, Villain B 600, Villain C 1300. Payouts: first $1600, second $800, third $100. No future skill/position effects modeled. What is Hero’s approximate ICM prize equity?</w:t>
      </w:r>
    </w:p>
    <w:p>
      <w:pPr>
        <w:pStyle w:val="BodyText"/>
      </w:pPr>
      <w:r>
        <w:t xml:space="preserve">A. $969.57</w:t>
      </w:r>
      <w:r>
        <w:br/>
      </w:r>
      <w:r>
        <w:t xml:space="preserve">B. $1,144.10</w:t>
      </w:r>
      <w:r>
        <w:br/>
      </w:r>
      <w:r>
        <w:t xml:space="preserve">C. $824.14</w:t>
      </w:r>
      <w:r>
        <w:br/>
      </w:r>
      <w:r>
        <w:t xml:space="preserve">D. $1,270.14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MS8-Q225.</w:t>
      </w:r>
      <w:r>
        <w:t xml:space="preserve"> </w:t>
      </w:r>
      <w:r>
        <w:t xml:space="preserve">Three-player ICM toy model. Remaining stacks: Hero 1600, Villain B 1100, Villain C 2000. Payouts: first $1800, second $500, third $150. No future skill/position effects modeled. What is Hero’s approximate ICM prize equity?</w:t>
      </w:r>
    </w:p>
    <w:p>
      <w:pPr>
        <w:pStyle w:val="BodyText"/>
      </w:pPr>
      <w:r>
        <w:t xml:space="preserve">A. $986.91</w:t>
      </w:r>
      <w:r>
        <w:br/>
      </w:r>
      <w:r>
        <w:t xml:space="preserve">B. $710.91</w:t>
      </w:r>
      <w:r>
        <w:br/>
      </w:r>
      <w:r>
        <w:t xml:space="preserve">C. $1,095.64</w:t>
      </w:r>
      <w:r>
        <w:br/>
      </w:r>
      <w:r>
        <w:t xml:space="preserve">D. $836.37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MS8-Q226.</w:t>
      </w:r>
      <w:r>
        <w:t xml:space="preserve"> </w:t>
      </w:r>
      <w:r>
        <w:t xml:space="preserve">Three-player ICM toy model. Remaining stacks: Hero 400, Villain B 1600, Villain C 1100. Payouts: first $1000, second $600, third $200. No future skill/position effects modeled. What is Hero’s approximate ICM prize equity?</w:t>
      </w:r>
    </w:p>
    <w:p>
      <w:pPr>
        <w:pStyle w:val="BodyText"/>
      </w:pPr>
      <w:r>
        <w:t xml:space="preserve">A. $456.27</w:t>
      </w:r>
      <w:r>
        <w:br/>
      </w:r>
      <w:r>
        <w:t xml:space="preserve">B. $328.67</w:t>
      </w:r>
      <w:r>
        <w:br/>
      </w:r>
      <w:r>
        <w:t xml:space="preserve">C. $386.67</w:t>
      </w:r>
      <w:r>
        <w:br/>
      </w:r>
      <w:r>
        <w:t xml:space="preserve">D. $506.53</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MS8-Q227.</w:t>
      </w:r>
      <w:r>
        <w:t xml:space="preserve"> </w:t>
      </w:r>
      <w:r>
        <w:t xml:space="preserve">Three-player ICM toy model. Remaining stacks: Hero 700, Villain B 2100, Villain C 1800. Payouts: first $1200, second $700, third $100. No future skill/position effects modeled. What is Hero’s approximate ICM prize equity?</w:t>
      </w:r>
    </w:p>
    <w:p>
      <w:pPr>
        <w:pStyle w:val="BodyText"/>
      </w:pPr>
      <w:r>
        <w:t xml:space="preserve">A. $475.28</w:t>
      </w:r>
      <w:r>
        <w:br/>
      </w:r>
      <w:r>
        <w:t xml:space="preserve">B. $402.78</w:t>
      </w:r>
      <w:r>
        <w:br/>
      </w:r>
      <w:r>
        <w:t xml:space="preserve">C. $342.37</w:t>
      </w:r>
      <w:r>
        <w:br/>
      </w:r>
      <w:r>
        <w:t xml:space="preserve">D. $527.65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MS8-Q228.</w:t>
      </w:r>
      <w:r>
        <w:t xml:space="preserve"> </w:t>
      </w:r>
      <w:r>
        <w:t xml:space="preserve">Three-player ICM toy model. Remaining stacks: Hero 1000, Villain B 900, Villain C 900. Payouts: first $1400, second $800, third $150. No future skill/position effects modeled. What is Hero’s approximate ICM prize equity?</w:t>
      </w:r>
    </w:p>
    <w:p>
      <w:pPr>
        <w:pStyle w:val="BodyText"/>
      </w:pPr>
      <w:r>
        <w:t xml:space="preserve">A. $816.35</w:t>
      </w:r>
      <w:r>
        <w:br/>
      </w:r>
      <w:r>
        <w:t xml:space="preserve">B. $963.30</w:t>
      </w:r>
      <w:r>
        <w:br/>
      </w:r>
      <w:r>
        <w:t xml:space="preserve">C. $693.90</w:t>
      </w:r>
      <w:r>
        <w:br/>
      </w:r>
      <w:r>
        <w:t xml:space="preserve">D. $1,069.42</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MS8-Q229.</w:t>
      </w:r>
      <w:r>
        <w:t xml:space="preserve"> </w:t>
      </w:r>
      <w:r>
        <w:t xml:space="preserve">Three-player ICM toy model. Remaining stacks: Hero 1300, Villain B 1400, Villain C 1600. Payouts: first $1600, second $500, third $200. No future skill/position effects modeled. What is Hero’s approximate ICM prize equity?</w:t>
      </w:r>
    </w:p>
    <w:p>
      <w:pPr>
        <w:pStyle w:val="BodyText"/>
      </w:pPr>
      <w:r>
        <w:t xml:space="preserve">A. $850.53</w:t>
      </w:r>
      <w:r>
        <w:br/>
      </w:r>
      <w:r>
        <w:t xml:space="preserve">B. $612.67</w:t>
      </w:r>
      <w:r>
        <w:br/>
      </w:r>
      <w:r>
        <w:t xml:space="preserve">C. $944.23</w:t>
      </w:r>
      <w:r>
        <w:br/>
      </w:r>
      <w:r>
        <w:t xml:space="preserve">D. $720.79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MS8-Q230.</w:t>
      </w:r>
      <w:r>
        <w:t xml:space="preserve"> </w:t>
      </w:r>
      <w:r>
        <w:t xml:space="preserve">Three-player ICM toy model. Remaining stacks: Hero 1600, Villain B 1900, Villain C 700. Payouts: first $1800, second $600, third $100. No future skill/position effects modeled. What is Hero’s approximate ICM prize equity?</w:t>
      </w:r>
    </w:p>
    <w:p>
      <w:pPr>
        <w:pStyle w:val="BodyText"/>
      </w:pPr>
      <w:r>
        <w:t xml:space="preserve">A. $1,112.82</w:t>
      </w:r>
      <w:r>
        <w:br/>
      </w:r>
      <w:r>
        <w:t xml:space="preserve">B. $801.60</w:t>
      </w:r>
      <w:r>
        <w:br/>
      </w:r>
      <w:r>
        <w:t xml:space="preserve">C. $943.06</w:t>
      </w:r>
      <w:r>
        <w:br/>
      </w:r>
      <w:r>
        <w:t xml:space="preserve">D. $1,235.41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MS8-Q231.</w:t>
      </w:r>
      <w:r>
        <w:t xml:space="preserve"> </w:t>
      </w:r>
      <w:r>
        <w:t xml:space="preserve">Three-player ICM toy model. Remaining stacks: Hero 400, Villain B 700, Villain C 1400. Payouts: first $1000, second $700, third $150. No future skill/position effects modeled. What is Hero’s approximate ICM prize equity?</w:t>
      </w:r>
    </w:p>
    <w:p>
      <w:pPr>
        <w:pStyle w:val="BodyText"/>
      </w:pPr>
      <w:r>
        <w:t xml:space="preserve">A. $510.02</w:t>
      </w:r>
      <w:r>
        <w:br/>
      </w:r>
      <w:r>
        <w:t xml:space="preserve">B. $432.22</w:t>
      </w:r>
      <w:r>
        <w:br/>
      </w:r>
      <w:r>
        <w:t xml:space="preserve">C. $367.39</w:t>
      </w:r>
      <w:r>
        <w:br/>
      </w:r>
      <w:r>
        <w:t xml:space="preserve">D. $566.21</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MS8-Q232.</w:t>
      </w:r>
      <w:r>
        <w:t xml:space="preserve"> </w:t>
      </w:r>
      <w:r>
        <w:t xml:space="preserve">Three-player ICM toy model. Remaining stacks: Hero 700, Villain B 1200, Villain C 500. Payouts: first $1200, second $800, third $200. No future skill/position effects modeled. What is Hero’s approximate ICM prize equity?</w:t>
      </w:r>
    </w:p>
    <w:p>
      <w:pPr>
        <w:pStyle w:val="BodyText"/>
      </w:pPr>
      <w:r>
        <w:t xml:space="preserve">A. $712.72</w:t>
      </w:r>
      <w:r>
        <w:br/>
      </w:r>
      <w:r>
        <w:t xml:space="preserve">B. $841.01</w:t>
      </w:r>
      <w:r>
        <w:br/>
      </w:r>
      <w:r>
        <w:t xml:space="preserve">C. $605.81</w:t>
      </w:r>
      <w:r>
        <w:br/>
      </w:r>
      <w:r>
        <w:t xml:space="preserve">D. $933.66</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MS8-Q233.</w:t>
      </w:r>
      <w:r>
        <w:t xml:space="preserve"> </w:t>
      </w:r>
      <w:r>
        <w:t xml:space="preserve">Three-player ICM toy model. Remaining stacks: Hero 1000, Villain B 1700, Villain C 1200. Payouts: first $1400, second $500, third $100. No future skill/position effects modeled. What is Hero’s approximate ICM prize equity?</w:t>
      </w:r>
    </w:p>
    <w:p>
      <w:pPr>
        <w:pStyle w:val="BodyText"/>
      </w:pPr>
      <w:r>
        <w:t xml:space="preserve">A. $658.64</w:t>
      </w:r>
      <w:r>
        <w:br/>
      </w:r>
      <w:r>
        <w:t xml:space="preserve">B. $474.45</w:t>
      </w:r>
      <w:r>
        <w:br/>
      </w:r>
      <w:r>
        <w:t xml:space="preserve">C. $731.20</w:t>
      </w:r>
      <w:r>
        <w:br/>
      </w:r>
      <w:r>
        <w:t xml:space="preserve">D. $558.17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MS8-Q234.</w:t>
      </w:r>
      <w:r>
        <w:t xml:space="preserve"> </w:t>
      </w:r>
      <w:r>
        <w:t xml:space="preserve">Three-player ICM toy model. Remaining stacks: Hero 1300, Villain B 2200, Villain C 1900. Payouts: first $1600, second $600, third $150. No future skill/position effects modeled. What is Hero’s approximate ICM prize equity?</w:t>
      </w:r>
    </w:p>
    <w:p>
      <w:pPr>
        <w:pStyle w:val="BodyText"/>
      </w:pPr>
      <w:r>
        <w:t xml:space="preserve">A. $746.19</w:t>
      </w:r>
      <w:r>
        <w:br/>
      </w:r>
      <w:r>
        <w:t xml:space="preserve">B. $537.51</w:t>
      </w:r>
      <w:r>
        <w:br/>
      </w:r>
      <w:r>
        <w:t xml:space="preserve">C. $632.36</w:t>
      </w:r>
      <w:r>
        <w:br/>
      </w:r>
      <w:r>
        <w:t xml:space="preserve">D. $828.40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MS8-Q235.</w:t>
      </w:r>
      <w:r>
        <w:t xml:space="preserve"> </w:t>
      </w:r>
      <w:r>
        <w:t xml:space="preserve">Three-player ICM toy model. Remaining stacks: Hero 1600, Villain B 1000, Villain C 1000. Payouts: first $1800, second $700, third $200. No future skill/position effects modeled. What is Hero’s approximate ICM prize equity?</w:t>
      </w:r>
    </w:p>
    <w:p>
      <w:pPr>
        <w:pStyle w:val="BodyText"/>
      </w:pPr>
      <w:r>
        <w:t xml:space="preserve">A. $1,276.82</w:t>
      </w:r>
      <w:r>
        <w:br/>
      </w:r>
      <w:r>
        <w:t xml:space="preserve">B. $1,082.05</w:t>
      </w:r>
      <w:r>
        <w:br/>
      </w:r>
      <w:r>
        <w:t xml:space="preserve">C. $919.74</w:t>
      </w:r>
      <w:r>
        <w:br/>
      </w:r>
      <w:r>
        <w:t xml:space="preserve">D. $1,417.49</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MS8-Q236.</w:t>
      </w:r>
      <w:r>
        <w:t xml:space="preserve"> </w:t>
      </w:r>
      <w:r>
        <w:t xml:space="preserve">Three-player ICM toy model. Remaining stacks: Hero 400, Villain B 1500, Villain C 1700. Payouts: first $1000, second $800, third $100. No future skill/position effects modeled. What is Hero’s approximate ICM prize equity?</w:t>
      </w:r>
    </w:p>
    <w:p>
      <w:pPr>
        <w:pStyle w:val="BodyText"/>
      </w:pPr>
      <w:r>
        <w:t xml:space="preserve">A. $325.15</w:t>
      </w:r>
      <w:r>
        <w:br/>
      </w:r>
      <w:r>
        <w:t xml:space="preserve">B. $383.67</w:t>
      </w:r>
      <w:r>
        <w:br/>
      </w:r>
      <w:r>
        <w:t xml:space="preserve">C. $276.37</w:t>
      </w:r>
      <w:r>
        <w:br/>
      </w:r>
      <w:r>
        <w:t xml:space="preserve">D. $425.94</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MS8-Q237.</w:t>
      </w:r>
      <w:r>
        <w:t xml:space="preserve"> </w:t>
      </w:r>
      <w:r>
        <w:t xml:space="preserve">Three-player ICM toy model. Remaining stacks: Hero 700, Villain B 2000, Villain C 800. Payouts: first $1200, second $500, third $150. No future skill/position effects modeled. What is Hero’s approximate ICM prize equity?</w:t>
      </w:r>
    </w:p>
    <w:p>
      <w:pPr>
        <w:pStyle w:val="BodyText"/>
      </w:pPr>
      <w:r>
        <w:t xml:space="preserve">A. $559.41</w:t>
      </w:r>
      <w:r>
        <w:br/>
      </w:r>
      <w:r>
        <w:t xml:space="preserve">B. $402.96</w:t>
      </w:r>
      <w:r>
        <w:br/>
      </w:r>
      <w:r>
        <w:t xml:space="preserve">C. $621.04</w:t>
      </w:r>
      <w:r>
        <w:br/>
      </w:r>
      <w:r>
        <w:t xml:space="preserve">D. $474.07</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MS8-Q238.</w:t>
      </w:r>
      <w:r>
        <w:t xml:space="preserve"> </w:t>
      </w:r>
      <w:r>
        <w:t xml:space="preserve">Three-player ICM toy model. Remaining stacks: Hero 1000, Villain B 800, Villain C 1500. Payouts: first $1400, second $600, third $200. No future skill/position effects modeled. What is Hero’s approximate ICM prize equity?</w:t>
      </w:r>
    </w:p>
    <w:p>
      <w:pPr>
        <w:pStyle w:val="BodyText"/>
      </w:pPr>
      <w:r>
        <w:t xml:space="preserve">A. $830.05</w:t>
      </w:r>
      <w:r>
        <w:br/>
      </w:r>
      <w:r>
        <w:t xml:space="preserve">B. $597.92</w:t>
      </w:r>
      <w:r>
        <w:br/>
      </w:r>
      <w:r>
        <w:t xml:space="preserve">C. $703.43</w:t>
      </w:r>
      <w:r>
        <w:br/>
      </w:r>
      <w:r>
        <w:t xml:space="preserve">D. $921.50</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MS8-Q239.</w:t>
      </w:r>
      <w:r>
        <w:t xml:space="preserve"> </w:t>
      </w:r>
      <w:r>
        <w:t xml:space="preserve">Three-player ICM toy model. Remaining stacks: Hero 1300, Villain B 1300, Villain C 600. Payouts: first $1600, second $700, third $100. No future skill/position effects modeled. What is Hero’s approximate ICM prize equity?</w:t>
      </w:r>
    </w:p>
    <w:p>
      <w:pPr>
        <w:pStyle w:val="BodyText"/>
      </w:pPr>
      <w:r>
        <w:t xml:space="preserve">A. $1,100.23</w:t>
      </w:r>
      <w:r>
        <w:br/>
      </w:r>
      <w:r>
        <w:t xml:space="preserve">B. $932.40</w:t>
      </w:r>
      <w:r>
        <w:br/>
      </w:r>
      <w:r>
        <w:t xml:space="preserve">C. $792.54</w:t>
      </w:r>
      <w:r>
        <w:br/>
      </w:r>
      <w:r>
        <w:t xml:space="preserve">D. $1,221.45</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MS8-Q240.</w:t>
      </w:r>
      <w:r>
        <w:t xml:space="preserve"> </w:t>
      </w:r>
      <w:r>
        <w:t xml:space="preserve">Three-player ICM toy model. Remaining stacks: Hero 1600, Villain B 1800, Villain C 1300. Payouts: first $1800, second $800, third $150. No future skill/position effects modeled. What is Hero’s approximate ICM prize equity?</w:t>
      </w:r>
    </w:p>
    <w:p>
      <w:pPr>
        <w:pStyle w:val="BodyText"/>
      </w:pPr>
      <w:r>
        <w:t xml:space="preserve">A. $933.65</w:t>
      </w:r>
      <w:r>
        <w:br/>
      </w:r>
      <w:r>
        <w:t xml:space="preserve">B. $1,101.71</w:t>
      </w:r>
      <w:r>
        <w:br/>
      </w:r>
      <w:r>
        <w:t xml:space="preserve">C. $793.60</w:t>
      </w:r>
      <w:r>
        <w:br/>
      </w:r>
      <w:r>
        <w:t xml:space="preserve">D. $1,223.08</w:t>
      </w:r>
    </w:p>
    <w:p>
      <w:pPr>
        <w:pStyle w:val="BodyText"/>
        <w:spacing w:after="40"/>
      </w:pPr>
      <w:r>
        <w:rPr>
          <w:b/>
          <w:bCs/>
        </w:rPr>
        <w:t xml:space="preserve">Your equation:</w:t>
      </w:r>
      <w:r>
        <w:t xml:space="preserve"> </w:t>
      </w:r>
      <w:r>
        <w:t xml:space="preserve">_________________________________________________</w:t>
      </w:r>
    </w:p>
    <w:p>
      <w:pPr>
        <w:pStyle w:val="BodyText"/>
      </w:pPr>
      <w:r>
        <w:rPr>
          <w:b/>
          <w:bCs/>
        </w:rPr>
        <w:t xml:space="preserve">After five questions:</w:t>
      </w:r>
      <w:r>
        <w:t xml:space="preserve"> </w:t>
      </w:r>
      <w:r>
        <w:t xml:space="preserve">Explain the governing denominator and its underlying assumptions before proceeding.</w:t>
      </w:r>
    </w:p>
    <w:bookmarkEnd w:id="35"/>
    <w:bookmarkStart w:id="48" w:name="X204cbb1a766258461d0ea8f17ed5363414ae42a"/>
    <w:p>
      <w:pPr>
        <w:pStyle w:val="Heading1"/>
      </w:pPr>
      <w:r>
        <w:t xml:space="preserve">Capstone Section — Twelve Master Hand Files (60 decisions)</w:t>
      </w:r>
    </w:p>
    <w:p>
      <w:pPr>
        <w:pStyle w:val="FirstParagraph"/>
      </w:pPr>
      <w:r>
        <w:t xml:space="preserve">The complete legal hand action sequences are reproduced here; do not guess the pot from a generic diagram. Calculate it from contributions. These are original teaching hands; the conditional villain betting ranges are assumptions.</w:t>
      </w:r>
    </w:p>
    <w:bookmarkStart w:id="36" w:name="X00ebfe377e9e23be1d11d82a48f4ae8de5496c8"/>
    <w:p>
      <w:pPr>
        <w:pStyle w:val="Heading2"/>
      </w:pPr>
      <w:r>
        <w:t xml:space="preserve">MS8-H01 — Heads-up top-pair river bluff catcher</w:t>
      </w:r>
    </w:p>
    <w:p>
      <w:pPr>
        <w:pStyle w:val="FirstParagraph"/>
      </w:pPr>
      <w:r>
        <w:rPr>
          <w:b/>
          <w:bCs/>
        </w:rPr>
        <w:t xml:space="preserve">Hole cards:</w:t>
      </w:r>
      <w:r>
        <w:t xml:space="preserve"> </w:t>
      </w:r>
      <w:r>
        <w:t xml:space="preserve">A♠ K♠</w:t>
      </w:r>
      <w:r>
        <w:t xml:space="preserve"> </w:t>
      </w:r>
      <w:r>
        <w:rPr>
          <w:b/>
          <w:bCs/>
        </w:rPr>
        <w:t xml:space="preserve">Board:</w:t>
      </w:r>
      <w:r>
        <w:t xml:space="preserve"> </w:t>
      </w:r>
      <w:r>
        <w:t xml:space="preserve">K♦ 8♣ 4♥ 2♣ 6♥</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1"/>
        </w:numPr>
      </w:pPr>
      <w:r>
        <w:t xml:space="preserve">Preflop: BTN raises to $12; SB folds, leaving $1; BB calls to $12.</w:t>
      </w:r>
    </w:p>
    <w:p>
      <w:pPr>
        <w:pStyle w:val="Compact"/>
        <w:numPr>
          <w:ilvl w:val="0"/>
          <w:numId w:val="1001"/>
        </w:numPr>
      </w:pPr>
      <w:r>
        <w:t xml:space="preserve">Flop: BB checks; BTN bets $15, BB calls.</w:t>
      </w:r>
    </w:p>
    <w:p>
      <w:pPr>
        <w:pStyle w:val="Compact"/>
        <w:numPr>
          <w:ilvl w:val="0"/>
          <w:numId w:val="1001"/>
        </w:numPr>
      </w:pPr>
      <w:r>
        <w:t xml:space="preserve">Turn: BB checks; BTN bets $30, BB calls.</w:t>
      </w:r>
    </w:p>
    <w:p>
      <w:pPr>
        <w:pStyle w:val="Compact"/>
        <w:numPr>
          <w:ilvl w:val="0"/>
          <w:numId w:val="1001"/>
        </w:numPr>
      </w:pPr>
      <w:r>
        <w:t xml:space="preserve">River: BB bets $60 into the pot; BTN (Hero) faces the call.</w:t>
      </w:r>
    </w:p>
    <w:p>
      <w:pPr>
        <w:pStyle w:val="FirstParagraph"/>
      </w:pPr>
      <w:r>
        <w:rPr>
          <w:b/>
          <w:bCs/>
        </w:rPr>
        <w:t xml:space="preserve">MS8-Q241.</w:t>
      </w:r>
      <w:r>
        <w:t xml:space="preserve"> </w:t>
      </w:r>
      <w:r>
        <w:t xml:space="preserve">MS8-H01: after the preflop actions below, what is the pot BEFORE the flop?</w:t>
      </w:r>
    </w:p>
    <w:p>
      <w:pPr>
        <w:pStyle w:val="BodyText"/>
      </w:pPr>
      <w:r>
        <w:t xml:space="preserve">A. $30.00</w:t>
      </w:r>
      <w:r>
        <w:br/>
      </w:r>
      <w:r>
        <w:t xml:space="preserve">B. $20.00</w:t>
      </w:r>
      <w:r>
        <w:br/>
      </w:r>
      <w:r>
        <w:t xml:space="preserve">C. $35.00</w:t>
      </w:r>
      <w:r>
        <w:br/>
      </w:r>
      <w:r>
        <w:t xml:space="preserve">D. $25.00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MS8-Q242.</w:t>
      </w:r>
      <w:r>
        <w:t xml:space="preserve"> </w:t>
      </w:r>
      <w:r>
        <w:t xml:space="preserve">MS8-H01: after the flop and turn calls, what is the river pot BEFORE villain’s river bet?</w:t>
      </w:r>
    </w:p>
    <w:p>
      <w:pPr>
        <w:pStyle w:val="BodyText"/>
      </w:pPr>
      <w:r>
        <w:t xml:space="preserve">A. $135.70</w:t>
      </w:r>
      <w:r>
        <w:br/>
      </w:r>
      <w:r>
        <w:t xml:space="preserve">B. $97.75</w:t>
      </w:r>
      <w:r>
        <w:br/>
      </w:r>
      <w:r>
        <w:t xml:space="preserve">C. $115.00</w:t>
      </w:r>
      <w:r>
        <w:br/>
      </w:r>
      <w:r>
        <w:t xml:space="preserve">D. $150.65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MS8-Q243.</w:t>
      </w:r>
      <w:r>
        <w:t xml:space="preserve"> </w:t>
      </w:r>
      <w:r>
        <w:t xml:space="preserve">MS8-H01: on the river villain bets $60 into a pot of $115. If Hero calls and action closes, what equity must the call have, with no ties and no rake?</w:t>
      </w:r>
    </w:p>
    <w:p>
      <w:pPr>
        <w:pStyle w:val="BodyText"/>
      </w:pPr>
      <w:r>
        <w:t xml:space="preserve">A. 11.53%</w:t>
      </w:r>
      <w:r>
        <w:br/>
      </w:r>
      <w:r>
        <w:t xml:space="preserve">B. 25.53%</w:t>
      </w:r>
      <w:r>
        <w:br/>
      </w:r>
      <w:r>
        <w:t xml:space="preserve">C. 18.53%</w:t>
      </w:r>
      <w:r>
        <w:br/>
      </w:r>
      <w:r>
        <w:t xml:space="preserve">D. 31.03%</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MS8-Q244.</w:t>
      </w:r>
      <w:r>
        <w:t xml:space="preserve"> </w:t>
      </w:r>
      <w:r>
        <w:t xml:space="preserve">MS8-H01: suppose Hero beats 6 equally weighted bluffs and loses to 11 value combinations; no ties. What is Hero’s simplified EV in dollars of calling the river bet?</w:t>
      </w:r>
    </w:p>
    <w:p>
      <w:pPr>
        <w:pStyle w:val="BodyText"/>
      </w:pPr>
      <w:r>
        <w:t xml:space="preserve">A. $22.94</w:t>
      </w:r>
      <w:r>
        <w:br/>
      </w:r>
      <w:r>
        <w:t xml:space="preserve">B. $27.94</w:t>
      </w:r>
      <w:r>
        <w:br/>
      </w:r>
      <w:r>
        <w:t xml:space="preserve">C. $17.94</w:t>
      </w:r>
      <w:r>
        <w:br/>
      </w:r>
      <w:r>
        <w:t xml:space="preserve">D. $32.94</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MS8-Q245.</w:t>
      </w:r>
      <w:r>
        <w:t xml:space="preserve"> </w:t>
      </w:r>
      <w:r>
        <w:t xml:space="preserve">MS8-H01: with 11 equally weighted value combos beating Hero, what is the MINIMUM integer number of equally weighted bluffs villain must bet for Hero’s $60 river call to be break-even or profitable?</w:t>
      </w:r>
    </w:p>
    <w:p>
      <w:pPr>
        <w:pStyle w:val="BodyText"/>
      </w:pPr>
      <w:r>
        <w:t xml:space="preserve">A. 5</w:t>
      </w:r>
      <w:r>
        <w:br/>
      </w:r>
      <w:r>
        <w:t xml:space="preserve">B. 6</w:t>
      </w:r>
      <w:r>
        <w:br/>
      </w:r>
      <w:r>
        <w:t xml:space="preserve">C. 3</w:t>
      </w:r>
      <w:r>
        <w:br/>
      </w:r>
      <w:r>
        <w:t xml:space="preserve">D. 4</w:t>
      </w:r>
    </w:p>
    <w:p>
      <w:pPr>
        <w:pStyle w:val="BodyText"/>
        <w:spacing w:after="40"/>
      </w:pPr>
      <w:r>
        <w:rPr>
          <w:b/>
          <w:bCs/>
        </w:rPr>
        <w:t xml:space="preserve">Your ledger/calculation:</w:t>
      </w:r>
      <w:r>
        <w:t xml:space="preserve"> </w:t>
      </w:r>
      <w:r>
        <w:t xml:space="preserve">______________________________________</w:t>
      </w:r>
    </w:p>
    <w:bookmarkEnd w:id="36"/>
    <w:bookmarkStart w:id="37" w:name="ms8-h02-draw-that-misses-and-faces-a-bet"/>
    <w:p>
      <w:pPr>
        <w:pStyle w:val="Heading2"/>
      </w:pPr>
      <w:r>
        <w:t xml:space="preserve">MS8-H02 — Draw that misses and faces a bet</w:t>
      </w:r>
    </w:p>
    <w:p>
      <w:pPr>
        <w:pStyle w:val="FirstParagraph"/>
      </w:pPr>
      <w:r>
        <w:rPr>
          <w:b/>
          <w:bCs/>
        </w:rPr>
        <w:t xml:space="preserve">Hole cards:</w:t>
      </w:r>
      <w:r>
        <w:t xml:space="preserve"> </w:t>
      </w:r>
      <w:r>
        <w:t xml:space="preserve">9♠ 8♠</w:t>
      </w:r>
      <w:r>
        <w:t xml:space="preserve"> </w:t>
      </w:r>
      <w:r>
        <w:rPr>
          <w:b/>
          <w:bCs/>
        </w:rPr>
        <w:t xml:space="preserve">Board:</w:t>
      </w:r>
      <w:r>
        <w:t xml:space="preserve"> </w:t>
      </w:r>
      <w:r>
        <w:t xml:space="preserve">7♠ 6♦ 2♠ J♦ Q♣</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2"/>
        </w:numPr>
      </w:pPr>
      <w:r>
        <w:t xml:space="preserve">Preflop: BTN raises to $10; SB folds, leaving $1; BB calls to $10.</w:t>
      </w:r>
    </w:p>
    <w:p>
      <w:pPr>
        <w:pStyle w:val="Compact"/>
        <w:numPr>
          <w:ilvl w:val="0"/>
          <w:numId w:val="1002"/>
        </w:numPr>
      </w:pPr>
      <w:r>
        <w:t xml:space="preserve">Flop: BB checks; BTN bets $17, BB calls.</w:t>
      </w:r>
    </w:p>
    <w:p>
      <w:pPr>
        <w:pStyle w:val="Compact"/>
        <w:numPr>
          <w:ilvl w:val="0"/>
          <w:numId w:val="1002"/>
        </w:numPr>
      </w:pPr>
      <w:r>
        <w:t xml:space="preserve">Turn: BB checks; BTN bets $25, BB calls.</w:t>
      </w:r>
    </w:p>
    <w:p>
      <w:pPr>
        <w:pStyle w:val="Compact"/>
        <w:numPr>
          <w:ilvl w:val="0"/>
          <w:numId w:val="1002"/>
        </w:numPr>
      </w:pPr>
      <w:r>
        <w:t xml:space="preserve">River: BB bets $75 into the pot; BTN (Hero) faces the call.</w:t>
      </w:r>
    </w:p>
    <w:p>
      <w:pPr>
        <w:pStyle w:val="FirstParagraph"/>
      </w:pPr>
      <w:r>
        <w:rPr>
          <w:b/>
          <w:bCs/>
        </w:rPr>
        <w:t xml:space="preserve">MS8-Q246.</w:t>
      </w:r>
      <w:r>
        <w:t xml:space="preserve"> </w:t>
      </w:r>
      <w:r>
        <w:t xml:space="preserve">MS8-H02: after the preflop actions below, what is the pot BEFORE the flop?</w:t>
      </w:r>
    </w:p>
    <w:p>
      <w:pPr>
        <w:pStyle w:val="BodyText"/>
      </w:pPr>
      <w:r>
        <w:t xml:space="preserve">A. $26.00</w:t>
      </w:r>
      <w:r>
        <w:br/>
      </w:r>
      <w:r>
        <w:t xml:space="preserve">B. $16.00</w:t>
      </w:r>
      <w:r>
        <w:br/>
      </w:r>
      <w:r>
        <w:t xml:space="preserve">C. $21.00</w:t>
      </w:r>
      <w:r>
        <w:br/>
      </w:r>
      <w:r>
        <w:t xml:space="preserve">D. $31.00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MS8-Q247.</w:t>
      </w:r>
      <w:r>
        <w:t xml:space="preserve"> </w:t>
      </w:r>
      <w:r>
        <w:t xml:space="preserve">MS8-H02: after the flop and turn calls, what is the river pot BEFORE villain’s river bet?</w:t>
      </w:r>
    </w:p>
    <w:p>
      <w:pPr>
        <w:pStyle w:val="BodyText"/>
      </w:pPr>
      <w:r>
        <w:t xml:space="preserve">A. $123.90</w:t>
      </w:r>
      <w:r>
        <w:br/>
      </w:r>
      <w:r>
        <w:t xml:space="preserve">B. $105.00</w:t>
      </w:r>
      <w:r>
        <w:br/>
      </w:r>
      <w:r>
        <w:t xml:space="preserve">C. $89.25</w:t>
      </w:r>
      <w:r>
        <w:br/>
      </w:r>
      <w:r>
        <w:t xml:space="preserve">D. $137.55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MS8-Q248.</w:t>
      </w:r>
      <w:r>
        <w:t xml:space="preserve"> </w:t>
      </w:r>
      <w:r>
        <w:t xml:space="preserve">MS8-H02: on the river villain bets $75 into a pot of $105. If Hero calls and action closes, what equity must the call have, with no ties and no rake?</w:t>
      </w:r>
    </w:p>
    <w:p>
      <w:pPr>
        <w:pStyle w:val="BodyText"/>
      </w:pPr>
      <w:r>
        <w:t xml:space="preserve">A. 29.41%</w:t>
      </w:r>
      <w:r>
        <w:br/>
      </w:r>
      <w:r>
        <w:t xml:space="preserve">B. 15.41%</w:t>
      </w:r>
      <w:r>
        <w:br/>
      </w:r>
      <w:r>
        <w:t xml:space="preserve">C. 22.41%</w:t>
      </w:r>
      <w:r>
        <w:br/>
      </w:r>
      <w:r>
        <w:t xml:space="preserve">D. 34.91%</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MS8-Q249.</w:t>
      </w:r>
      <w:r>
        <w:t xml:space="preserve"> </w:t>
      </w:r>
      <w:r>
        <w:t xml:space="preserve">MS8-H02: suppose Hero beats 3 equally weighted bluffs and loses to 17 value combinations; no ties. What is Hero’s simplified EV in dollars of calling the river bet?</w:t>
      </w:r>
    </w:p>
    <w:p>
      <w:pPr>
        <w:pStyle w:val="BodyText"/>
      </w:pPr>
      <w:r>
        <w:t xml:space="preserve">A. -$30.14</w:t>
      </w:r>
      <w:r>
        <w:br/>
      </w:r>
      <w:r>
        <w:t xml:space="preserve">B. -$42.26</w:t>
      </w:r>
      <w:r>
        <w:br/>
      </w:r>
      <w:r>
        <w:t xml:space="preserve">C. -$25.36</w:t>
      </w:r>
      <w:r>
        <w:br/>
      </w:r>
      <w:r>
        <w:t xml:space="preserve">D. -$36.75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MS8-Q250.</w:t>
      </w:r>
      <w:r>
        <w:t xml:space="preserve"> </w:t>
      </w:r>
      <w:r>
        <w:t xml:space="preserve">MS8-H02: with 17 equally weighted value combos beating Hero, what is the MINIMUM integer number of equally weighted bluffs villain must bet for Hero’s $75 river call to be break-even or profitable?</w:t>
      </w:r>
    </w:p>
    <w:p>
      <w:pPr>
        <w:pStyle w:val="BodyText"/>
      </w:pPr>
      <w:r>
        <w:t xml:space="preserve">A. 9</w:t>
      </w:r>
      <w:r>
        <w:br/>
      </w:r>
      <w:r>
        <w:t xml:space="preserve">B. 10</w:t>
      </w:r>
      <w:r>
        <w:br/>
      </w:r>
      <w:r>
        <w:t xml:space="preserve">C. 8</w:t>
      </w:r>
      <w:r>
        <w:br/>
      </w:r>
      <w:r>
        <w:t xml:space="preserve">D. 7</w:t>
      </w:r>
    </w:p>
    <w:p>
      <w:pPr>
        <w:pStyle w:val="BodyText"/>
        <w:spacing w:after="40"/>
      </w:pPr>
      <w:r>
        <w:rPr>
          <w:b/>
          <w:bCs/>
        </w:rPr>
        <w:t xml:space="preserve">Your ledger/calculation:</w:t>
      </w:r>
      <w:r>
        <w:t xml:space="preserve"> </w:t>
      </w:r>
      <w:r>
        <w:t xml:space="preserve">______________________________________</w:t>
      </w:r>
    </w:p>
    <w:bookmarkEnd w:id="37"/>
    <w:bookmarkStart w:id="38" w:name="X13fd6a8a152e2576588ac659caffa3d8ff89c63"/>
    <w:p>
      <w:pPr>
        <w:pStyle w:val="Heading2"/>
      </w:pPr>
      <w:r>
        <w:t xml:space="preserve">MS8-H03 — Set against an uncertain value range</w:t>
      </w:r>
    </w:p>
    <w:p>
      <w:pPr>
        <w:pStyle w:val="FirstParagraph"/>
      </w:pPr>
      <w:r>
        <w:rPr>
          <w:b/>
          <w:bCs/>
        </w:rPr>
        <w:t xml:space="preserve">Hole cards:</w:t>
      </w:r>
      <w:r>
        <w:t xml:space="preserve"> </w:t>
      </w:r>
      <w:r>
        <w:t xml:space="preserve">5♣ 5♦</w:t>
      </w:r>
      <w:r>
        <w:t xml:space="preserve"> </w:t>
      </w:r>
      <w:r>
        <w:rPr>
          <w:b/>
          <w:bCs/>
        </w:rPr>
        <w:t xml:space="preserve">Board:</w:t>
      </w:r>
      <w:r>
        <w:t xml:space="preserve"> </w:t>
      </w:r>
      <w:r>
        <w:t xml:space="preserve">K♥ 5♠ 9♣ J♣ A♠</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3"/>
        </w:numPr>
      </w:pPr>
      <w:r>
        <w:t xml:space="preserve">Preflop: UTG raises to $15; CO calls, BTN (Hero) calls, SB and BB fold, leaving $3 dead blinds.</w:t>
      </w:r>
    </w:p>
    <w:p>
      <w:pPr>
        <w:pStyle w:val="Compact"/>
        <w:numPr>
          <w:ilvl w:val="0"/>
          <w:numId w:val="1003"/>
        </w:numPr>
      </w:pPr>
      <w:r>
        <w:t xml:space="preserve">Flop: UTG and CO check; BTN (Hero) bets $24; UTG calls, CO folds.</w:t>
      </w:r>
    </w:p>
    <w:p>
      <w:pPr>
        <w:pStyle w:val="Compact"/>
        <w:numPr>
          <w:ilvl w:val="0"/>
          <w:numId w:val="1003"/>
        </w:numPr>
      </w:pPr>
      <w:r>
        <w:t xml:space="preserve">Turn: UTG checks; BTN bets $40, UTG calls.</w:t>
      </w:r>
    </w:p>
    <w:p>
      <w:pPr>
        <w:pStyle w:val="Compact"/>
        <w:numPr>
          <w:ilvl w:val="0"/>
          <w:numId w:val="1003"/>
        </w:numPr>
      </w:pPr>
      <w:r>
        <w:t xml:space="preserve">River: UTG leads $100; BTN (Hero) faces the call.</w:t>
      </w:r>
    </w:p>
    <w:p>
      <w:pPr>
        <w:pStyle w:val="FirstParagraph"/>
      </w:pPr>
      <w:r>
        <w:rPr>
          <w:b/>
          <w:bCs/>
        </w:rPr>
        <w:t xml:space="preserve">MS8-Q251.</w:t>
      </w:r>
      <w:r>
        <w:t xml:space="preserve"> </w:t>
      </w:r>
      <w:r>
        <w:t xml:space="preserve">MS8-H03: after the preflop actions below, what is the pot BEFORE the flop?</w:t>
      </w:r>
    </w:p>
    <w:p>
      <w:pPr>
        <w:pStyle w:val="BodyText"/>
      </w:pPr>
      <w:r>
        <w:t xml:space="preserve">A. $56.64</w:t>
      </w:r>
      <w:r>
        <w:br/>
      </w:r>
      <w:r>
        <w:t xml:space="preserve">B. $48.00</w:t>
      </w:r>
      <w:r>
        <w:br/>
      </w:r>
      <w:r>
        <w:t xml:space="preserve">C. $40.80</w:t>
      </w:r>
      <w:r>
        <w:br/>
      </w:r>
      <w:r>
        <w:t xml:space="preserve">D. $62.88</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MS8-Q252.</w:t>
      </w:r>
      <w:r>
        <w:t xml:space="preserve"> </w:t>
      </w:r>
      <w:r>
        <w:t xml:space="preserve">MS8-H03: after the flop and turn calls, what is the river pot BEFORE villain’s river bet?</w:t>
      </w:r>
    </w:p>
    <w:p>
      <w:pPr>
        <w:pStyle w:val="BodyText"/>
      </w:pPr>
      <w:r>
        <w:t xml:space="preserve">A. $176.00</w:t>
      </w:r>
      <w:r>
        <w:br/>
      </w:r>
      <w:r>
        <w:t xml:space="preserve">B. $207.68</w:t>
      </w:r>
      <w:r>
        <w:br/>
      </w:r>
      <w:r>
        <w:t xml:space="preserve">C. $149.60</w:t>
      </w:r>
      <w:r>
        <w:br/>
      </w:r>
      <w:r>
        <w:t xml:space="preserve">D. $230.56</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MS8-Q253.</w:t>
      </w:r>
      <w:r>
        <w:t xml:space="preserve"> </w:t>
      </w:r>
      <w:r>
        <w:t xml:space="preserve">MS8-H03: on the river villain bets $100 into a pot of $176. If Hero calls and action closes, what equity must the call have, with no ties and no rake?</w:t>
      </w:r>
    </w:p>
    <w:p>
      <w:pPr>
        <w:pStyle w:val="BodyText"/>
      </w:pPr>
      <w:r>
        <w:t xml:space="preserve">A. 12.60%</w:t>
      </w:r>
      <w:r>
        <w:br/>
      </w:r>
      <w:r>
        <w:t xml:space="preserve">B. 19.60%</w:t>
      </w:r>
      <w:r>
        <w:br/>
      </w:r>
      <w:r>
        <w:t xml:space="preserve">C. 32.10%</w:t>
      </w:r>
      <w:r>
        <w:br/>
      </w:r>
      <w:r>
        <w:t xml:space="preserve">D. 26.60%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MS8-Q254.</w:t>
      </w:r>
      <w:r>
        <w:t xml:space="preserve"> </w:t>
      </w:r>
      <w:r>
        <w:t xml:space="preserve">MS8-H03: suppose Hero beats 7 equally weighted bluffs and loses to 16 value combinations; no ties. What is Hero’s simplified EV in dollars of calling the river bet?</w:t>
      </w:r>
    </w:p>
    <w:p>
      <w:pPr>
        <w:pStyle w:val="BodyText"/>
      </w:pPr>
      <w:r>
        <w:t xml:space="preserve">A. $19.43</w:t>
      </w:r>
      <w:r>
        <w:br/>
      </w:r>
      <w:r>
        <w:t xml:space="preserve">B. $9.43</w:t>
      </w:r>
      <w:r>
        <w:br/>
      </w:r>
      <w:r>
        <w:t xml:space="preserve">C. $14.43</w:t>
      </w:r>
      <w:r>
        <w:br/>
      </w:r>
      <w:r>
        <w:t xml:space="preserve">D. $24.43</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MS8-Q255.</w:t>
      </w:r>
      <w:r>
        <w:t xml:space="preserve"> </w:t>
      </w:r>
      <w:r>
        <w:t xml:space="preserve">MS8-H03: with 16 equally weighted value combos beating Hero, what is the MINIMUM integer number of equally weighted bluffs villain must bet for Hero’s $100 river call to be break-even or profitable?</w:t>
      </w:r>
    </w:p>
    <w:p>
      <w:pPr>
        <w:pStyle w:val="BodyText"/>
      </w:pPr>
      <w:r>
        <w:t xml:space="preserve">A. 7</w:t>
      </w:r>
      <w:r>
        <w:br/>
      </w:r>
      <w:r>
        <w:t xml:space="preserve">B. 6</w:t>
      </w:r>
      <w:r>
        <w:br/>
      </w:r>
      <w:r>
        <w:t xml:space="preserve">C. 8</w:t>
      </w:r>
      <w:r>
        <w:br/>
      </w:r>
      <w:r>
        <w:t xml:space="preserve">D. 5</w:t>
      </w:r>
    </w:p>
    <w:p>
      <w:pPr>
        <w:pStyle w:val="BodyText"/>
        <w:spacing w:after="40"/>
      </w:pPr>
      <w:r>
        <w:rPr>
          <w:b/>
          <w:bCs/>
        </w:rPr>
        <w:t xml:space="preserve">Your ledger/calculation:</w:t>
      </w:r>
      <w:r>
        <w:t xml:space="preserve"> </w:t>
      </w:r>
      <w:r>
        <w:t xml:space="preserve">______________________________________</w:t>
      </w:r>
    </w:p>
    <w:bookmarkEnd w:id="38"/>
    <w:bookmarkStart w:id="39" w:name="ms8-h04-top-pair-and-a-river-scare-card"/>
    <w:p>
      <w:pPr>
        <w:pStyle w:val="Heading2"/>
      </w:pPr>
      <w:r>
        <w:t xml:space="preserve">MS8-H04 — Top pair and a river scare card</w:t>
      </w:r>
    </w:p>
    <w:p>
      <w:pPr>
        <w:pStyle w:val="FirstParagraph"/>
      </w:pPr>
      <w:r>
        <w:rPr>
          <w:b/>
          <w:bCs/>
        </w:rPr>
        <w:t xml:space="preserve">Hole cards:</w:t>
      </w:r>
      <w:r>
        <w:t xml:space="preserve"> </w:t>
      </w:r>
      <w:r>
        <w:t xml:space="preserve">A♥ Q♥</w:t>
      </w:r>
      <w:r>
        <w:t xml:space="preserve"> </w:t>
      </w:r>
      <w:r>
        <w:rPr>
          <w:b/>
          <w:bCs/>
        </w:rPr>
        <w:t xml:space="preserve">Board:</w:t>
      </w:r>
      <w:r>
        <w:t xml:space="preserve"> </w:t>
      </w:r>
      <w:r>
        <w:t xml:space="preserve">Q♠ T♣ 3♦ 2♥ J♠</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4"/>
        </w:numPr>
      </w:pPr>
      <w:r>
        <w:t xml:space="preserve">Preflop: BTN raises to $12; SB folds, leaving $1; BB calls to $12.</w:t>
      </w:r>
    </w:p>
    <w:p>
      <w:pPr>
        <w:pStyle w:val="Compact"/>
        <w:numPr>
          <w:ilvl w:val="0"/>
          <w:numId w:val="1004"/>
        </w:numPr>
      </w:pPr>
      <w:r>
        <w:t xml:space="preserve">Flop: BB checks; BTN bets $18, BB calls.</w:t>
      </w:r>
    </w:p>
    <w:p>
      <w:pPr>
        <w:pStyle w:val="Compact"/>
        <w:numPr>
          <w:ilvl w:val="0"/>
          <w:numId w:val="1004"/>
        </w:numPr>
      </w:pPr>
      <w:r>
        <w:t xml:space="preserve">Turn: BB checks; BTN bets $28, BB calls.</w:t>
      </w:r>
    </w:p>
    <w:p>
      <w:pPr>
        <w:pStyle w:val="Compact"/>
        <w:numPr>
          <w:ilvl w:val="0"/>
          <w:numId w:val="1004"/>
        </w:numPr>
      </w:pPr>
      <w:r>
        <w:t xml:space="preserve">River: BB bets $45 into the pot; BTN (Hero) faces the call.</w:t>
      </w:r>
    </w:p>
    <w:p>
      <w:pPr>
        <w:pStyle w:val="FirstParagraph"/>
      </w:pPr>
      <w:r>
        <w:rPr>
          <w:b/>
          <w:bCs/>
        </w:rPr>
        <w:t xml:space="preserve">MS8-Q256.</w:t>
      </w:r>
      <w:r>
        <w:t xml:space="preserve"> </w:t>
      </w:r>
      <w:r>
        <w:t xml:space="preserve">MS8-H04: after the preflop actions below, what is the pot BEFORE the flop?</w:t>
      </w:r>
    </w:p>
    <w:p>
      <w:pPr>
        <w:pStyle w:val="BodyText"/>
      </w:pPr>
      <w:r>
        <w:t xml:space="preserve">A. $25.00</w:t>
      </w:r>
      <w:r>
        <w:br/>
      </w:r>
      <w:r>
        <w:t xml:space="preserve">B. $30.00</w:t>
      </w:r>
      <w:r>
        <w:br/>
      </w:r>
      <w:r>
        <w:t xml:space="preserve">C. $20.00</w:t>
      </w:r>
      <w:r>
        <w:br/>
      </w:r>
      <w:r>
        <w:t xml:space="preserve">D. $35.00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MS8-Q257.</w:t>
      </w:r>
      <w:r>
        <w:t xml:space="preserve"> </w:t>
      </w:r>
      <w:r>
        <w:t xml:space="preserve">MS8-H04: after the flop and turn calls, what is the river pot BEFORE villain’s river bet?</w:t>
      </w:r>
    </w:p>
    <w:p>
      <w:pPr>
        <w:pStyle w:val="BodyText"/>
      </w:pPr>
      <w:r>
        <w:t xml:space="preserve">A. $138.06</w:t>
      </w:r>
      <w:r>
        <w:br/>
      </w:r>
      <w:r>
        <w:t xml:space="preserve">B. $99.45</w:t>
      </w:r>
      <w:r>
        <w:br/>
      </w:r>
      <w:r>
        <w:t xml:space="preserve">C. $153.27</w:t>
      </w:r>
      <w:r>
        <w:br/>
      </w:r>
      <w:r>
        <w:t xml:space="preserve">D. $117.00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MS8-Q258.</w:t>
      </w:r>
      <w:r>
        <w:t xml:space="preserve"> </w:t>
      </w:r>
      <w:r>
        <w:t xml:space="preserve">MS8-H04: on the river villain bets $45 into a pot of $117. If Hero calls and action closes, what equity must the call have, with no ties and no rake?</w:t>
      </w:r>
    </w:p>
    <w:p>
      <w:pPr>
        <w:pStyle w:val="BodyText"/>
      </w:pPr>
      <w:r>
        <w:t xml:space="preserve">A. 7.74%</w:t>
      </w:r>
      <w:r>
        <w:br/>
      </w:r>
      <w:r>
        <w:t xml:space="preserve">B. 14.74%</w:t>
      </w:r>
      <w:r>
        <w:br/>
      </w:r>
      <w:r>
        <w:t xml:space="preserve">C. 21.74%</w:t>
      </w:r>
      <w:r>
        <w:br/>
      </w:r>
      <w:r>
        <w:t xml:space="preserve">D. 27.24%</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MS8-Q259.</w:t>
      </w:r>
      <w:r>
        <w:t xml:space="preserve"> </w:t>
      </w:r>
      <w:r>
        <w:t xml:space="preserve">MS8-H04: suppose Hero beats 8 equally weighted bluffs and loses to 12 value combinations; no ties. What is Hero’s simplified EV in dollars of calling the river bet?</w:t>
      </w:r>
    </w:p>
    <w:p>
      <w:pPr>
        <w:pStyle w:val="BodyText"/>
      </w:pPr>
      <w:r>
        <w:t xml:space="preserve">A. $44.60</w:t>
      </w:r>
      <w:r>
        <w:br/>
      </w:r>
      <w:r>
        <w:t xml:space="preserve">B. $37.80</w:t>
      </w:r>
      <w:r>
        <w:br/>
      </w:r>
      <w:r>
        <w:t xml:space="preserve">C. $32.13</w:t>
      </w:r>
      <w:r>
        <w:br/>
      </w:r>
      <w:r>
        <w:t xml:space="preserve">D. $49.52</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MS8-Q260.</w:t>
      </w:r>
      <w:r>
        <w:t xml:space="preserve"> </w:t>
      </w:r>
      <w:r>
        <w:t xml:space="preserve">MS8-H04: with 12 equally weighted value combos beating Hero, what is the MINIMUM integer number of equally weighted bluffs villain must bet for Hero’s $45 river call to be break-even or profitable?</w:t>
      </w:r>
    </w:p>
    <w:p>
      <w:pPr>
        <w:pStyle w:val="BodyText"/>
      </w:pPr>
      <w:r>
        <w:t xml:space="preserve">A. 4</w:t>
      </w:r>
      <w:r>
        <w:br/>
      </w:r>
      <w:r>
        <w:t xml:space="preserve">B. 5</w:t>
      </w:r>
      <w:r>
        <w:br/>
      </w:r>
      <w:r>
        <w:t xml:space="preserve">C. 6</w:t>
      </w:r>
      <w:r>
        <w:br/>
      </w:r>
      <w:r>
        <w:t xml:space="preserve">D. 3</w:t>
      </w:r>
    </w:p>
    <w:p>
      <w:pPr>
        <w:pStyle w:val="BodyText"/>
        <w:spacing w:after="40"/>
      </w:pPr>
      <w:r>
        <w:rPr>
          <w:b/>
          <w:bCs/>
        </w:rPr>
        <w:t xml:space="preserve">Your ledger/calculation:</w:t>
      </w:r>
      <w:r>
        <w:t xml:space="preserve"> </w:t>
      </w:r>
      <w:r>
        <w:t xml:space="preserve">______________________________________</w:t>
      </w:r>
    </w:p>
    <w:bookmarkEnd w:id="39"/>
    <w:bookmarkStart w:id="40" w:name="Xfc74e9622c8611aefefb9adee8bbeae3b58f71b"/>
    <w:p>
      <w:pPr>
        <w:pStyle w:val="Heading2"/>
      </w:pPr>
      <w:r>
        <w:t xml:space="preserve">MS8-H05 — Rivered straight and flush versus stronger flush risk</w:t>
      </w:r>
    </w:p>
    <w:p>
      <w:pPr>
        <w:pStyle w:val="FirstParagraph"/>
      </w:pPr>
      <w:r>
        <w:rPr>
          <w:b/>
          <w:bCs/>
        </w:rPr>
        <w:t xml:space="preserve">Hole cards:</w:t>
      </w:r>
      <w:r>
        <w:t xml:space="preserve"> </w:t>
      </w:r>
      <w:r>
        <w:t xml:space="preserve">J♣ T♣</w:t>
      </w:r>
      <w:r>
        <w:t xml:space="preserve"> </w:t>
      </w:r>
      <w:r>
        <w:rPr>
          <w:b/>
          <w:bCs/>
        </w:rPr>
        <w:t xml:space="preserve">Board:</w:t>
      </w:r>
      <w:r>
        <w:t xml:space="preserve"> </w:t>
      </w:r>
      <w:r>
        <w:t xml:space="preserve">Q♦ 9♣ 2♣ 3♥ 8♣</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5"/>
        </w:numPr>
      </w:pPr>
      <w:r>
        <w:t xml:space="preserve">Preflop: BTN raises to $15; SB folds, leaving $1; BB calls to $15.</w:t>
      </w:r>
    </w:p>
    <w:p>
      <w:pPr>
        <w:pStyle w:val="Compact"/>
        <w:numPr>
          <w:ilvl w:val="0"/>
          <w:numId w:val="1005"/>
        </w:numPr>
      </w:pPr>
      <w:r>
        <w:t xml:space="preserve">Flop: BB checks; BTN bets $30, BB calls.</w:t>
      </w:r>
    </w:p>
    <w:p>
      <w:pPr>
        <w:pStyle w:val="Compact"/>
        <w:numPr>
          <w:ilvl w:val="0"/>
          <w:numId w:val="1005"/>
        </w:numPr>
      </w:pPr>
      <w:r>
        <w:t xml:space="preserve">Turn: BB checks; BTN bets $50, BB calls.</w:t>
      </w:r>
    </w:p>
    <w:p>
      <w:pPr>
        <w:pStyle w:val="Compact"/>
        <w:numPr>
          <w:ilvl w:val="0"/>
          <w:numId w:val="1005"/>
        </w:numPr>
      </w:pPr>
      <w:r>
        <w:t xml:space="preserve">River: BB bets $120 into the pot; BTN (Hero) faces the call.</w:t>
      </w:r>
    </w:p>
    <w:p>
      <w:pPr>
        <w:pStyle w:val="FirstParagraph"/>
      </w:pPr>
      <w:r>
        <w:rPr>
          <w:b/>
          <w:bCs/>
        </w:rPr>
        <w:t xml:space="preserve">MS8-Q261.</w:t>
      </w:r>
      <w:r>
        <w:t xml:space="preserve"> </w:t>
      </w:r>
      <w:r>
        <w:t xml:space="preserve">MS8-H05: after the preflop actions below, what is the pot BEFORE the flop?</w:t>
      </w:r>
    </w:p>
    <w:p>
      <w:pPr>
        <w:pStyle w:val="BodyText"/>
      </w:pPr>
      <w:r>
        <w:t xml:space="preserve">A. $36.58</w:t>
      </w:r>
      <w:r>
        <w:br/>
      </w:r>
      <w:r>
        <w:t xml:space="preserve">B. $26.00</w:t>
      </w:r>
      <w:r>
        <w:br/>
      </w:r>
      <w:r>
        <w:t xml:space="preserve">C. $41.00</w:t>
      </w:r>
      <w:r>
        <w:br/>
      </w:r>
      <w:r>
        <w:t xml:space="preserve">D. $31.00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MS8-Q262.</w:t>
      </w:r>
      <w:r>
        <w:t xml:space="preserve"> </w:t>
      </w:r>
      <w:r>
        <w:t xml:space="preserve">MS8-H05: after the flop and turn calls, what is the river pot BEFORE villain’s river bet?</w:t>
      </w:r>
    </w:p>
    <w:p>
      <w:pPr>
        <w:pStyle w:val="BodyText"/>
      </w:pPr>
      <w:r>
        <w:t xml:space="preserve">A. $225.38</w:t>
      </w:r>
      <w:r>
        <w:br/>
      </w:r>
      <w:r>
        <w:t xml:space="preserve">B. $162.35</w:t>
      </w:r>
      <w:r>
        <w:br/>
      </w:r>
      <w:r>
        <w:t xml:space="preserve">C. $191.00</w:t>
      </w:r>
      <w:r>
        <w:br/>
      </w:r>
      <w:r>
        <w:t xml:space="preserve">D. $250.21</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MS8-Q263.</w:t>
      </w:r>
      <w:r>
        <w:t xml:space="preserve"> </w:t>
      </w:r>
      <w:r>
        <w:t xml:space="preserve">MS8-H05: on the river villain bets $120 into a pot of $191. If Hero calls and action closes, what equity must the call have, with no ties and no rake?</w:t>
      </w:r>
    </w:p>
    <w:p>
      <w:pPr>
        <w:pStyle w:val="BodyText"/>
      </w:pPr>
      <w:r>
        <w:t xml:space="preserve">A. 13.84%</w:t>
      </w:r>
      <w:r>
        <w:br/>
      </w:r>
      <w:r>
        <w:t xml:space="preserve">B. 27.84%</w:t>
      </w:r>
      <w:r>
        <w:br/>
      </w:r>
      <w:r>
        <w:t xml:space="preserve">C. 20.84%</w:t>
      </w:r>
      <w:r>
        <w:br/>
      </w:r>
      <w:r>
        <w:t xml:space="preserve">D. 33.34%</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MS8-Q264.</w:t>
      </w:r>
      <w:r>
        <w:t xml:space="preserve"> </w:t>
      </w:r>
      <w:r>
        <w:t xml:space="preserve">MS8-H05: suppose Hero beats 8 equally weighted bluffs and loses to 22 value combinations; no ties. What is Hero’s simplified EV in dollars of calling the river bet?</w:t>
      </w:r>
    </w:p>
    <w:p>
      <w:pPr>
        <w:pStyle w:val="BodyText"/>
      </w:pPr>
      <w:r>
        <w:t xml:space="preserve">A. -$5.07</w:t>
      </w:r>
      <w:r>
        <w:br/>
      </w:r>
      <w:r>
        <w:t xml:space="preserve">B. -$0.07</w:t>
      </w:r>
      <w:r>
        <w:br/>
      </w:r>
      <w:r>
        <w:t xml:space="preserve">C. -$10.07</w:t>
      </w:r>
      <w:r>
        <w:br/>
      </w:r>
      <w:r>
        <w:t xml:space="preserve">D. $4.93</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MS8-Q265.</w:t>
      </w:r>
      <w:r>
        <w:t xml:space="preserve"> </w:t>
      </w:r>
      <w:r>
        <w:t xml:space="preserve">MS8-H05: with 22 equally weighted value combos beating Hero, what is the MINIMUM integer number of equally weighted bluffs villain must bet for Hero’s $120 river call to be break-even or profitable?</w:t>
      </w:r>
    </w:p>
    <w:p>
      <w:pPr>
        <w:pStyle w:val="BodyText"/>
      </w:pPr>
      <w:r>
        <w:t xml:space="preserve">A. 10</w:t>
      </w:r>
      <w:r>
        <w:br/>
      </w:r>
      <w:r>
        <w:t xml:space="preserve">B. 11</w:t>
      </w:r>
      <w:r>
        <w:br/>
      </w:r>
      <w:r>
        <w:t xml:space="preserve">C. 8</w:t>
      </w:r>
      <w:r>
        <w:br/>
      </w:r>
      <w:r>
        <w:t xml:space="preserve">D. 9</w:t>
      </w:r>
    </w:p>
    <w:p>
      <w:pPr>
        <w:pStyle w:val="BodyText"/>
        <w:spacing w:after="40"/>
      </w:pPr>
      <w:r>
        <w:rPr>
          <w:b/>
          <w:bCs/>
        </w:rPr>
        <w:t xml:space="preserve">Your ledger/calculation:</w:t>
      </w:r>
      <w:r>
        <w:t xml:space="preserve"> </w:t>
      </w:r>
      <w:r>
        <w:t xml:space="preserve">______________________________________</w:t>
      </w:r>
    </w:p>
    <w:bookmarkEnd w:id="40"/>
    <w:bookmarkStart w:id="41" w:name="X942020cfb9dcc0d51f672ceaa88b21cca51dabd"/>
    <w:p>
      <w:pPr>
        <w:pStyle w:val="Heading2"/>
      </w:pPr>
      <w:r>
        <w:t xml:space="preserve">MS8-H06 — Turn broadway and river flush assessment</w:t>
      </w:r>
    </w:p>
    <w:p>
      <w:pPr>
        <w:pStyle w:val="FirstParagraph"/>
      </w:pPr>
      <w:r>
        <w:rPr>
          <w:b/>
          <w:bCs/>
        </w:rPr>
        <w:t xml:space="preserve">Hole cards:</w:t>
      </w:r>
      <w:r>
        <w:t xml:space="preserve"> </w:t>
      </w:r>
      <w:r>
        <w:t xml:space="preserve">K♦ Q♦</w:t>
      </w:r>
      <w:r>
        <w:t xml:space="preserve"> </w:t>
      </w:r>
      <w:r>
        <w:rPr>
          <w:b/>
          <w:bCs/>
        </w:rPr>
        <w:t xml:space="preserve">Board:</w:t>
      </w:r>
      <w:r>
        <w:t xml:space="preserve"> </w:t>
      </w:r>
      <w:r>
        <w:t xml:space="preserve">A♠ J♣ 4♦ T♦ 2♦</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6"/>
        </w:numPr>
      </w:pPr>
      <w:r>
        <w:t xml:space="preserve">Preflop: UTG raises to $14; CO calls, BTN (Hero) calls, SB and BB fold, leaving $3 dead blinds.</w:t>
      </w:r>
    </w:p>
    <w:p>
      <w:pPr>
        <w:pStyle w:val="Compact"/>
        <w:numPr>
          <w:ilvl w:val="0"/>
          <w:numId w:val="1006"/>
        </w:numPr>
      </w:pPr>
      <w:r>
        <w:t xml:space="preserve">Flop: UTG and CO check; BTN (Hero) bets $25; UTG calls, CO folds.</w:t>
      </w:r>
    </w:p>
    <w:p>
      <w:pPr>
        <w:pStyle w:val="Compact"/>
        <w:numPr>
          <w:ilvl w:val="0"/>
          <w:numId w:val="1006"/>
        </w:numPr>
      </w:pPr>
      <w:r>
        <w:t xml:space="preserve">Turn: UTG checks; BTN bets $55, UTG calls.</w:t>
      </w:r>
    </w:p>
    <w:p>
      <w:pPr>
        <w:pStyle w:val="Compact"/>
        <w:numPr>
          <w:ilvl w:val="0"/>
          <w:numId w:val="1006"/>
        </w:numPr>
      </w:pPr>
      <w:r>
        <w:t xml:space="preserve">River: UTG leads $90; BTN (Hero) faces the call.</w:t>
      </w:r>
    </w:p>
    <w:p>
      <w:pPr>
        <w:pStyle w:val="FirstParagraph"/>
      </w:pPr>
      <w:r>
        <w:rPr>
          <w:b/>
          <w:bCs/>
        </w:rPr>
        <w:t xml:space="preserve">MS8-Q266.</w:t>
      </w:r>
      <w:r>
        <w:t xml:space="preserve"> </w:t>
      </w:r>
      <w:r>
        <w:t xml:space="preserve">MS8-H06: after the preflop actions below, what is the pot BEFORE the flop?</w:t>
      </w:r>
    </w:p>
    <w:p>
      <w:pPr>
        <w:pStyle w:val="BodyText"/>
      </w:pPr>
      <w:r>
        <w:t xml:space="preserve">A. $53.10</w:t>
      </w:r>
      <w:r>
        <w:br/>
      </w:r>
      <w:r>
        <w:t xml:space="preserve">B. $38.25</w:t>
      </w:r>
      <w:r>
        <w:br/>
      </w:r>
      <w:r>
        <w:t xml:space="preserve">C. $45.00</w:t>
      </w:r>
      <w:r>
        <w:br/>
      </w:r>
      <w:r>
        <w:t xml:space="preserve">D. $58.95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MS8-Q267.</w:t>
      </w:r>
      <w:r>
        <w:t xml:space="preserve"> </w:t>
      </w:r>
      <w:r>
        <w:t xml:space="preserve">MS8-H06: after the flop and turn calls, what is the river pot BEFORE villain’s river bet?</w:t>
      </w:r>
    </w:p>
    <w:p>
      <w:pPr>
        <w:pStyle w:val="BodyText"/>
      </w:pPr>
      <w:r>
        <w:t xml:space="preserve">A. $241.90</w:t>
      </w:r>
      <w:r>
        <w:br/>
      </w:r>
      <w:r>
        <w:t xml:space="preserve">B. $205.00</w:t>
      </w:r>
      <w:r>
        <w:br/>
      </w:r>
      <w:r>
        <w:t xml:space="preserve">C. $174.25</w:t>
      </w:r>
      <w:r>
        <w:br/>
      </w:r>
      <w:r>
        <w:t xml:space="preserve">D. $268.55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MS8-Q268.</w:t>
      </w:r>
      <w:r>
        <w:t xml:space="preserve"> </w:t>
      </w:r>
      <w:r>
        <w:t xml:space="preserve">MS8-H06: on the river villain bets $90 into a pot of $205. If Hero calls and action closes, what equity must the call have, with no ties and no rake?</w:t>
      </w:r>
    </w:p>
    <w:p>
      <w:pPr>
        <w:pStyle w:val="BodyText"/>
      </w:pPr>
      <w:r>
        <w:t xml:space="preserve">A. 23.38%</w:t>
      </w:r>
      <w:r>
        <w:br/>
      </w:r>
      <w:r>
        <w:t xml:space="preserve">B. 9.38%</w:t>
      </w:r>
      <w:r>
        <w:br/>
      </w:r>
      <w:r>
        <w:t xml:space="preserve">C. 16.38%</w:t>
      </w:r>
      <w:r>
        <w:br/>
      </w:r>
      <w:r>
        <w:t xml:space="preserve">D. 28.88%</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MS8-Q269.</w:t>
      </w:r>
      <w:r>
        <w:t xml:space="preserve"> </w:t>
      </w:r>
      <w:r>
        <w:t xml:space="preserve">MS8-H06: suppose Hero beats 5 equally weighted bluffs and loses to 15 value combinations; no ties. What is Hero’s simplified EV in dollars of calling the river bet?</w:t>
      </w:r>
    </w:p>
    <w:p>
      <w:pPr>
        <w:pStyle w:val="BodyText"/>
      </w:pPr>
      <w:r>
        <w:t xml:space="preserve">A. $11.25</w:t>
      </w:r>
      <w:r>
        <w:br/>
      </w:r>
      <w:r>
        <w:t xml:space="preserve">B. $1.25</w:t>
      </w:r>
      <w:r>
        <w:br/>
      </w:r>
      <w:r>
        <w:t xml:space="preserve">C. $16.25</w:t>
      </w:r>
      <w:r>
        <w:br/>
      </w:r>
      <w:r>
        <w:t xml:space="preserve">D. $6.25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MS8-Q270.</w:t>
      </w:r>
      <w:r>
        <w:t xml:space="preserve"> </w:t>
      </w:r>
      <w:r>
        <w:t xml:space="preserve">MS8-H06: with 15 equally weighted value combos beating Hero, what is the MINIMUM integer number of equally weighted bluffs villain must bet for Hero’s $90 river call to be break-even or profitable?</w:t>
      </w:r>
    </w:p>
    <w:p>
      <w:pPr>
        <w:pStyle w:val="BodyText"/>
      </w:pPr>
      <w:r>
        <w:t xml:space="preserve">A. 6</w:t>
      </w:r>
      <w:r>
        <w:br/>
      </w:r>
      <w:r>
        <w:t xml:space="preserve">B. 7</w:t>
      </w:r>
      <w:r>
        <w:br/>
      </w:r>
      <w:r>
        <w:t xml:space="preserve">C. 5</w:t>
      </w:r>
      <w:r>
        <w:br/>
      </w:r>
      <w:r>
        <w:t xml:space="preserve">D. 4</w:t>
      </w:r>
    </w:p>
    <w:p>
      <w:pPr>
        <w:pStyle w:val="BodyText"/>
        <w:spacing w:after="40"/>
      </w:pPr>
      <w:r>
        <w:rPr>
          <w:b/>
          <w:bCs/>
        </w:rPr>
        <w:t xml:space="preserve">Your ledger/calculation:</w:t>
      </w:r>
      <w:r>
        <w:t xml:space="preserve"> </w:t>
      </w:r>
      <w:r>
        <w:t xml:space="preserve">______________________________________</w:t>
      </w:r>
    </w:p>
    <w:bookmarkEnd w:id="41"/>
    <w:bookmarkStart w:id="42" w:name="Xe7ba7195307f9831a2f86392ecb73c75d6200b6"/>
    <w:p>
      <w:pPr>
        <w:pStyle w:val="Heading2"/>
      </w:pPr>
      <w:r>
        <w:t xml:space="preserve">MS8-H07 — Flopped straight with later flush danger</w:t>
      </w:r>
    </w:p>
    <w:p>
      <w:pPr>
        <w:pStyle w:val="FirstParagraph"/>
      </w:pPr>
      <w:r>
        <w:rPr>
          <w:b/>
          <w:bCs/>
        </w:rPr>
        <w:t xml:space="preserve">Hole cards:</w:t>
      </w:r>
      <w:r>
        <w:t xml:space="preserve"> </w:t>
      </w:r>
      <w:r>
        <w:t xml:space="preserve">8♥ 7♥</w:t>
      </w:r>
      <w:r>
        <w:t xml:space="preserve"> </w:t>
      </w:r>
      <w:r>
        <w:rPr>
          <w:b/>
          <w:bCs/>
        </w:rPr>
        <w:t xml:space="preserve">Board:</w:t>
      </w:r>
      <w:r>
        <w:t xml:space="preserve"> </w:t>
      </w:r>
      <w:r>
        <w:t xml:space="preserve">9♥ 6♣ 5♥ Q♦ 2♥</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7"/>
        </w:numPr>
      </w:pPr>
      <w:r>
        <w:t xml:space="preserve">Preflop: BTN raises to $12; SB folds, leaving $1; BB calls to $12.</w:t>
      </w:r>
    </w:p>
    <w:p>
      <w:pPr>
        <w:pStyle w:val="Compact"/>
        <w:numPr>
          <w:ilvl w:val="0"/>
          <w:numId w:val="1007"/>
        </w:numPr>
      </w:pPr>
      <w:r>
        <w:t xml:space="preserve">Flop: BB checks; BTN bets $16, BB calls.</w:t>
      </w:r>
    </w:p>
    <w:p>
      <w:pPr>
        <w:pStyle w:val="Compact"/>
        <w:numPr>
          <w:ilvl w:val="0"/>
          <w:numId w:val="1007"/>
        </w:numPr>
      </w:pPr>
      <w:r>
        <w:t xml:space="preserve">Turn: BB checks; BTN bets $36, BB calls.</w:t>
      </w:r>
    </w:p>
    <w:p>
      <w:pPr>
        <w:pStyle w:val="Compact"/>
        <w:numPr>
          <w:ilvl w:val="0"/>
          <w:numId w:val="1007"/>
        </w:numPr>
      </w:pPr>
      <w:r>
        <w:t xml:space="preserve">River: BB bets $85 into the pot; BTN (Hero) faces the call.</w:t>
      </w:r>
    </w:p>
    <w:p>
      <w:pPr>
        <w:pStyle w:val="FirstParagraph"/>
      </w:pPr>
      <w:r>
        <w:rPr>
          <w:b/>
          <w:bCs/>
        </w:rPr>
        <w:t xml:space="preserve">MS8-Q271.</w:t>
      </w:r>
      <w:r>
        <w:t xml:space="preserve"> </w:t>
      </w:r>
      <w:r>
        <w:t xml:space="preserve">MS8-H07: after the preflop actions below, what is the pot BEFORE the flop?</w:t>
      </w:r>
    </w:p>
    <w:p>
      <w:pPr>
        <w:pStyle w:val="BodyText"/>
      </w:pPr>
      <w:r>
        <w:t xml:space="preserve">A. $30.00</w:t>
      </w:r>
      <w:r>
        <w:br/>
      </w:r>
      <w:r>
        <w:t xml:space="preserve">B. $25.00</w:t>
      </w:r>
      <w:r>
        <w:br/>
      </w:r>
      <w:r>
        <w:t xml:space="preserve">C. $20.00</w:t>
      </w:r>
      <w:r>
        <w:br/>
      </w:r>
      <w:r>
        <w:t xml:space="preserve">D. $35.00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MS8-Q272.</w:t>
      </w:r>
      <w:r>
        <w:t xml:space="preserve"> </w:t>
      </w:r>
      <w:r>
        <w:t xml:space="preserve">MS8-H07: after the flop and turn calls, what is the river pot BEFORE villain’s river bet?</w:t>
      </w:r>
    </w:p>
    <w:p>
      <w:pPr>
        <w:pStyle w:val="BodyText"/>
      </w:pPr>
      <w:r>
        <w:t xml:space="preserve">A. $129.00</w:t>
      </w:r>
      <w:r>
        <w:br/>
      </w:r>
      <w:r>
        <w:t xml:space="preserve">B. $152.22</w:t>
      </w:r>
      <w:r>
        <w:br/>
      </w:r>
      <w:r>
        <w:t xml:space="preserve">C. $109.65</w:t>
      </w:r>
      <w:r>
        <w:br/>
      </w:r>
      <w:r>
        <w:t xml:space="preserve">D. $168.99</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MS8-Q273.</w:t>
      </w:r>
      <w:r>
        <w:t xml:space="preserve"> </w:t>
      </w:r>
      <w:r>
        <w:t xml:space="preserve">MS8-H07: on the river villain bets $85 into a pot of $129. If Hero calls and action closes, what equity must the call have, with no ties and no rake?</w:t>
      </w:r>
    </w:p>
    <w:p>
      <w:pPr>
        <w:pStyle w:val="BodyText"/>
      </w:pPr>
      <w:r>
        <w:t xml:space="preserve">A. 14.43%</w:t>
      </w:r>
      <w:r>
        <w:br/>
      </w:r>
      <w:r>
        <w:t xml:space="preserve">B. 21.43%</w:t>
      </w:r>
      <w:r>
        <w:br/>
      </w:r>
      <w:r>
        <w:t xml:space="preserve">C. 33.93%</w:t>
      </w:r>
      <w:r>
        <w:br/>
      </w:r>
      <w:r>
        <w:t xml:space="preserve">D. 28.43%</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MS8-Q274.</w:t>
      </w:r>
      <w:r>
        <w:t xml:space="preserve"> </w:t>
      </w:r>
      <w:r>
        <w:t xml:space="preserve">MS8-H07: suppose Hero beats 7 equally weighted bluffs and loses to 14 value combinations; no ties. What is Hero’s simplified EV in dollars of calling the river bet?</w:t>
      </w:r>
    </w:p>
    <w:p>
      <w:pPr>
        <w:pStyle w:val="BodyText"/>
      </w:pPr>
      <w:r>
        <w:t xml:space="preserve">A. $19.67</w:t>
      </w:r>
      <w:r>
        <w:br/>
      </w:r>
      <w:r>
        <w:t xml:space="preserve">B. $9.67</w:t>
      </w:r>
      <w:r>
        <w:br/>
      </w:r>
      <w:r>
        <w:t xml:space="preserve">C. $14.67</w:t>
      </w:r>
      <w:r>
        <w:br/>
      </w:r>
      <w:r>
        <w:t xml:space="preserve">D. $24.67</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MS8-Q275.</w:t>
      </w:r>
      <w:r>
        <w:t xml:space="preserve"> </w:t>
      </w:r>
      <w:r>
        <w:t xml:space="preserve">MS8-H07: with 14 equally weighted value combos beating Hero, what is the MINIMUM integer number of equally weighted bluffs villain must bet for Hero’s $85 river call to be break-even or profitable?</w:t>
      </w:r>
    </w:p>
    <w:p>
      <w:pPr>
        <w:pStyle w:val="BodyText"/>
      </w:pPr>
      <w:r>
        <w:t xml:space="preserve">A. 7</w:t>
      </w:r>
      <w:r>
        <w:br/>
      </w:r>
      <w:r>
        <w:t xml:space="preserve">B. 6</w:t>
      </w:r>
      <w:r>
        <w:br/>
      </w:r>
      <w:r>
        <w:t xml:space="preserve">C. 8</w:t>
      </w:r>
      <w:r>
        <w:br/>
      </w:r>
      <w:r>
        <w:t xml:space="preserve">D. 5</w:t>
      </w:r>
    </w:p>
    <w:p>
      <w:pPr>
        <w:pStyle w:val="BodyText"/>
        <w:spacing w:after="40"/>
      </w:pPr>
      <w:r>
        <w:rPr>
          <w:b/>
          <w:bCs/>
        </w:rPr>
        <w:t xml:space="preserve">Your ledger/calculation:</w:t>
      </w:r>
      <w:r>
        <w:t xml:space="preserve"> </w:t>
      </w:r>
      <w:r>
        <w:t xml:space="preserve">______________________________________</w:t>
      </w:r>
    </w:p>
    <w:bookmarkEnd w:id="42"/>
    <w:bookmarkStart w:id="43" w:name="X633d604cb881245529831dcbb142af64267f4e9"/>
    <w:p>
      <w:pPr>
        <w:pStyle w:val="Heading2"/>
      </w:pPr>
      <w:r>
        <w:t xml:space="preserve">MS8-H08 — Weak ace facing polarized pressure</w:t>
      </w:r>
    </w:p>
    <w:p>
      <w:pPr>
        <w:pStyle w:val="FirstParagraph"/>
      </w:pPr>
      <w:r>
        <w:rPr>
          <w:b/>
          <w:bCs/>
        </w:rPr>
        <w:t xml:space="preserve">Hole cards:</w:t>
      </w:r>
      <w:r>
        <w:t xml:space="preserve"> </w:t>
      </w:r>
      <w:r>
        <w:t xml:space="preserve">A♣ 5♣</w:t>
      </w:r>
      <w:r>
        <w:t xml:space="preserve"> </w:t>
      </w:r>
      <w:r>
        <w:rPr>
          <w:b/>
          <w:bCs/>
        </w:rPr>
        <w:t xml:space="preserve">Board:</w:t>
      </w:r>
      <w:r>
        <w:t xml:space="preserve"> </w:t>
      </w:r>
      <w:r>
        <w:t xml:space="preserve">A♦ 7♠ 2♥ K♠ 4♦</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8"/>
        </w:numPr>
      </w:pPr>
      <w:r>
        <w:t xml:space="preserve">Preflop: BTN raises to $11; SB folds, leaving $1; BB calls to $11.</w:t>
      </w:r>
    </w:p>
    <w:p>
      <w:pPr>
        <w:pStyle w:val="Compact"/>
        <w:numPr>
          <w:ilvl w:val="0"/>
          <w:numId w:val="1008"/>
        </w:numPr>
      </w:pPr>
      <w:r>
        <w:t xml:space="preserve">Flop: BB checks; BTN bets $20, BB calls.</w:t>
      </w:r>
    </w:p>
    <w:p>
      <w:pPr>
        <w:pStyle w:val="Compact"/>
        <w:numPr>
          <w:ilvl w:val="0"/>
          <w:numId w:val="1008"/>
        </w:numPr>
      </w:pPr>
      <w:r>
        <w:t xml:space="preserve">Turn: BB checks; BTN bets $30, BB calls.</w:t>
      </w:r>
    </w:p>
    <w:p>
      <w:pPr>
        <w:pStyle w:val="Compact"/>
        <w:numPr>
          <w:ilvl w:val="0"/>
          <w:numId w:val="1008"/>
        </w:numPr>
      </w:pPr>
      <w:r>
        <w:t xml:space="preserve">River: BB bets $55 into the pot; BTN (Hero) faces the call.</w:t>
      </w:r>
    </w:p>
    <w:p>
      <w:pPr>
        <w:pStyle w:val="FirstParagraph"/>
      </w:pPr>
      <w:r>
        <w:rPr>
          <w:b/>
          <w:bCs/>
        </w:rPr>
        <w:t xml:space="preserve">MS8-Q276.</w:t>
      </w:r>
      <w:r>
        <w:t xml:space="preserve"> </w:t>
      </w:r>
      <w:r>
        <w:t xml:space="preserve">MS8-H08: after the preflop actions below, what is the pot BEFORE the flop?</w:t>
      </w:r>
    </w:p>
    <w:p>
      <w:pPr>
        <w:pStyle w:val="BodyText"/>
      </w:pPr>
      <w:r>
        <w:t xml:space="preserve">A. $23.00</w:t>
      </w:r>
      <w:r>
        <w:br/>
      </w:r>
      <w:r>
        <w:t xml:space="preserve">B. $28.00</w:t>
      </w:r>
      <w:r>
        <w:br/>
      </w:r>
      <w:r>
        <w:t xml:space="preserve">C. $18.00</w:t>
      </w:r>
      <w:r>
        <w:br/>
      </w:r>
      <w:r>
        <w:t xml:space="preserve">D. $33.00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MS8-Q277.</w:t>
      </w:r>
      <w:r>
        <w:t xml:space="preserve"> </w:t>
      </w:r>
      <w:r>
        <w:t xml:space="preserve">MS8-H08: after the flop and turn calls, what is the river pot BEFORE villain’s river bet?</w:t>
      </w:r>
    </w:p>
    <w:p>
      <w:pPr>
        <w:pStyle w:val="BodyText"/>
      </w:pPr>
      <w:r>
        <w:t xml:space="preserve">A. $145.14</w:t>
      </w:r>
      <w:r>
        <w:br/>
      </w:r>
      <w:r>
        <w:t xml:space="preserve">B. $104.55</w:t>
      </w:r>
      <w:r>
        <w:br/>
      </w:r>
      <w:r>
        <w:t xml:space="preserve">C. $161.13</w:t>
      </w:r>
      <w:r>
        <w:br/>
      </w:r>
      <w:r>
        <w:t xml:space="preserve">D. $123.00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MS8-Q278.</w:t>
      </w:r>
      <w:r>
        <w:t xml:space="preserve"> </w:t>
      </w:r>
      <w:r>
        <w:t xml:space="preserve">MS8-H08: on the river villain bets $55 into a pot of $123. If Hero calls and action closes, what equity must the call have, with no ties and no rake?</w:t>
      </w:r>
    </w:p>
    <w:p>
      <w:pPr>
        <w:pStyle w:val="BodyText"/>
      </w:pPr>
      <w:r>
        <w:t xml:space="preserve">A. 9.61%</w:t>
      </w:r>
      <w:r>
        <w:br/>
      </w:r>
      <w:r>
        <w:t xml:space="preserve">B. 16.61%</w:t>
      </w:r>
      <w:r>
        <w:br/>
      </w:r>
      <w:r>
        <w:t xml:space="preserve">C. 23.61%</w:t>
      </w:r>
      <w:r>
        <w:br/>
      </w:r>
      <w:r>
        <w:t xml:space="preserve">D. 29.11%</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MS8-Q279.</w:t>
      </w:r>
      <w:r>
        <w:t xml:space="preserve"> </w:t>
      </w:r>
      <w:r>
        <w:t xml:space="preserve">MS8-H08: suppose Hero beats 2 equally weighted bluffs and loses to 18 value combinations; no ties. What is Hero’s simplified EV in dollars of calling the river bet?</w:t>
      </w:r>
    </w:p>
    <w:p>
      <w:pPr>
        <w:pStyle w:val="BodyText"/>
      </w:pPr>
      <w:r>
        <w:t xml:space="preserve">A. -$25.99</w:t>
      </w:r>
      <w:r>
        <w:br/>
      </w:r>
      <w:r>
        <w:t xml:space="preserve">B. -$31.70</w:t>
      </w:r>
      <w:r>
        <w:br/>
      </w:r>
      <w:r>
        <w:t xml:space="preserve">C. -$36.70</w:t>
      </w:r>
      <w:r>
        <w:br/>
      </w:r>
      <w:r>
        <w:t xml:space="preserve">D. -$21.70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MS8-Q280.</w:t>
      </w:r>
      <w:r>
        <w:t xml:space="preserve"> </w:t>
      </w:r>
      <w:r>
        <w:t xml:space="preserve">MS8-H08: with 18 equally weighted value combos beating Hero, what is the MINIMUM integer number of equally weighted bluffs villain must bet for Hero’s $55 river call to be break-even or profitable?</w:t>
      </w:r>
    </w:p>
    <w:p>
      <w:pPr>
        <w:pStyle w:val="BodyText"/>
      </w:pPr>
      <w:r>
        <w:t xml:space="preserve">A. 6</w:t>
      </w:r>
      <w:r>
        <w:br/>
      </w:r>
      <w:r>
        <w:t xml:space="preserve">B. 7</w:t>
      </w:r>
      <w:r>
        <w:br/>
      </w:r>
      <w:r>
        <w:t xml:space="preserve">C. 8</w:t>
      </w:r>
      <w:r>
        <w:br/>
      </w:r>
      <w:r>
        <w:t xml:space="preserve">D. 5</w:t>
      </w:r>
    </w:p>
    <w:p>
      <w:pPr>
        <w:pStyle w:val="BodyText"/>
        <w:spacing w:after="40"/>
      </w:pPr>
      <w:r>
        <w:rPr>
          <w:b/>
          <w:bCs/>
        </w:rPr>
        <w:t xml:space="preserve">Your ledger/calculation:</w:t>
      </w:r>
      <w:r>
        <w:t xml:space="preserve"> </w:t>
      </w:r>
      <w:r>
        <w:t xml:space="preserve">______________________________________</w:t>
      </w:r>
    </w:p>
    <w:bookmarkEnd w:id="43"/>
    <w:bookmarkStart w:id="44" w:name="ms8-h09-overpair-on-a-dangerous-turn"/>
    <w:p>
      <w:pPr>
        <w:pStyle w:val="Heading2"/>
      </w:pPr>
      <w:r>
        <w:t xml:space="preserve">MS8-H09 — Overpair on a dangerous turn</w:t>
      </w:r>
    </w:p>
    <w:p>
      <w:pPr>
        <w:pStyle w:val="FirstParagraph"/>
      </w:pPr>
      <w:r>
        <w:rPr>
          <w:b/>
          <w:bCs/>
        </w:rPr>
        <w:t xml:space="preserve">Hole cards:</w:t>
      </w:r>
      <w:r>
        <w:t xml:space="preserve"> </w:t>
      </w:r>
      <w:r>
        <w:t xml:space="preserve">Q♠ Q♦</w:t>
      </w:r>
      <w:r>
        <w:t xml:space="preserve"> </w:t>
      </w:r>
      <w:r>
        <w:rPr>
          <w:b/>
          <w:bCs/>
        </w:rPr>
        <w:t xml:space="preserve">Board:</w:t>
      </w:r>
      <w:r>
        <w:t xml:space="preserve"> </w:t>
      </w:r>
      <w:r>
        <w:t xml:space="preserve">J♥ 9♥ 2♣ T♥ 3♠</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09"/>
        </w:numPr>
      </w:pPr>
      <w:r>
        <w:t xml:space="preserve">Preflop: UTG raises to $15; CO calls, BTN (Hero) calls, SB and BB fold, leaving $3 dead blinds.</w:t>
      </w:r>
    </w:p>
    <w:p>
      <w:pPr>
        <w:pStyle w:val="Compact"/>
        <w:numPr>
          <w:ilvl w:val="0"/>
          <w:numId w:val="1009"/>
        </w:numPr>
      </w:pPr>
      <w:r>
        <w:t xml:space="preserve">Flop: UTG and CO check; BTN (Hero) bets $30; UTG calls, CO folds.</w:t>
      </w:r>
    </w:p>
    <w:p>
      <w:pPr>
        <w:pStyle w:val="Compact"/>
        <w:numPr>
          <w:ilvl w:val="0"/>
          <w:numId w:val="1009"/>
        </w:numPr>
      </w:pPr>
      <w:r>
        <w:t xml:space="preserve">Turn: UTG checks; BTN bets $50, UTG calls.</w:t>
      </w:r>
    </w:p>
    <w:p>
      <w:pPr>
        <w:pStyle w:val="Compact"/>
        <w:numPr>
          <w:ilvl w:val="0"/>
          <w:numId w:val="1009"/>
        </w:numPr>
      </w:pPr>
      <w:r>
        <w:t xml:space="preserve">River: UTG leads $100; BTN (Hero) faces the call.</w:t>
      </w:r>
    </w:p>
    <w:p>
      <w:pPr>
        <w:pStyle w:val="FirstParagraph"/>
      </w:pPr>
      <w:r>
        <w:rPr>
          <w:b/>
          <w:bCs/>
        </w:rPr>
        <w:t xml:space="preserve">MS8-Q281.</w:t>
      </w:r>
      <w:r>
        <w:t xml:space="preserve"> </w:t>
      </w:r>
      <w:r>
        <w:t xml:space="preserve">MS8-H09: after the preflop actions below, what is the pot BEFORE the flop?</w:t>
      </w:r>
    </w:p>
    <w:p>
      <w:pPr>
        <w:pStyle w:val="BodyText"/>
      </w:pPr>
      <w:r>
        <w:t xml:space="preserve">A. $56.64</w:t>
      </w:r>
      <w:r>
        <w:br/>
      </w:r>
      <w:r>
        <w:t xml:space="preserve">B. $40.80</w:t>
      </w:r>
      <w:r>
        <w:br/>
      </w:r>
      <w:r>
        <w:t xml:space="preserve">C. $62.88</w:t>
      </w:r>
      <w:r>
        <w:br/>
      </w:r>
      <w:r>
        <w:t xml:space="preserve">D. $48.00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MS8-Q282.</w:t>
      </w:r>
      <w:r>
        <w:t xml:space="preserve"> </w:t>
      </w:r>
      <w:r>
        <w:t xml:space="preserve">MS8-H09: after the flop and turn calls, what is the river pot BEFORE villain’s river bet?</w:t>
      </w:r>
    </w:p>
    <w:p>
      <w:pPr>
        <w:pStyle w:val="BodyText"/>
      </w:pPr>
      <w:r>
        <w:t xml:space="preserve">A. $245.44</w:t>
      </w:r>
      <w:r>
        <w:br/>
      </w:r>
      <w:r>
        <w:t xml:space="preserve">B. $176.80</w:t>
      </w:r>
      <w:r>
        <w:br/>
      </w:r>
      <w:r>
        <w:t xml:space="preserve">C. $208.00</w:t>
      </w:r>
      <w:r>
        <w:br/>
      </w:r>
      <w:r>
        <w:t xml:space="preserve">D. $272.48</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MS8-Q283.</w:t>
      </w:r>
      <w:r>
        <w:t xml:space="preserve"> </w:t>
      </w:r>
      <w:r>
        <w:t xml:space="preserve">MS8-H09: on the river villain bets $100 into a pot of $208. If Hero calls and action closes, what equity must the call have, with no ties and no rake?</w:t>
      </w:r>
    </w:p>
    <w:p>
      <w:pPr>
        <w:pStyle w:val="BodyText"/>
      </w:pPr>
      <w:r>
        <w:t xml:space="preserve">A. 10.51%</w:t>
      </w:r>
      <w:r>
        <w:br/>
      </w:r>
      <w:r>
        <w:t xml:space="preserve">B. 24.51%</w:t>
      </w:r>
      <w:r>
        <w:br/>
      </w:r>
      <w:r>
        <w:t xml:space="preserve">C. 17.51%</w:t>
      </w:r>
      <w:r>
        <w:br/>
      </w:r>
      <w:r>
        <w:t xml:space="preserve">D. 30.01%</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MS8-Q284.</w:t>
      </w:r>
      <w:r>
        <w:t xml:space="preserve"> </w:t>
      </w:r>
      <w:r>
        <w:t xml:space="preserve">MS8-H09: suppose Hero beats 6 equally weighted bluffs and loses to 13 value combinations; no ties. What is Hero’s simplified EV in dollars of calling the river bet?</w:t>
      </w:r>
    </w:p>
    <w:p>
      <w:pPr>
        <w:pStyle w:val="BodyText"/>
      </w:pPr>
      <w:r>
        <w:t xml:space="preserve">A. $28.84</w:t>
      </w:r>
      <w:r>
        <w:br/>
      </w:r>
      <w:r>
        <w:t xml:space="preserve">B. $34.03</w:t>
      </w:r>
      <w:r>
        <w:br/>
      </w:r>
      <w:r>
        <w:t xml:space="preserve">C. $23.84</w:t>
      </w:r>
      <w:r>
        <w:br/>
      </w:r>
      <w:r>
        <w:t xml:space="preserve">D. $38.84</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MS8-Q285.</w:t>
      </w:r>
      <w:r>
        <w:t xml:space="preserve"> </w:t>
      </w:r>
      <w:r>
        <w:t xml:space="preserve">MS8-H09: with 13 equally weighted value combos beating Hero, what is the MINIMUM integer number of equally weighted bluffs villain must bet for Hero’s $100 river call to be break-even or profitable?</w:t>
      </w:r>
    </w:p>
    <w:p>
      <w:pPr>
        <w:pStyle w:val="BodyText"/>
      </w:pPr>
      <w:r>
        <w:t xml:space="preserve">A. 6</w:t>
      </w:r>
      <w:r>
        <w:br/>
      </w:r>
      <w:r>
        <w:t xml:space="preserve">B. 7</w:t>
      </w:r>
      <w:r>
        <w:br/>
      </w:r>
      <w:r>
        <w:t xml:space="preserve">C. 4</w:t>
      </w:r>
      <w:r>
        <w:br/>
      </w:r>
      <w:r>
        <w:t xml:space="preserve">D. 5</w:t>
      </w:r>
    </w:p>
    <w:p>
      <w:pPr>
        <w:pStyle w:val="BodyText"/>
        <w:spacing w:after="40"/>
      </w:pPr>
      <w:r>
        <w:rPr>
          <w:b/>
          <w:bCs/>
        </w:rPr>
        <w:t xml:space="preserve">Your ledger/calculation:</w:t>
      </w:r>
      <w:r>
        <w:t xml:space="preserve"> </w:t>
      </w:r>
      <w:r>
        <w:t xml:space="preserve">______________________________________</w:t>
      </w:r>
    </w:p>
    <w:bookmarkEnd w:id="44"/>
    <w:bookmarkStart w:id="45" w:name="X73b43fb7a385afc7dd18fa654251b1471e5cb4f"/>
    <w:p>
      <w:pPr>
        <w:pStyle w:val="Heading2"/>
      </w:pPr>
      <w:r>
        <w:t xml:space="preserve">MS8-H10 — Top pair second kicker in position</w:t>
      </w:r>
    </w:p>
    <w:p>
      <w:pPr>
        <w:pStyle w:val="FirstParagraph"/>
      </w:pPr>
      <w:r>
        <w:rPr>
          <w:b/>
          <w:bCs/>
        </w:rPr>
        <w:t xml:space="preserve">Hole cards:</w:t>
      </w:r>
      <w:r>
        <w:t xml:space="preserve"> </w:t>
      </w:r>
      <w:r>
        <w:t xml:space="preserve">K♠ J♠</w:t>
      </w:r>
      <w:r>
        <w:t xml:space="preserve"> </w:t>
      </w:r>
      <w:r>
        <w:rPr>
          <w:b/>
          <w:bCs/>
        </w:rPr>
        <w:t xml:space="preserve">Board:</w:t>
      </w:r>
      <w:r>
        <w:t xml:space="preserve"> </w:t>
      </w:r>
      <w:r>
        <w:t xml:space="preserve">K♦ T♥ 4♠ 7♣ 2♥</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10"/>
        </w:numPr>
      </w:pPr>
      <w:r>
        <w:t xml:space="preserve">Preflop: BTN raises to $12; SB folds, leaving $1; BB calls to $12.</w:t>
      </w:r>
    </w:p>
    <w:p>
      <w:pPr>
        <w:pStyle w:val="Compact"/>
        <w:numPr>
          <w:ilvl w:val="0"/>
          <w:numId w:val="1010"/>
        </w:numPr>
      </w:pPr>
      <w:r>
        <w:t xml:space="preserve">Flop: BB checks; BTN bets $18, BB calls.</w:t>
      </w:r>
    </w:p>
    <w:p>
      <w:pPr>
        <w:pStyle w:val="Compact"/>
        <w:numPr>
          <w:ilvl w:val="0"/>
          <w:numId w:val="1010"/>
        </w:numPr>
      </w:pPr>
      <w:r>
        <w:t xml:space="preserve">Turn: BB checks; BTN bets $32, BB calls.</w:t>
      </w:r>
    </w:p>
    <w:p>
      <w:pPr>
        <w:pStyle w:val="Compact"/>
        <w:numPr>
          <w:ilvl w:val="0"/>
          <w:numId w:val="1010"/>
        </w:numPr>
      </w:pPr>
      <w:r>
        <w:t xml:space="preserve">River: BB bets $72 into the pot; BTN (Hero) faces the call.</w:t>
      </w:r>
    </w:p>
    <w:p>
      <w:pPr>
        <w:pStyle w:val="FirstParagraph"/>
      </w:pPr>
      <w:r>
        <w:rPr>
          <w:b/>
          <w:bCs/>
        </w:rPr>
        <w:t xml:space="preserve">MS8-Q286.</w:t>
      </w:r>
      <w:r>
        <w:t xml:space="preserve"> </w:t>
      </w:r>
      <w:r>
        <w:t xml:space="preserve">MS8-H10: after the preflop actions below, what is the pot BEFORE the flop?</w:t>
      </w:r>
    </w:p>
    <w:p>
      <w:pPr>
        <w:pStyle w:val="BodyText"/>
      </w:pPr>
      <w:r>
        <w:t xml:space="preserve">A. $30.00</w:t>
      </w:r>
      <w:r>
        <w:br/>
      </w:r>
      <w:r>
        <w:t xml:space="preserve">B. $20.00</w:t>
      </w:r>
      <w:r>
        <w:br/>
      </w:r>
      <w:r>
        <w:t xml:space="preserve">C. $25.00</w:t>
      </w:r>
      <w:r>
        <w:br/>
      </w:r>
      <w:r>
        <w:t xml:space="preserve">D. $35.00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MS8-Q287.</w:t>
      </w:r>
      <w:r>
        <w:t xml:space="preserve"> </w:t>
      </w:r>
      <w:r>
        <w:t xml:space="preserve">MS8-H10: after the flop and turn calls, what is the river pot BEFORE villain’s river bet?</w:t>
      </w:r>
    </w:p>
    <w:p>
      <w:pPr>
        <w:pStyle w:val="BodyText"/>
      </w:pPr>
      <w:r>
        <w:t xml:space="preserve">A. $147.50</w:t>
      </w:r>
      <w:r>
        <w:br/>
      </w:r>
      <w:r>
        <w:t xml:space="preserve">B. $125.00</w:t>
      </w:r>
      <w:r>
        <w:br/>
      </w:r>
      <w:r>
        <w:t xml:space="preserve">C. $106.25</w:t>
      </w:r>
      <w:r>
        <w:br/>
      </w:r>
      <w:r>
        <w:t xml:space="preserve">D. $163.75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MS8-Q288.</w:t>
      </w:r>
      <w:r>
        <w:t xml:space="preserve"> </w:t>
      </w:r>
      <w:r>
        <w:t xml:space="preserve">MS8-H10: on the river villain bets $72 into a pot of $125. If Hero calls and action closes, what equity must the call have, with no ties and no rake?</w:t>
      </w:r>
    </w:p>
    <w:p>
      <w:pPr>
        <w:pStyle w:val="BodyText"/>
      </w:pPr>
      <w:r>
        <w:t xml:space="preserve">A. 26.77%</w:t>
      </w:r>
      <w:r>
        <w:br/>
      </w:r>
      <w:r>
        <w:t xml:space="preserve">B. 12.77%</w:t>
      </w:r>
      <w:r>
        <w:br/>
      </w:r>
      <w:r>
        <w:t xml:space="preserve">C. 19.77%</w:t>
      </w:r>
      <w:r>
        <w:br/>
      </w:r>
      <w:r>
        <w:t xml:space="preserve">D. 32.27%</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MS8-Q289.</w:t>
      </w:r>
      <w:r>
        <w:t xml:space="preserve"> </w:t>
      </w:r>
      <w:r>
        <w:t xml:space="preserve">MS8-H10: suppose Hero beats 5 equally weighted bluffs and loses to 10 value combinations; no ties. What is Hero’s simplified EV in dollars of calling the river bet?</w:t>
      </w:r>
    </w:p>
    <w:p>
      <w:pPr>
        <w:pStyle w:val="BodyText"/>
      </w:pPr>
      <w:r>
        <w:t xml:space="preserve">A. $22.67</w:t>
      </w:r>
      <w:r>
        <w:br/>
      </w:r>
      <w:r>
        <w:t xml:space="preserve">B. $12.67</w:t>
      </w:r>
      <w:r>
        <w:br/>
      </w:r>
      <w:r>
        <w:t xml:space="preserve">C. $27.67</w:t>
      </w:r>
      <w:r>
        <w:br/>
      </w:r>
      <w:r>
        <w:t xml:space="preserve">D. $17.67</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MS8-Q290.</w:t>
      </w:r>
      <w:r>
        <w:t xml:space="preserve"> </w:t>
      </w:r>
      <w:r>
        <w:t xml:space="preserve">MS8-H10: with 10 equally weighted value combos beating Hero, what is the MINIMUM integer number of equally weighted bluffs villain must bet for Hero’s $72 river call to be break-even or profitable?</w:t>
      </w:r>
    </w:p>
    <w:p>
      <w:pPr>
        <w:pStyle w:val="BodyText"/>
      </w:pPr>
      <w:r>
        <w:t xml:space="preserve">A. 5</w:t>
      </w:r>
      <w:r>
        <w:br/>
      </w:r>
      <w:r>
        <w:t xml:space="preserve">B. 6</w:t>
      </w:r>
      <w:r>
        <w:br/>
      </w:r>
      <w:r>
        <w:t xml:space="preserve">C. 4</w:t>
      </w:r>
      <w:r>
        <w:br/>
      </w:r>
      <w:r>
        <w:t xml:space="preserve">D. 3</w:t>
      </w:r>
    </w:p>
    <w:p>
      <w:pPr>
        <w:pStyle w:val="BodyText"/>
        <w:spacing w:after="40"/>
      </w:pPr>
      <w:r>
        <w:rPr>
          <w:b/>
          <w:bCs/>
        </w:rPr>
        <w:t xml:space="preserve">Your ledger/calculation:</w:t>
      </w:r>
      <w:r>
        <w:t xml:space="preserve"> </w:t>
      </w:r>
      <w:r>
        <w:t xml:space="preserve">______________________________________</w:t>
      </w:r>
    </w:p>
    <w:bookmarkEnd w:id="45"/>
    <w:bookmarkStart w:id="46" w:name="ms8-h11-flopped-set-against-river-value"/>
    <w:p>
      <w:pPr>
        <w:pStyle w:val="Heading2"/>
      </w:pPr>
      <w:r>
        <w:t xml:space="preserve">MS8-H11 — Flopped set against river value</w:t>
      </w:r>
    </w:p>
    <w:p>
      <w:pPr>
        <w:pStyle w:val="FirstParagraph"/>
      </w:pPr>
      <w:r>
        <w:rPr>
          <w:b/>
          <w:bCs/>
        </w:rPr>
        <w:t xml:space="preserve">Hole cards:</w:t>
      </w:r>
      <w:r>
        <w:t xml:space="preserve"> </w:t>
      </w:r>
      <w:r>
        <w:t xml:space="preserve">4♠ 4♣</w:t>
      </w:r>
      <w:r>
        <w:t xml:space="preserve"> </w:t>
      </w:r>
      <w:r>
        <w:rPr>
          <w:b/>
          <w:bCs/>
        </w:rPr>
        <w:t xml:space="preserve">Board:</w:t>
      </w:r>
      <w:r>
        <w:t xml:space="preserve"> </w:t>
      </w:r>
      <w:r>
        <w:t xml:space="preserve">A♥ 8♣ 4♦ K♦ T♠</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11"/>
        </w:numPr>
      </w:pPr>
      <w:r>
        <w:t xml:space="preserve">Preflop: BTN raises to $10; SB folds, leaving $1; BB calls to $10.</w:t>
      </w:r>
    </w:p>
    <w:p>
      <w:pPr>
        <w:pStyle w:val="Compact"/>
        <w:numPr>
          <w:ilvl w:val="0"/>
          <w:numId w:val="1011"/>
        </w:numPr>
      </w:pPr>
      <w:r>
        <w:t xml:space="preserve">Flop: BB checks; BTN bets $22, BB calls.</w:t>
      </w:r>
    </w:p>
    <w:p>
      <w:pPr>
        <w:pStyle w:val="Compact"/>
        <w:numPr>
          <w:ilvl w:val="0"/>
          <w:numId w:val="1011"/>
        </w:numPr>
      </w:pPr>
      <w:r>
        <w:t xml:space="preserve">Turn: BB checks; BTN bets $44, BB calls.</w:t>
      </w:r>
    </w:p>
    <w:p>
      <w:pPr>
        <w:pStyle w:val="Compact"/>
        <w:numPr>
          <w:ilvl w:val="0"/>
          <w:numId w:val="1011"/>
        </w:numPr>
      </w:pPr>
      <w:r>
        <w:t xml:space="preserve">River: BB bets $80 into the pot; BTN (Hero) faces the call.</w:t>
      </w:r>
    </w:p>
    <w:p>
      <w:pPr>
        <w:pStyle w:val="FirstParagraph"/>
      </w:pPr>
      <w:r>
        <w:rPr>
          <w:b/>
          <w:bCs/>
        </w:rPr>
        <w:t xml:space="preserve">MS8-Q291.</w:t>
      </w:r>
      <w:r>
        <w:t xml:space="preserve"> </w:t>
      </w:r>
      <w:r>
        <w:t xml:space="preserve">MS8-H11: after the preflop actions below, what is the pot BEFORE the flop?</w:t>
      </w:r>
    </w:p>
    <w:p>
      <w:pPr>
        <w:pStyle w:val="BodyText"/>
      </w:pPr>
      <w:r>
        <w:t xml:space="preserve">A. $26.00</w:t>
      </w:r>
      <w:r>
        <w:br/>
      </w:r>
      <w:r>
        <w:t xml:space="preserve">B. $21.00</w:t>
      </w:r>
      <w:r>
        <w:br/>
      </w:r>
      <w:r>
        <w:t xml:space="preserve">C. $16.00</w:t>
      </w:r>
      <w:r>
        <w:br/>
      </w:r>
      <w:r>
        <w:t xml:space="preserve">D. $31.00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MS8-Q292.</w:t>
      </w:r>
      <w:r>
        <w:t xml:space="preserve"> </w:t>
      </w:r>
      <w:r>
        <w:t xml:space="preserve">MS8-H11: after the flop and turn calls, what is the river pot BEFORE villain’s river bet?</w:t>
      </w:r>
    </w:p>
    <w:p>
      <w:pPr>
        <w:pStyle w:val="BodyText"/>
      </w:pPr>
      <w:r>
        <w:t xml:space="preserve">A. $153.00</w:t>
      </w:r>
      <w:r>
        <w:br/>
      </w:r>
      <w:r>
        <w:t xml:space="preserve">B. $180.54</w:t>
      </w:r>
      <w:r>
        <w:br/>
      </w:r>
      <w:r>
        <w:t xml:space="preserve">C. $130.05</w:t>
      </w:r>
      <w:r>
        <w:br/>
      </w:r>
      <w:r>
        <w:t xml:space="preserve">D. $200.43</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MS8-Q293.</w:t>
      </w:r>
      <w:r>
        <w:t xml:space="preserve"> </w:t>
      </w:r>
      <w:r>
        <w:t xml:space="preserve">MS8-H11: on the river villain bets $80 into a pot of $153. If Hero calls and action closes, what equity must the call have, with no ties and no rake?</w:t>
      </w:r>
    </w:p>
    <w:p>
      <w:pPr>
        <w:pStyle w:val="BodyText"/>
      </w:pPr>
      <w:r>
        <w:t xml:space="preserve">A. 11.56%</w:t>
      </w:r>
      <w:r>
        <w:br/>
      </w:r>
      <w:r>
        <w:t xml:space="preserve">B. 18.56%</w:t>
      </w:r>
      <w:r>
        <w:br/>
      </w:r>
      <w:r>
        <w:t xml:space="preserve">C. 31.06%</w:t>
      </w:r>
      <w:r>
        <w:br/>
      </w:r>
      <w:r>
        <w:t xml:space="preserve">D. 25.56%</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MS8-Q294.</w:t>
      </w:r>
      <w:r>
        <w:t xml:space="preserve"> </w:t>
      </w:r>
      <w:r>
        <w:t xml:space="preserve">MS8-H11: suppose Hero beats 5 equally weighted bluffs and loses to 14 value combinations; no ties. What is Hero’s simplified EV in dollars of calling the river bet?</w:t>
      </w:r>
    </w:p>
    <w:p>
      <w:pPr>
        <w:pStyle w:val="BodyText"/>
      </w:pPr>
      <w:r>
        <w:t xml:space="preserve">A. $7.37</w:t>
      </w:r>
      <w:r>
        <w:br/>
      </w:r>
      <w:r>
        <w:t xml:space="preserve">B. -$2.63</w:t>
      </w:r>
      <w:r>
        <w:br/>
      </w:r>
      <w:r>
        <w:t xml:space="preserve">C. $2.37</w:t>
      </w:r>
      <w:r>
        <w:br/>
      </w:r>
      <w:r>
        <w:t xml:space="preserve">D. $12.37</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MS8-Q295.</w:t>
      </w:r>
      <w:r>
        <w:t xml:space="preserve"> </w:t>
      </w:r>
      <w:r>
        <w:t xml:space="preserve">MS8-H11: with 14 equally weighted value combos beating Hero, what is the MINIMUM integer number of equally weighted bluffs villain must bet for Hero’s $80 river call to be break-even or profitable?</w:t>
      </w:r>
    </w:p>
    <w:p>
      <w:pPr>
        <w:pStyle w:val="BodyText"/>
      </w:pPr>
      <w:r>
        <w:t xml:space="preserve">A. 6</w:t>
      </w:r>
      <w:r>
        <w:br/>
      </w:r>
      <w:r>
        <w:t xml:space="preserve">B. 5</w:t>
      </w:r>
      <w:r>
        <w:br/>
      </w:r>
      <w:r>
        <w:t xml:space="preserve">C. 7</w:t>
      </w:r>
      <w:r>
        <w:br/>
      </w:r>
      <w:r>
        <w:t xml:space="preserve">D. 4</w:t>
      </w:r>
    </w:p>
    <w:p>
      <w:pPr>
        <w:pStyle w:val="BodyText"/>
        <w:spacing w:after="40"/>
      </w:pPr>
      <w:r>
        <w:rPr>
          <w:b/>
          <w:bCs/>
        </w:rPr>
        <w:t xml:space="preserve">Your ledger/calculation:</w:t>
      </w:r>
      <w:r>
        <w:t xml:space="preserve"> </w:t>
      </w:r>
      <w:r>
        <w:t xml:space="preserve">______________________________________</w:t>
      </w:r>
    </w:p>
    <w:bookmarkEnd w:id="46"/>
    <w:bookmarkStart w:id="47" w:name="X0be8488b98f2c7df681886acd977beecef253c9"/>
    <w:p>
      <w:pPr>
        <w:pStyle w:val="Heading2"/>
      </w:pPr>
      <w:r>
        <w:t xml:space="preserve">MS8-H12 — Turn Broadway against river flush threat</w:t>
      </w:r>
    </w:p>
    <w:p>
      <w:pPr>
        <w:pStyle w:val="FirstParagraph"/>
      </w:pPr>
      <w:r>
        <w:rPr>
          <w:b/>
          <w:bCs/>
        </w:rPr>
        <w:t xml:space="preserve">Hole cards:</w:t>
      </w:r>
      <w:r>
        <w:t xml:space="preserve"> </w:t>
      </w:r>
      <w:r>
        <w:t xml:space="preserve">A♦ T♦</w:t>
      </w:r>
      <w:r>
        <w:t xml:space="preserve"> </w:t>
      </w:r>
      <w:r>
        <w:rPr>
          <w:b/>
          <w:bCs/>
        </w:rPr>
        <w:t xml:space="preserve">Board:</w:t>
      </w:r>
      <w:r>
        <w:t xml:space="preserve"> </w:t>
      </w:r>
      <w:r>
        <w:t xml:space="preserve">Q♥ J♣ 8♦ K♣ 3♣</w:t>
      </w:r>
      <w:r>
        <w:t xml:space="preserve"> </w:t>
      </w:r>
      <w:r>
        <w:rPr>
          <w:b/>
          <w:bCs/>
        </w:rPr>
        <w:t xml:space="preserve">Blinds:</w:t>
      </w:r>
      <w:r>
        <w:t xml:space="preserve"> </w:t>
      </w:r>
      <w:r>
        <w:t xml:space="preserve">$1/$2</w:t>
      </w:r>
      <w:r>
        <w:t xml:space="preserve"> </w:t>
      </w:r>
      <w:r>
        <w:rPr>
          <w:b/>
          <w:bCs/>
        </w:rPr>
        <w:t xml:space="preserve">Starting stacks:</w:t>
      </w:r>
      <w:r>
        <w:t xml:space="preserve"> </w:t>
      </w:r>
      <w:r>
        <w:t xml:space="preserve">$500 each (or more).</w:t>
      </w:r>
      <w:r>
        <w:t xml:space="preserve"> </w:t>
      </w:r>
      <w:r>
        <w:rPr>
          <w:b/>
          <w:bCs/>
        </w:rPr>
        <w:t xml:space="preserve">Rake:</w:t>
      </w:r>
      <w:r>
        <w:t xml:space="preserve"> </w:t>
      </w:r>
      <w:r>
        <w:t xml:space="preserve">zero in this exercise.</w:t>
      </w:r>
    </w:p>
    <w:p>
      <w:pPr>
        <w:pStyle w:val="Compact"/>
        <w:numPr>
          <w:ilvl w:val="0"/>
          <w:numId w:val="1012"/>
        </w:numPr>
      </w:pPr>
      <w:r>
        <w:t xml:space="preserve">Preflop: UTG raises to $14; CO calls, BTN (Hero) calls, SB and BB fold, leaving $3 dead blinds.</w:t>
      </w:r>
    </w:p>
    <w:p>
      <w:pPr>
        <w:pStyle w:val="Compact"/>
        <w:numPr>
          <w:ilvl w:val="0"/>
          <w:numId w:val="1012"/>
        </w:numPr>
      </w:pPr>
      <w:r>
        <w:t xml:space="preserve">Flop: UTG and CO check; BTN (Hero) bets $26; UTG calls, CO folds.</w:t>
      </w:r>
    </w:p>
    <w:p>
      <w:pPr>
        <w:pStyle w:val="Compact"/>
        <w:numPr>
          <w:ilvl w:val="0"/>
          <w:numId w:val="1012"/>
        </w:numPr>
      </w:pPr>
      <w:r>
        <w:t xml:space="preserve">Turn: UTG checks; BTN bets $45, UTG calls.</w:t>
      </w:r>
    </w:p>
    <w:p>
      <w:pPr>
        <w:pStyle w:val="Compact"/>
        <w:numPr>
          <w:ilvl w:val="0"/>
          <w:numId w:val="1012"/>
        </w:numPr>
      </w:pPr>
      <w:r>
        <w:t xml:space="preserve">River: UTG leads $105; BTN (Hero) faces the call.</w:t>
      </w:r>
    </w:p>
    <w:p>
      <w:pPr>
        <w:pStyle w:val="FirstParagraph"/>
      </w:pPr>
      <w:r>
        <w:rPr>
          <w:b/>
          <w:bCs/>
        </w:rPr>
        <w:t xml:space="preserve">MS8-Q296.</w:t>
      </w:r>
      <w:r>
        <w:t xml:space="preserve"> </w:t>
      </w:r>
      <w:r>
        <w:t xml:space="preserve">MS8-H12: after the preflop actions below, what is the pot BEFORE the flop?</w:t>
      </w:r>
    </w:p>
    <w:p>
      <w:pPr>
        <w:pStyle w:val="BodyText"/>
      </w:pPr>
      <w:r>
        <w:t xml:space="preserve">A. $45.00</w:t>
      </w:r>
      <w:r>
        <w:br/>
      </w:r>
      <w:r>
        <w:t xml:space="preserve">B. $53.10</w:t>
      </w:r>
      <w:r>
        <w:br/>
      </w:r>
      <w:r>
        <w:t xml:space="preserve">C. $38.25</w:t>
      </w:r>
      <w:r>
        <w:br/>
      </w:r>
      <w:r>
        <w:t xml:space="preserve">D. $58.95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MS8-Q297.</w:t>
      </w:r>
      <w:r>
        <w:t xml:space="preserve"> </w:t>
      </w:r>
      <w:r>
        <w:t xml:space="preserve">MS8-H12: after the flop and turn calls, what is the river pot BEFORE villain’s river bet?</w:t>
      </w:r>
    </w:p>
    <w:p>
      <w:pPr>
        <w:pStyle w:val="BodyText"/>
      </w:pPr>
      <w:r>
        <w:t xml:space="preserve">A. $220.66</w:t>
      </w:r>
      <w:r>
        <w:br/>
      </w:r>
      <w:r>
        <w:t xml:space="preserve">B. $158.95</w:t>
      </w:r>
      <w:r>
        <w:br/>
      </w:r>
      <w:r>
        <w:t xml:space="preserve">C. $244.97</w:t>
      </w:r>
      <w:r>
        <w:br/>
      </w:r>
      <w:r>
        <w:t xml:space="preserve">D. $187.00</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MS8-Q298.</w:t>
      </w:r>
      <w:r>
        <w:t xml:space="preserve"> </w:t>
      </w:r>
      <w:r>
        <w:t xml:space="preserve">MS8-H12: on the river villain bets $105 into a pot of $187. If Hero calls and action closes, what equity must the call have, with no ties and no rake?</w:t>
      </w:r>
    </w:p>
    <w:p>
      <w:pPr>
        <w:pStyle w:val="BodyText"/>
      </w:pPr>
      <w:r>
        <w:t xml:space="preserve">A. 12.45%</w:t>
      </w:r>
      <w:r>
        <w:br/>
      </w:r>
      <w:r>
        <w:t xml:space="preserve">B. 19.45%</w:t>
      </w:r>
      <w:r>
        <w:br/>
      </w:r>
      <w:r>
        <w:t xml:space="preserve">C. 26.45%</w:t>
      </w:r>
      <w:r>
        <w:br/>
      </w:r>
      <w:r>
        <w:t xml:space="preserve">D. 31.95%</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MS8-Q299.</w:t>
      </w:r>
      <w:r>
        <w:t xml:space="preserve"> </w:t>
      </w:r>
      <w:r>
        <w:t xml:space="preserve">MS8-H12: suppose Hero beats 5 equally weighted bluffs and loses to 17 value combinations; no ties. What is Hero’s simplified EV in dollars of calling the river bet?</w:t>
      </w:r>
    </w:p>
    <w:p>
      <w:pPr>
        <w:pStyle w:val="BodyText"/>
      </w:pPr>
      <w:r>
        <w:t xml:space="preserve">A. -$9.77</w:t>
      </w:r>
      <w:r>
        <w:br/>
      </w:r>
      <w:r>
        <w:t xml:space="preserve">B. -$14.77</w:t>
      </w:r>
      <w:r>
        <w:br/>
      </w:r>
      <w:r>
        <w:t xml:space="preserve">C. -$19.77</w:t>
      </w:r>
      <w:r>
        <w:br/>
      </w:r>
      <w:r>
        <w:t xml:space="preserve">D. -$4.77</w:t>
      </w:r>
    </w:p>
    <w:p>
      <w:pPr>
        <w:pStyle w:val="BodyText"/>
        <w:spacing w:after="40"/>
      </w:pPr>
      <w:r>
        <w:rPr>
          <w:b/>
          <w:bCs/>
        </w:rPr>
        <w:t xml:space="preserve">Your ledger/calculation:</w:t>
      </w:r>
      <w:r>
        <w:t xml:space="preserve"> </w:t>
      </w:r>
      <w:r>
        <w:t xml:space="preserve">______________________________________</w:t>
      </w:r>
    </w:p>
    <w:p>
      <w:pPr>
        <w:pStyle w:val="BodyText"/>
      </w:pPr>
      <w:r>
        <w:rPr>
          <w:b/>
          <w:bCs/>
        </w:rPr>
        <w:t xml:space="preserve">MS8-Q300.</w:t>
      </w:r>
      <w:r>
        <w:t xml:space="preserve"> </w:t>
      </w:r>
      <w:r>
        <w:t xml:space="preserve">MS8-H12: with 17 equally weighted value combos beating Hero, what is the MINIMUM integer number of equally weighted bluffs villain must bet for Hero’s $105 river call to be break-even or profitable?</w:t>
      </w:r>
    </w:p>
    <w:p>
      <w:pPr>
        <w:pStyle w:val="BodyText"/>
      </w:pPr>
      <w:r>
        <w:t xml:space="preserve">A. 7</w:t>
      </w:r>
      <w:r>
        <w:br/>
      </w:r>
      <w:r>
        <w:t xml:space="preserve">B. 8</w:t>
      </w:r>
      <w:r>
        <w:br/>
      </w:r>
      <w:r>
        <w:t xml:space="preserve">C. 9</w:t>
      </w:r>
      <w:r>
        <w:br/>
      </w:r>
      <w:r>
        <w:t xml:space="preserve">D. 6</w:t>
      </w:r>
    </w:p>
    <w:p>
      <w:pPr>
        <w:pStyle w:val="BodyText"/>
        <w:spacing w:after="40"/>
      </w:pPr>
      <w:r>
        <w:rPr>
          <w:b/>
          <w:bCs/>
        </w:rPr>
        <w:t xml:space="preserve">Your ledger/calculation:</w:t>
      </w:r>
      <w:r>
        <w:t xml:space="preserve"> </w:t>
      </w:r>
      <w:r>
        <w:t xml:space="preserve">______________________________________</w:t>
      </w:r>
    </w:p>
    <w:bookmarkEnd w:id="47"/>
    <w:bookmarkEnd w:id="48"/>
    <w:bookmarkStart w:id="362" w:name="Xe9df0ccee05a624121ddb99672dcbdd98152c6e"/>
    <w:p>
      <w:pPr>
        <w:pStyle w:val="Heading1"/>
      </w:pPr>
      <w:r>
        <w:t xml:space="preserve">FULL ANSWER KEY — FORMULAS, STEPS, AND ALL FOUR CHOICES</w:t>
      </w:r>
    </w:p>
    <w:p>
      <w:pPr>
        <w:pStyle w:val="FirstParagraph"/>
      </w:pPr>
      <w:r>
        <w:t xml:space="preserve">Use this section after completing a full block; do not skip directly to the correct letter.</w:t>
      </w:r>
    </w:p>
    <w:bookmarkStart w:id="69" w:name="X65d3e90af47e25ca2053673cac4263555a1d0bf"/>
    <w:p>
      <w:pPr>
        <w:pStyle w:val="Heading2"/>
      </w:pPr>
      <w:r>
        <w:t xml:space="preserve">Solutions — Unit 01: River Pot Odds and Call Price</w:t>
      </w:r>
    </w:p>
    <w:bookmarkStart w:id="49" w:name="ms8-q001-answer-d-20.00"/>
    <w:p>
      <w:pPr>
        <w:pStyle w:val="Heading3"/>
      </w:pPr>
      <w:r>
        <w:t xml:space="preserve">MS8-Q001 — Answer D: 20.00%</w:t>
      </w:r>
    </w:p>
    <w:p>
      <w:pPr>
        <w:pStyle w:val="FirstParagraph"/>
      </w:pPr>
      <w:r>
        <w:t xml:space="preserve">Final pot = 60+20+20=$100; required win rate = 20/100 = 20.00%. Do not omit Hero’s call from the denominator.</w:t>
      </w:r>
    </w:p>
    <w:p>
      <w:pPr>
        <w:pStyle w:val="BodyText"/>
      </w:pPr>
      <w:r>
        <w:rPr>
          <w:b/>
          <w:bCs/>
        </w:rPr>
        <w:t xml:space="preserve">A:</w:t>
      </w:r>
      <w:r>
        <w:t xml:space="preserve"> </w:t>
      </w:r>
      <w:r>
        <w:t xml:space="preserve">Incorrect (6.00%). The caller divides call cost by final pot including their own call. The verified answer is 20.00%. Do not omit Hero’s call from the denominator.</w:t>
      </w:r>
      <w:r>
        <w:br/>
      </w:r>
      <w:r>
        <w:rPr>
          <w:b/>
          <w:bCs/>
        </w:rPr>
        <w:t xml:space="preserve">B:</w:t>
      </w:r>
      <w:r>
        <w:t xml:space="preserve"> </w:t>
      </w:r>
      <w:r>
        <w:t xml:space="preserve">Incorrect (13.00%). The caller divides call cost by final pot including their own call. The verified answer is 20.00%. Do not omit Hero’s call from the denominator.</w:t>
      </w:r>
      <w:r>
        <w:br/>
      </w:r>
      <w:r>
        <w:rPr>
          <w:b/>
          <w:bCs/>
        </w:rPr>
        <w:t xml:space="preserve">C:</w:t>
      </w:r>
      <w:r>
        <w:t xml:space="preserve"> </w:t>
      </w:r>
      <w:r>
        <w:t xml:space="preserve">Incorrect (25.50%). The caller divides call cost by final pot including their own call. The verified answer is 20.00%. Do not omit Hero’s call from the denominator.</w:t>
      </w:r>
      <w:r>
        <w:br/>
      </w:r>
      <w:r>
        <w:rPr>
          <w:b/>
          <w:bCs/>
        </w:rPr>
        <w:t xml:space="preserve">D:</w:t>
      </w:r>
      <w:r>
        <w:t xml:space="preserve"> </w:t>
      </w:r>
      <w:r>
        <w:t xml:space="preserve">Correct. Do not omit Hero’s call from the denominator.</w:t>
      </w:r>
    </w:p>
    <w:bookmarkEnd w:id="49"/>
    <w:bookmarkStart w:id="50" w:name="ms8-q002-answer-c-25.00"/>
    <w:p>
      <w:pPr>
        <w:pStyle w:val="Heading3"/>
      </w:pPr>
      <w:r>
        <w:t xml:space="preserve">MS8-Q002 — Answer C: 25.00%</w:t>
      </w:r>
    </w:p>
    <w:p>
      <w:pPr>
        <w:pStyle w:val="FirstParagraph"/>
      </w:pPr>
      <w:r>
        <w:t xml:space="preserve">Final pot = 70+35+35=$140; required win rate = 35/140 = 25.00%. Do not omit Hero’s call from the denominator.</w:t>
      </w:r>
    </w:p>
    <w:p>
      <w:pPr>
        <w:pStyle w:val="BodyText"/>
      </w:pPr>
      <w:r>
        <w:rPr>
          <w:b/>
          <w:bCs/>
        </w:rPr>
        <w:t xml:space="preserve">A:</w:t>
      </w:r>
      <w:r>
        <w:t xml:space="preserve"> </w:t>
      </w:r>
      <w:r>
        <w:t xml:space="preserve">Incorrect (11.00%). The caller divides call cost by final pot including their own call. The verified answer is 25.00%. Do not omit Hero’s call from the denominator.</w:t>
      </w:r>
      <w:r>
        <w:br/>
      </w:r>
      <w:r>
        <w:rPr>
          <w:b/>
          <w:bCs/>
        </w:rPr>
        <w:t xml:space="preserve">B:</w:t>
      </w:r>
      <w:r>
        <w:t xml:space="preserve"> </w:t>
      </w:r>
      <w:r>
        <w:t xml:space="preserve">Incorrect (18.00%). The caller divides call cost by final pot including their own call. The verified answer is 25.00%. Do not omit Hero’s call from the denominator.</w:t>
      </w:r>
      <w:r>
        <w:br/>
      </w:r>
      <w:r>
        <w:rPr>
          <w:b/>
          <w:bCs/>
        </w:rPr>
        <w:t xml:space="preserve">C:</w:t>
      </w:r>
      <w:r>
        <w:t xml:space="preserve"> </w:t>
      </w:r>
      <w:r>
        <w:t xml:space="preserve">Correct. Do not omit Hero’s call from the denominator.</w:t>
      </w:r>
      <w:r>
        <w:br/>
      </w:r>
      <w:r>
        <w:rPr>
          <w:b/>
          <w:bCs/>
        </w:rPr>
        <w:t xml:space="preserve">D:</w:t>
      </w:r>
      <w:r>
        <w:t xml:space="preserve"> </w:t>
      </w:r>
      <w:r>
        <w:t xml:space="preserve">Incorrect (30.50%). The caller divides call cost by final pot including their own call. The verified answer is 25.00%. Do not omit Hero’s call from the denominator.</w:t>
      </w:r>
    </w:p>
    <w:bookmarkEnd w:id="50"/>
    <w:bookmarkStart w:id="51" w:name="ms8-q003-answer-b-27.78"/>
    <w:p>
      <w:pPr>
        <w:pStyle w:val="Heading3"/>
      </w:pPr>
      <w:r>
        <w:t xml:space="preserve">MS8-Q003 — Answer B: 27.78%</w:t>
      </w:r>
    </w:p>
    <w:p>
      <w:pPr>
        <w:pStyle w:val="FirstParagraph"/>
      </w:pPr>
      <w:r>
        <w:t xml:space="preserve">Final pot = 80+50+50=$180; required win rate = 50/180 = 27.78%. Do not omit Hero’s call from the denominator.</w:t>
      </w:r>
    </w:p>
    <w:p>
      <w:pPr>
        <w:pStyle w:val="BodyText"/>
      </w:pPr>
      <w:r>
        <w:rPr>
          <w:b/>
          <w:bCs/>
        </w:rPr>
        <w:t xml:space="preserve">A:</w:t>
      </w:r>
      <w:r>
        <w:t xml:space="preserve"> </w:t>
      </w:r>
      <w:r>
        <w:t xml:space="preserve">Incorrect (13.78%). The caller divides call cost by final pot including their own call. The verified answer is 27.78%. Do not omit Hero’s call from the denominator.</w:t>
      </w:r>
      <w:r>
        <w:br/>
      </w:r>
      <w:r>
        <w:rPr>
          <w:b/>
          <w:bCs/>
        </w:rPr>
        <w:t xml:space="preserve">B:</w:t>
      </w:r>
      <w:r>
        <w:t xml:space="preserve"> </w:t>
      </w:r>
      <w:r>
        <w:t xml:space="preserve">Correct. Do not omit Hero’s call from the denominator.</w:t>
      </w:r>
      <w:r>
        <w:br/>
      </w:r>
      <w:r>
        <w:rPr>
          <w:b/>
          <w:bCs/>
        </w:rPr>
        <w:t xml:space="preserve">C:</w:t>
      </w:r>
      <w:r>
        <w:t xml:space="preserve"> </w:t>
      </w:r>
      <w:r>
        <w:t xml:space="preserve">Incorrect (20.78%). The caller divides call cost by final pot including their own call. The verified answer is 27.78%. Do not omit Hero’s call from the denominator.</w:t>
      </w:r>
      <w:r>
        <w:br/>
      </w:r>
      <w:r>
        <w:rPr>
          <w:b/>
          <w:bCs/>
        </w:rPr>
        <w:t xml:space="preserve">D:</w:t>
      </w:r>
      <w:r>
        <w:t xml:space="preserve"> </w:t>
      </w:r>
      <w:r>
        <w:t xml:space="preserve">Incorrect (33.28%). The caller divides call cost by final pot including their own call. The verified answer is 27.78%. Do not omit Hero’s call from the denominator.</w:t>
      </w:r>
    </w:p>
    <w:bookmarkEnd w:id="51"/>
    <w:bookmarkStart w:id="52" w:name="ms8-q004-answer-a-29.55"/>
    <w:p>
      <w:pPr>
        <w:pStyle w:val="Heading3"/>
      </w:pPr>
      <w:r>
        <w:t xml:space="preserve">MS8-Q004 — Answer A: 29.55%</w:t>
      </w:r>
    </w:p>
    <w:p>
      <w:pPr>
        <w:pStyle w:val="FirstParagraph"/>
      </w:pPr>
      <w:r>
        <w:t xml:space="preserve">Final pot = 90+65+65=$220; required win rate = 65/220 = 29.55%. Do not omit Hero’s call from the denominator.</w:t>
      </w:r>
    </w:p>
    <w:p>
      <w:pPr>
        <w:pStyle w:val="BodyText"/>
      </w:pPr>
      <w:r>
        <w:rPr>
          <w:b/>
          <w:bCs/>
        </w:rPr>
        <w:t xml:space="preserve">A:</w:t>
      </w:r>
      <w:r>
        <w:t xml:space="preserve"> </w:t>
      </w:r>
      <w:r>
        <w:t xml:space="preserve">Correct. Do not omit Hero’s call from the denominator.</w:t>
      </w:r>
      <w:r>
        <w:br/>
      </w:r>
      <w:r>
        <w:rPr>
          <w:b/>
          <w:bCs/>
        </w:rPr>
        <w:t xml:space="preserve">B:</w:t>
      </w:r>
      <w:r>
        <w:t xml:space="preserve"> </w:t>
      </w:r>
      <w:r>
        <w:t xml:space="preserve">Incorrect (15.55%). The caller divides call cost by final pot including their own call. The verified answer is 29.55%. Do not omit Hero’s call from the denominator.</w:t>
      </w:r>
      <w:r>
        <w:br/>
      </w:r>
      <w:r>
        <w:rPr>
          <w:b/>
          <w:bCs/>
        </w:rPr>
        <w:t xml:space="preserve">C:</w:t>
      </w:r>
      <w:r>
        <w:t xml:space="preserve"> </w:t>
      </w:r>
      <w:r>
        <w:t xml:space="preserve">Incorrect (22.55%). The caller divides call cost by final pot including their own call. The verified answer is 29.55%. Do not omit Hero’s call from the denominator.</w:t>
      </w:r>
      <w:r>
        <w:br/>
      </w:r>
      <w:r>
        <w:rPr>
          <w:b/>
          <w:bCs/>
        </w:rPr>
        <w:t xml:space="preserve">D:</w:t>
      </w:r>
      <w:r>
        <w:t xml:space="preserve"> </w:t>
      </w:r>
      <w:r>
        <w:t xml:space="preserve">Incorrect (35.05%). The caller divides call cost by final pot including their own call. The verified answer is 29.55%. Do not omit Hero’s call from the denominator.</w:t>
      </w:r>
    </w:p>
    <w:bookmarkEnd w:id="52"/>
    <w:bookmarkStart w:id="53" w:name="ms8-q005-answer-d-30.77"/>
    <w:p>
      <w:pPr>
        <w:pStyle w:val="Heading3"/>
      </w:pPr>
      <w:r>
        <w:t xml:space="preserve">MS8-Q005 — Answer D: 30.77%</w:t>
      </w:r>
    </w:p>
    <w:p>
      <w:pPr>
        <w:pStyle w:val="FirstParagraph"/>
      </w:pPr>
      <w:r>
        <w:t xml:space="preserve">Final pot = 100+80+80=$260; required win rate = 80/260 = 30.77%. Do not omit Hero’s call from the denominator.</w:t>
      </w:r>
    </w:p>
    <w:p>
      <w:pPr>
        <w:pStyle w:val="BodyText"/>
      </w:pPr>
      <w:r>
        <w:rPr>
          <w:b/>
          <w:bCs/>
        </w:rPr>
        <w:t xml:space="preserve">A:</w:t>
      </w:r>
      <w:r>
        <w:t xml:space="preserve"> </w:t>
      </w:r>
      <w:r>
        <w:t xml:space="preserve">Incorrect (16.77%). The caller divides call cost by final pot including their own call. The verified answer is 30.77%. Do not omit Hero’s call from the denominator.</w:t>
      </w:r>
      <w:r>
        <w:br/>
      </w:r>
      <w:r>
        <w:rPr>
          <w:b/>
          <w:bCs/>
        </w:rPr>
        <w:t xml:space="preserve">B:</w:t>
      </w:r>
      <w:r>
        <w:t xml:space="preserve"> </w:t>
      </w:r>
      <w:r>
        <w:t xml:space="preserve">Incorrect (23.77%). The caller divides call cost by final pot including their own call. The verified answer is 30.77%. Do not omit Hero’s call from the denominator.</w:t>
      </w:r>
      <w:r>
        <w:br/>
      </w:r>
      <w:r>
        <w:rPr>
          <w:b/>
          <w:bCs/>
        </w:rPr>
        <w:t xml:space="preserve">C:</w:t>
      </w:r>
      <w:r>
        <w:t xml:space="preserve"> </w:t>
      </w:r>
      <w:r>
        <w:t xml:space="preserve">Incorrect (36.27%). The caller divides call cost by final pot including their own call. The verified answer is 30.77%. Do not omit Hero’s call from the denominator.</w:t>
      </w:r>
      <w:r>
        <w:br/>
      </w:r>
      <w:r>
        <w:rPr>
          <w:b/>
          <w:bCs/>
        </w:rPr>
        <w:t xml:space="preserve">D:</w:t>
      </w:r>
      <w:r>
        <w:t xml:space="preserve"> </w:t>
      </w:r>
      <w:r>
        <w:t xml:space="preserve">Correct. Do not omit Hero’s call from the denominator.</w:t>
      </w:r>
    </w:p>
    <w:bookmarkEnd w:id="53"/>
    <w:bookmarkStart w:id="54" w:name="ms8-q006-answer-c-13.33"/>
    <w:p>
      <w:pPr>
        <w:pStyle w:val="Heading3"/>
      </w:pPr>
      <w:r>
        <w:t xml:space="preserve">MS8-Q006 — Answer C: 13.33%</w:t>
      </w:r>
    </w:p>
    <w:p>
      <w:pPr>
        <w:pStyle w:val="FirstParagraph"/>
      </w:pPr>
      <w:r>
        <w:t xml:space="preserve">Final pot = 110+20+20=$150; required win rate = 20/150 = 13.33%. Do not omit Hero’s call from the denominator.</w:t>
      </w:r>
    </w:p>
    <w:p>
      <w:pPr>
        <w:pStyle w:val="BodyText"/>
      </w:pPr>
      <w:r>
        <w:rPr>
          <w:b/>
          <w:bCs/>
        </w:rPr>
        <w:t xml:space="preserve">A:</w:t>
      </w:r>
      <w:r>
        <w:t xml:space="preserve"> </w:t>
      </w:r>
      <w:r>
        <w:t xml:space="preserve">Incorrect (0.10%). The caller divides call cost by final pot including their own call. The verified answer is 13.33%. Do not omit Hero’s call from the denominator.</w:t>
      </w:r>
      <w:r>
        <w:br/>
      </w:r>
      <w:r>
        <w:rPr>
          <w:b/>
          <w:bCs/>
        </w:rPr>
        <w:t xml:space="preserve">B:</w:t>
      </w:r>
      <w:r>
        <w:t xml:space="preserve"> </w:t>
      </w:r>
      <w:r>
        <w:t xml:space="preserve">Incorrect (6.33%). The caller divides call cost by final pot including their own call. The verified answer is 13.33%. Do not omit Hero’s call from the denominator.</w:t>
      </w:r>
      <w:r>
        <w:br/>
      </w:r>
      <w:r>
        <w:rPr>
          <w:b/>
          <w:bCs/>
        </w:rPr>
        <w:t xml:space="preserve">C:</w:t>
      </w:r>
      <w:r>
        <w:t xml:space="preserve"> </w:t>
      </w:r>
      <w:r>
        <w:t xml:space="preserve">Correct. Do not omit Hero’s call from the denominator.</w:t>
      </w:r>
      <w:r>
        <w:br/>
      </w:r>
      <w:r>
        <w:rPr>
          <w:b/>
          <w:bCs/>
        </w:rPr>
        <w:t xml:space="preserve">D:</w:t>
      </w:r>
      <w:r>
        <w:t xml:space="preserve"> </w:t>
      </w:r>
      <w:r>
        <w:t xml:space="preserve">Incorrect (18.83%). The caller divides call cost by final pot including their own call. The verified answer is 13.33%. Do not omit Hero’s call from the denominator.</w:t>
      </w:r>
    </w:p>
    <w:bookmarkEnd w:id="54"/>
    <w:bookmarkStart w:id="55" w:name="ms8-q007-answer-b-18.42"/>
    <w:p>
      <w:pPr>
        <w:pStyle w:val="Heading3"/>
      </w:pPr>
      <w:r>
        <w:t xml:space="preserve">MS8-Q007 — Answer B: 18.42%</w:t>
      </w:r>
    </w:p>
    <w:p>
      <w:pPr>
        <w:pStyle w:val="FirstParagraph"/>
      </w:pPr>
      <w:r>
        <w:t xml:space="preserve">Final pot = 120+35+35=$190; required win rate = 35/190 = 18.42%. Do not omit Hero’s call from the denominator.</w:t>
      </w:r>
    </w:p>
    <w:p>
      <w:pPr>
        <w:pStyle w:val="BodyText"/>
      </w:pPr>
      <w:r>
        <w:rPr>
          <w:b/>
          <w:bCs/>
        </w:rPr>
        <w:t xml:space="preserve">A:</w:t>
      </w:r>
      <w:r>
        <w:t xml:space="preserve"> </w:t>
      </w:r>
      <w:r>
        <w:t xml:space="preserve">Incorrect (4.42%). The caller divides call cost by final pot including their own call. The verified answer is 18.42%. Do not omit Hero’s call from the denominator.</w:t>
      </w:r>
      <w:r>
        <w:br/>
      </w:r>
      <w:r>
        <w:rPr>
          <w:b/>
          <w:bCs/>
        </w:rPr>
        <w:t xml:space="preserve">B:</w:t>
      </w:r>
      <w:r>
        <w:t xml:space="preserve"> </w:t>
      </w:r>
      <w:r>
        <w:t xml:space="preserve">Correct. Do not omit Hero’s call from the denominator.</w:t>
      </w:r>
      <w:r>
        <w:br/>
      </w:r>
      <w:r>
        <w:rPr>
          <w:b/>
          <w:bCs/>
        </w:rPr>
        <w:t xml:space="preserve">C:</w:t>
      </w:r>
      <w:r>
        <w:t xml:space="preserve"> </w:t>
      </w:r>
      <w:r>
        <w:t xml:space="preserve">Incorrect (11.42%). The caller divides call cost by final pot including their own call. The verified answer is 18.42%. Do not omit Hero’s call from the denominator.</w:t>
      </w:r>
      <w:r>
        <w:br/>
      </w:r>
      <w:r>
        <w:rPr>
          <w:b/>
          <w:bCs/>
        </w:rPr>
        <w:t xml:space="preserve">D:</w:t>
      </w:r>
      <w:r>
        <w:t xml:space="preserve"> </w:t>
      </w:r>
      <w:r>
        <w:t xml:space="preserve">Incorrect (23.92%). The caller divides call cost by final pot including their own call. The verified answer is 18.42%. Do not omit Hero’s call from the denominator.</w:t>
      </w:r>
    </w:p>
    <w:bookmarkEnd w:id="55"/>
    <w:bookmarkStart w:id="56" w:name="ms8-q008-answer-a-21.74"/>
    <w:p>
      <w:pPr>
        <w:pStyle w:val="Heading3"/>
      </w:pPr>
      <w:r>
        <w:t xml:space="preserve">MS8-Q008 — Answer A: 21.74%</w:t>
      </w:r>
    </w:p>
    <w:p>
      <w:pPr>
        <w:pStyle w:val="FirstParagraph"/>
      </w:pPr>
      <w:r>
        <w:t xml:space="preserve">Final pot = 130+50+50=$230; required win rate = 50/230 = 21.74%. Do not omit Hero’s call from the denominator.</w:t>
      </w:r>
    </w:p>
    <w:p>
      <w:pPr>
        <w:pStyle w:val="BodyText"/>
      </w:pPr>
      <w:r>
        <w:rPr>
          <w:b/>
          <w:bCs/>
        </w:rPr>
        <w:t xml:space="preserve">A:</w:t>
      </w:r>
      <w:r>
        <w:t xml:space="preserve"> </w:t>
      </w:r>
      <w:r>
        <w:t xml:space="preserve">Correct. Do not omit Hero’s call from the denominator.</w:t>
      </w:r>
      <w:r>
        <w:br/>
      </w:r>
      <w:r>
        <w:rPr>
          <w:b/>
          <w:bCs/>
        </w:rPr>
        <w:t xml:space="preserve">B:</w:t>
      </w:r>
      <w:r>
        <w:t xml:space="preserve"> </w:t>
      </w:r>
      <w:r>
        <w:t xml:space="preserve">Incorrect (7.74%). The caller divides call cost by final pot including their own call. The verified answer is 21.74%. Do not omit Hero’s call from the denominator.</w:t>
      </w:r>
      <w:r>
        <w:br/>
      </w:r>
      <w:r>
        <w:rPr>
          <w:b/>
          <w:bCs/>
        </w:rPr>
        <w:t xml:space="preserve">C:</w:t>
      </w:r>
      <w:r>
        <w:t xml:space="preserve"> </w:t>
      </w:r>
      <w:r>
        <w:t xml:space="preserve">Incorrect (14.74%). The caller divides call cost by final pot including their own call. The verified answer is 21.74%. Do not omit Hero’s call from the denominator.</w:t>
      </w:r>
      <w:r>
        <w:br/>
      </w:r>
      <w:r>
        <w:rPr>
          <w:b/>
          <w:bCs/>
        </w:rPr>
        <w:t xml:space="preserve">D:</w:t>
      </w:r>
      <w:r>
        <w:t xml:space="preserve"> </w:t>
      </w:r>
      <w:r>
        <w:t xml:space="preserve">Incorrect (27.24%). The caller divides call cost by final pot including their own call. The verified answer is 21.74%. Do not omit Hero’s call from the denominator.</w:t>
      </w:r>
    </w:p>
    <w:bookmarkEnd w:id="56"/>
    <w:bookmarkStart w:id="57" w:name="ms8-q009-answer-d-24.07"/>
    <w:p>
      <w:pPr>
        <w:pStyle w:val="Heading3"/>
      </w:pPr>
      <w:r>
        <w:t xml:space="preserve">MS8-Q009 — Answer D: 24.07%</w:t>
      </w:r>
    </w:p>
    <w:p>
      <w:pPr>
        <w:pStyle w:val="FirstParagraph"/>
      </w:pPr>
      <w:r>
        <w:t xml:space="preserve">Final pot = 140+65+65=$270; required win rate = 65/270 = 24.07%. Do not omit Hero’s call from the denominator.</w:t>
      </w:r>
    </w:p>
    <w:p>
      <w:pPr>
        <w:pStyle w:val="BodyText"/>
      </w:pPr>
      <w:r>
        <w:rPr>
          <w:b/>
          <w:bCs/>
        </w:rPr>
        <w:t xml:space="preserve">A:</w:t>
      </w:r>
      <w:r>
        <w:t xml:space="preserve"> </w:t>
      </w:r>
      <w:r>
        <w:t xml:space="preserve">Incorrect (10.07%). The caller divides call cost by final pot including their own call. The verified answer is 24.07%. Do not omit Hero’s call from the denominator.</w:t>
      </w:r>
      <w:r>
        <w:br/>
      </w:r>
      <w:r>
        <w:rPr>
          <w:b/>
          <w:bCs/>
        </w:rPr>
        <w:t xml:space="preserve">B:</w:t>
      </w:r>
      <w:r>
        <w:t xml:space="preserve"> </w:t>
      </w:r>
      <w:r>
        <w:t xml:space="preserve">Incorrect (17.07%). The caller divides call cost by final pot including their own call. The verified answer is 24.07%. Do not omit Hero’s call from the denominator.</w:t>
      </w:r>
      <w:r>
        <w:br/>
      </w:r>
      <w:r>
        <w:rPr>
          <w:b/>
          <w:bCs/>
        </w:rPr>
        <w:t xml:space="preserve">C:</w:t>
      </w:r>
      <w:r>
        <w:t xml:space="preserve"> </w:t>
      </w:r>
      <w:r>
        <w:t xml:space="preserve">Incorrect (29.57%). The caller divides call cost by final pot including their own call. The verified answer is 24.07%. Do not omit Hero’s call from the denominator.</w:t>
      </w:r>
      <w:r>
        <w:br/>
      </w:r>
      <w:r>
        <w:rPr>
          <w:b/>
          <w:bCs/>
        </w:rPr>
        <w:t xml:space="preserve">D:</w:t>
      </w:r>
      <w:r>
        <w:t xml:space="preserve"> </w:t>
      </w:r>
      <w:r>
        <w:t xml:space="preserve">Correct. Do not omit Hero’s call from the denominator.</w:t>
      </w:r>
    </w:p>
    <w:bookmarkEnd w:id="57"/>
    <w:bookmarkStart w:id="58" w:name="ms8-q010-answer-c-25.81"/>
    <w:p>
      <w:pPr>
        <w:pStyle w:val="Heading3"/>
      </w:pPr>
      <w:r>
        <w:t xml:space="preserve">MS8-Q010 — Answer C: 25.81%</w:t>
      </w:r>
    </w:p>
    <w:p>
      <w:pPr>
        <w:pStyle w:val="FirstParagraph"/>
      </w:pPr>
      <w:r>
        <w:t xml:space="preserve">Final pot = 150+80+80=$310; required win rate = 80/310 = 25.81%. Do not omit Hero’s call from the denominator.</w:t>
      </w:r>
    </w:p>
    <w:p>
      <w:pPr>
        <w:pStyle w:val="BodyText"/>
      </w:pPr>
      <w:r>
        <w:rPr>
          <w:b/>
          <w:bCs/>
        </w:rPr>
        <w:t xml:space="preserve">A:</w:t>
      </w:r>
      <w:r>
        <w:t xml:space="preserve"> </w:t>
      </w:r>
      <w:r>
        <w:t xml:space="preserve">Incorrect (11.81%). The caller divides call cost by final pot including their own call. The verified answer is 25.81%. Do not omit Hero’s call from the denominator.</w:t>
      </w:r>
      <w:r>
        <w:br/>
      </w:r>
      <w:r>
        <w:rPr>
          <w:b/>
          <w:bCs/>
        </w:rPr>
        <w:t xml:space="preserve">B:</w:t>
      </w:r>
      <w:r>
        <w:t xml:space="preserve"> </w:t>
      </w:r>
      <w:r>
        <w:t xml:space="preserve">Incorrect (18.81%). The caller divides call cost by final pot including their own call. The verified answer is 25.81%. Do not omit Hero’s call from the denominator.</w:t>
      </w:r>
      <w:r>
        <w:br/>
      </w:r>
      <w:r>
        <w:rPr>
          <w:b/>
          <w:bCs/>
        </w:rPr>
        <w:t xml:space="preserve">C:</w:t>
      </w:r>
      <w:r>
        <w:t xml:space="preserve"> </w:t>
      </w:r>
      <w:r>
        <w:t xml:space="preserve">Correct. Do not omit Hero’s call from the denominator.</w:t>
      </w:r>
      <w:r>
        <w:br/>
      </w:r>
      <w:r>
        <w:rPr>
          <w:b/>
          <w:bCs/>
        </w:rPr>
        <w:t xml:space="preserve">D:</w:t>
      </w:r>
      <w:r>
        <w:t xml:space="preserve"> </w:t>
      </w:r>
      <w:r>
        <w:t xml:space="preserve">Incorrect (31.31%). The caller divides call cost by final pot including their own call. The verified answer is 25.81%. Do not omit Hero’s call from the denominator.</w:t>
      </w:r>
    </w:p>
    <w:bookmarkEnd w:id="58"/>
    <w:bookmarkStart w:id="59" w:name="ms8-q011-answer-b-10.00"/>
    <w:p>
      <w:pPr>
        <w:pStyle w:val="Heading3"/>
      </w:pPr>
      <w:r>
        <w:t xml:space="preserve">MS8-Q011 — Answer B: 10.00%</w:t>
      </w:r>
    </w:p>
    <w:p>
      <w:pPr>
        <w:pStyle w:val="FirstParagraph"/>
      </w:pPr>
      <w:r>
        <w:t xml:space="preserve">Final pot = 160+20+20=$200; required win rate = 20/200 = 10.00%. Do not omit Hero’s call from the denominator.</w:t>
      </w:r>
    </w:p>
    <w:p>
      <w:pPr>
        <w:pStyle w:val="BodyText"/>
      </w:pPr>
      <w:r>
        <w:rPr>
          <w:b/>
          <w:bCs/>
        </w:rPr>
        <w:t xml:space="preserve">A:</w:t>
      </w:r>
      <w:r>
        <w:t xml:space="preserve"> </w:t>
      </w:r>
      <w:r>
        <w:t xml:space="preserve">Incorrect (0.10%). The caller divides call cost by final pot including their own call. The verified answer is 10.00%. Do not omit Hero’s call from the denominator.</w:t>
      </w:r>
      <w:r>
        <w:br/>
      </w:r>
      <w:r>
        <w:rPr>
          <w:b/>
          <w:bCs/>
        </w:rPr>
        <w:t xml:space="preserve">B:</w:t>
      </w:r>
      <w:r>
        <w:t xml:space="preserve"> </w:t>
      </w:r>
      <w:r>
        <w:t xml:space="preserve">Correct. Do not omit Hero’s call from the denominator.</w:t>
      </w:r>
      <w:r>
        <w:br/>
      </w:r>
      <w:r>
        <w:rPr>
          <w:b/>
          <w:bCs/>
        </w:rPr>
        <w:t xml:space="preserve">C:</w:t>
      </w:r>
      <w:r>
        <w:t xml:space="preserve"> </w:t>
      </w:r>
      <w:r>
        <w:t xml:space="preserve">Incorrect (3.00%). The caller divides call cost by final pot including their own call. The verified answer is 10.00%. Do not omit Hero’s call from the denominator.</w:t>
      </w:r>
      <w:r>
        <w:br/>
      </w:r>
      <w:r>
        <w:rPr>
          <w:b/>
          <w:bCs/>
        </w:rPr>
        <w:t xml:space="preserve">D:</w:t>
      </w:r>
      <w:r>
        <w:t xml:space="preserve"> </w:t>
      </w:r>
      <w:r>
        <w:t xml:space="preserve">Incorrect (15.50%). The caller divides call cost by final pot including their own call. The verified answer is 10.00%. Do not omit Hero’s call from the denominator.</w:t>
      </w:r>
    </w:p>
    <w:bookmarkEnd w:id="59"/>
    <w:bookmarkStart w:id="60" w:name="ms8-q012-answer-a-26.92"/>
    <w:p>
      <w:pPr>
        <w:pStyle w:val="Heading3"/>
      </w:pPr>
      <w:r>
        <w:t xml:space="preserve">MS8-Q012 — Answer A: 26.92%</w:t>
      </w:r>
    </w:p>
    <w:p>
      <w:pPr>
        <w:pStyle w:val="FirstParagraph"/>
      </w:pPr>
      <w:r>
        <w:t xml:space="preserve">Final pot = 60+35+35=$130; required win rate = 35/130 = 26.92%. Do not omit Hero’s call from the denominator.</w:t>
      </w:r>
    </w:p>
    <w:p>
      <w:pPr>
        <w:pStyle w:val="BodyText"/>
      </w:pPr>
      <w:r>
        <w:rPr>
          <w:b/>
          <w:bCs/>
        </w:rPr>
        <w:t xml:space="preserve">A:</w:t>
      </w:r>
      <w:r>
        <w:t xml:space="preserve"> </w:t>
      </w:r>
      <w:r>
        <w:t xml:space="preserve">Correct. Do not omit Hero’s call from the denominator.</w:t>
      </w:r>
      <w:r>
        <w:br/>
      </w:r>
      <w:r>
        <w:rPr>
          <w:b/>
          <w:bCs/>
        </w:rPr>
        <w:t xml:space="preserve">B:</w:t>
      </w:r>
      <w:r>
        <w:t xml:space="preserve"> </w:t>
      </w:r>
      <w:r>
        <w:t xml:space="preserve">Incorrect (12.92%). The caller divides call cost by final pot including their own call. The verified answer is 26.92%. Do not omit Hero’s call from the denominator.</w:t>
      </w:r>
      <w:r>
        <w:br/>
      </w:r>
      <w:r>
        <w:rPr>
          <w:b/>
          <w:bCs/>
        </w:rPr>
        <w:t xml:space="preserve">C:</w:t>
      </w:r>
      <w:r>
        <w:t xml:space="preserve"> </w:t>
      </w:r>
      <w:r>
        <w:t xml:space="preserve">Incorrect (19.92%). The caller divides call cost by final pot including their own call. The verified answer is 26.92%. Do not omit Hero’s call from the denominator.</w:t>
      </w:r>
      <w:r>
        <w:br/>
      </w:r>
      <w:r>
        <w:rPr>
          <w:b/>
          <w:bCs/>
        </w:rPr>
        <w:t xml:space="preserve">D:</w:t>
      </w:r>
      <w:r>
        <w:t xml:space="preserve"> </w:t>
      </w:r>
      <w:r>
        <w:t xml:space="preserve">Incorrect (32.42%). The caller divides call cost by final pot including their own call. The verified answer is 26.92%. Do not omit Hero’s call from the denominator.</w:t>
      </w:r>
    </w:p>
    <w:bookmarkEnd w:id="60"/>
    <w:bookmarkStart w:id="61" w:name="ms8-q013-answer-d-29.41"/>
    <w:p>
      <w:pPr>
        <w:pStyle w:val="Heading3"/>
      </w:pPr>
      <w:r>
        <w:t xml:space="preserve">MS8-Q013 — Answer D: 29.41%</w:t>
      </w:r>
    </w:p>
    <w:p>
      <w:pPr>
        <w:pStyle w:val="FirstParagraph"/>
      </w:pPr>
      <w:r>
        <w:t xml:space="preserve">Final pot = 70+50+50=$170; required win rate = 50/170 = 29.41%. Do not omit Hero’s call from the denominator.</w:t>
      </w:r>
    </w:p>
    <w:p>
      <w:pPr>
        <w:pStyle w:val="BodyText"/>
      </w:pPr>
      <w:r>
        <w:rPr>
          <w:b/>
          <w:bCs/>
        </w:rPr>
        <w:t xml:space="preserve">A:</w:t>
      </w:r>
      <w:r>
        <w:t xml:space="preserve"> </w:t>
      </w:r>
      <w:r>
        <w:t xml:space="preserve">Incorrect (15.41%). The caller divides call cost by final pot including their own call. The verified answer is 29.41%. Do not omit Hero’s call from the denominator.</w:t>
      </w:r>
      <w:r>
        <w:br/>
      </w:r>
      <w:r>
        <w:rPr>
          <w:b/>
          <w:bCs/>
        </w:rPr>
        <w:t xml:space="preserve">B:</w:t>
      </w:r>
      <w:r>
        <w:t xml:space="preserve"> </w:t>
      </w:r>
      <w:r>
        <w:t xml:space="preserve">Incorrect (22.41%). The caller divides call cost by final pot including their own call. The verified answer is 29.41%. Do not omit Hero’s call from the denominator.</w:t>
      </w:r>
      <w:r>
        <w:br/>
      </w:r>
      <w:r>
        <w:rPr>
          <w:b/>
          <w:bCs/>
        </w:rPr>
        <w:t xml:space="preserve">C:</w:t>
      </w:r>
      <w:r>
        <w:t xml:space="preserve"> </w:t>
      </w:r>
      <w:r>
        <w:t xml:space="preserve">Incorrect (34.91%). The caller divides call cost by final pot including their own call. The verified answer is 29.41%. Do not omit Hero’s call from the denominator.</w:t>
      </w:r>
      <w:r>
        <w:br/>
      </w:r>
      <w:r>
        <w:rPr>
          <w:b/>
          <w:bCs/>
        </w:rPr>
        <w:t xml:space="preserve">D:</w:t>
      </w:r>
      <w:r>
        <w:t xml:space="preserve"> </w:t>
      </w:r>
      <w:r>
        <w:t xml:space="preserve">Correct. Do not omit Hero’s call from the denominator.</w:t>
      </w:r>
    </w:p>
    <w:bookmarkEnd w:id="61"/>
    <w:bookmarkStart w:id="62" w:name="ms8-q014-answer-c-30.95"/>
    <w:p>
      <w:pPr>
        <w:pStyle w:val="Heading3"/>
      </w:pPr>
      <w:r>
        <w:t xml:space="preserve">MS8-Q014 — Answer C: 30.95%</w:t>
      </w:r>
    </w:p>
    <w:p>
      <w:pPr>
        <w:pStyle w:val="FirstParagraph"/>
      </w:pPr>
      <w:r>
        <w:t xml:space="preserve">Final pot = 80+65+65=$210; required win rate = 65/210 = 30.95%. Do not omit Hero’s call from the denominator.</w:t>
      </w:r>
    </w:p>
    <w:p>
      <w:pPr>
        <w:pStyle w:val="BodyText"/>
      </w:pPr>
      <w:r>
        <w:rPr>
          <w:b/>
          <w:bCs/>
        </w:rPr>
        <w:t xml:space="preserve">A:</w:t>
      </w:r>
      <w:r>
        <w:t xml:space="preserve"> </w:t>
      </w:r>
      <w:r>
        <w:t xml:space="preserve">Incorrect (16.95%). The caller divides call cost by final pot including their own call. The verified answer is 30.95%. Do not omit Hero’s call from the denominator.</w:t>
      </w:r>
      <w:r>
        <w:br/>
      </w:r>
      <w:r>
        <w:rPr>
          <w:b/>
          <w:bCs/>
        </w:rPr>
        <w:t xml:space="preserve">B:</w:t>
      </w:r>
      <w:r>
        <w:t xml:space="preserve"> </w:t>
      </w:r>
      <w:r>
        <w:t xml:space="preserve">Incorrect (23.95%). The caller divides call cost by final pot including their own call. The verified answer is 30.95%. Do not omit Hero’s call from the denominator.</w:t>
      </w:r>
      <w:r>
        <w:br/>
      </w:r>
      <w:r>
        <w:rPr>
          <w:b/>
          <w:bCs/>
        </w:rPr>
        <w:t xml:space="preserve">C:</w:t>
      </w:r>
      <w:r>
        <w:t xml:space="preserve"> </w:t>
      </w:r>
      <w:r>
        <w:t xml:space="preserve">Correct. Do not omit Hero’s call from the denominator.</w:t>
      </w:r>
      <w:r>
        <w:br/>
      </w:r>
      <w:r>
        <w:rPr>
          <w:b/>
          <w:bCs/>
        </w:rPr>
        <w:t xml:space="preserve">D:</w:t>
      </w:r>
      <w:r>
        <w:t xml:space="preserve"> </w:t>
      </w:r>
      <w:r>
        <w:t xml:space="preserve">Incorrect (36.45%). The caller divides call cost by final pot including their own call. The verified answer is 30.95%. Do not omit Hero’s call from the denominator.</w:t>
      </w:r>
    </w:p>
    <w:bookmarkEnd w:id="62"/>
    <w:bookmarkStart w:id="63" w:name="ms8-q015-answer-b-32.00"/>
    <w:p>
      <w:pPr>
        <w:pStyle w:val="Heading3"/>
      </w:pPr>
      <w:r>
        <w:t xml:space="preserve">MS8-Q015 — Answer B: 32.00%</w:t>
      </w:r>
    </w:p>
    <w:p>
      <w:pPr>
        <w:pStyle w:val="FirstParagraph"/>
      </w:pPr>
      <w:r>
        <w:t xml:space="preserve">Final pot = 90+80+80=$250; required win rate = 80/250 = 32.00%. Do not omit Hero’s call from the denominator.</w:t>
      </w:r>
    </w:p>
    <w:p>
      <w:pPr>
        <w:pStyle w:val="BodyText"/>
      </w:pPr>
      <w:r>
        <w:rPr>
          <w:b/>
          <w:bCs/>
        </w:rPr>
        <w:t xml:space="preserve">A:</w:t>
      </w:r>
      <w:r>
        <w:t xml:space="preserve"> </w:t>
      </w:r>
      <w:r>
        <w:t xml:space="preserve">Incorrect (18.00%). The caller divides call cost by final pot including their own call. The verified answer is 32.00%. Do not omit Hero’s call from the denominator.</w:t>
      </w:r>
      <w:r>
        <w:br/>
      </w:r>
      <w:r>
        <w:rPr>
          <w:b/>
          <w:bCs/>
        </w:rPr>
        <w:t xml:space="preserve">B:</w:t>
      </w:r>
      <w:r>
        <w:t xml:space="preserve"> </w:t>
      </w:r>
      <w:r>
        <w:t xml:space="preserve">Correct. Do not omit Hero’s call from the denominator.</w:t>
      </w:r>
      <w:r>
        <w:br/>
      </w:r>
      <w:r>
        <w:rPr>
          <w:b/>
          <w:bCs/>
        </w:rPr>
        <w:t xml:space="preserve">C:</w:t>
      </w:r>
      <w:r>
        <w:t xml:space="preserve"> </w:t>
      </w:r>
      <w:r>
        <w:t xml:space="preserve">Incorrect (25.00%). The caller divides call cost by final pot including their own call. The verified answer is 32.00%. Do not omit Hero’s call from the denominator.</w:t>
      </w:r>
      <w:r>
        <w:br/>
      </w:r>
      <w:r>
        <w:rPr>
          <w:b/>
          <w:bCs/>
        </w:rPr>
        <w:t xml:space="preserve">D:</w:t>
      </w:r>
      <w:r>
        <w:t xml:space="preserve"> </w:t>
      </w:r>
      <w:r>
        <w:t xml:space="preserve">Incorrect (37.50%). The caller divides call cost by final pot including their own call. The verified answer is 32.00%. Do not omit Hero’s call from the denominator.</w:t>
      </w:r>
    </w:p>
    <w:bookmarkEnd w:id="63"/>
    <w:bookmarkStart w:id="64" w:name="ms8-q016-answer-a-14.29"/>
    <w:p>
      <w:pPr>
        <w:pStyle w:val="Heading3"/>
      </w:pPr>
      <w:r>
        <w:t xml:space="preserve">MS8-Q016 — Answer A: 14.29%</w:t>
      </w:r>
    </w:p>
    <w:p>
      <w:pPr>
        <w:pStyle w:val="FirstParagraph"/>
      </w:pPr>
      <w:r>
        <w:t xml:space="preserve">Final pot = 100+20+20=$140; required win rate = 20/140 = 14.29%. Do not omit Hero’s call from the denominator.</w:t>
      </w:r>
    </w:p>
    <w:p>
      <w:pPr>
        <w:pStyle w:val="BodyText"/>
      </w:pPr>
      <w:r>
        <w:rPr>
          <w:b/>
          <w:bCs/>
        </w:rPr>
        <w:t xml:space="preserve">A:</w:t>
      </w:r>
      <w:r>
        <w:t xml:space="preserve"> </w:t>
      </w:r>
      <w:r>
        <w:t xml:space="preserve">Correct. Do not omit Hero’s call from the denominator.</w:t>
      </w:r>
      <w:r>
        <w:br/>
      </w:r>
      <w:r>
        <w:rPr>
          <w:b/>
          <w:bCs/>
        </w:rPr>
        <w:t xml:space="preserve">B:</w:t>
      </w:r>
      <w:r>
        <w:t xml:space="preserve"> </w:t>
      </w:r>
      <w:r>
        <w:t xml:space="preserve">Incorrect (0.29%). The caller divides call cost by final pot including their own call. The verified answer is 14.29%. Do not omit Hero’s call from the denominator.</w:t>
      </w:r>
      <w:r>
        <w:br/>
      </w:r>
      <w:r>
        <w:rPr>
          <w:b/>
          <w:bCs/>
        </w:rPr>
        <w:t xml:space="preserve">C:</w:t>
      </w:r>
      <w:r>
        <w:t xml:space="preserve"> </w:t>
      </w:r>
      <w:r>
        <w:t xml:space="preserve">Incorrect (7.29%). The caller divides call cost by final pot including their own call. The verified answer is 14.29%. Do not omit Hero’s call from the denominator.</w:t>
      </w:r>
      <w:r>
        <w:br/>
      </w:r>
      <w:r>
        <w:rPr>
          <w:b/>
          <w:bCs/>
        </w:rPr>
        <w:t xml:space="preserve">D:</w:t>
      </w:r>
      <w:r>
        <w:t xml:space="preserve"> </w:t>
      </w:r>
      <w:r>
        <w:t xml:space="preserve">Incorrect (19.79%). The caller divides call cost by final pot including their own call. The verified answer is 14.29%. Do not omit Hero’s call from the denominator.</w:t>
      </w:r>
    </w:p>
    <w:bookmarkEnd w:id="64"/>
    <w:bookmarkStart w:id="65" w:name="ms8-q017-answer-d-19.44"/>
    <w:p>
      <w:pPr>
        <w:pStyle w:val="Heading3"/>
      </w:pPr>
      <w:r>
        <w:t xml:space="preserve">MS8-Q017 — Answer D: 19.44%</w:t>
      </w:r>
    </w:p>
    <w:p>
      <w:pPr>
        <w:pStyle w:val="FirstParagraph"/>
      </w:pPr>
      <w:r>
        <w:t xml:space="preserve">Final pot = 110+35+35=$180; required win rate = 35/180 = 19.44%. Do not omit Hero’s call from the denominator.</w:t>
      </w:r>
    </w:p>
    <w:p>
      <w:pPr>
        <w:pStyle w:val="BodyText"/>
      </w:pPr>
      <w:r>
        <w:rPr>
          <w:b/>
          <w:bCs/>
        </w:rPr>
        <w:t xml:space="preserve">A:</w:t>
      </w:r>
      <w:r>
        <w:t xml:space="preserve"> </w:t>
      </w:r>
      <w:r>
        <w:t xml:space="preserve">Incorrect (5.44%). The caller divides call cost by final pot including their own call. The verified answer is 19.44%. Do not omit Hero’s call from the denominator.</w:t>
      </w:r>
      <w:r>
        <w:br/>
      </w:r>
      <w:r>
        <w:rPr>
          <w:b/>
          <w:bCs/>
        </w:rPr>
        <w:t xml:space="preserve">B:</w:t>
      </w:r>
      <w:r>
        <w:t xml:space="preserve"> </w:t>
      </w:r>
      <w:r>
        <w:t xml:space="preserve">Incorrect (12.44%). The caller divides call cost by final pot including their own call. The verified answer is 19.44%. Do not omit Hero’s call from the denominator.</w:t>
      </w:r>
      <w:r>
        <w:br/>
      </w:r>
      <w:r>
        <w:rPr>
          <w:b/>
          <w:bCs/>
        </w:rPr>
        <w:t xml:space="preserve">C:</w:t>
      </w:r>
      <w:r>
        <w:t xml:space="preserve"> </w:t>
      </w:r>
      <w:r>
        <w:t xml:space="preserve">Incorrect (24.94%). The caller divides call cost by final pot including their own call. The verified answer is 19.44%. Do not omit Hero’s call from the denominator.</w:t>
      </w:r>
      <w:r>
        <w:br/>
      </w:r>
      <w:r>
        <w:rPr>
          <w:b/>
          <w:bCs/>
        </w:rPr>
        <w:t xml:space="preserve">D:</w:t>
      </w:r>
      <w:r>
        <w:t xml:space="preserve"> </w:t>
      </w:r>
      <w:r>
        <w:t xml:space="preserve">Correct. Do not omit Hero’s call from the denominator.</w:t>
      </w:r>
    </w:p>
    <w:bookmarkEnd w:id="65"/>
    <w:bookmarkStart w:id="66" w:name="ms8-q018-answer-c-22.73"/>
    <w:p>
      <w:pPr>
        <w:pStyle w:val="Heading3"/>
      </w:pPr>
      <w:r>
        <w:t xml:space="preserve">MS8-Q018 — Answer C: 22.73%</w:t>
      </w:r>
    </w:p>
    <w:p>
      <w:pPr>
        <w:pStyle w:val="FirstParagraph"/>
      </w:pPr>
      <w:r>
        <w:t xml:space="preserve">Final pot = 120+50+50=$220; required win rate = 50/220 = 22.73%. Do not omit Hero’s call from the denominator.</w:t>
      </w:r>
    </w:p>
    <w:p>
      <w:pPr>
        <w:pStyle w:val="BodyText"/>
      </w:pPr>
      <w:r>
        <w:rPr>
          <w:b/>
          <w:bCs/>
        </w:rPr>
        <w:t xml:space="preserve">A:</w:t>
      </w:r>
      <w:r>
        <w:t xml:space="preserve"> </w:t>
      </w:r>
      <w:r>
        <w:t xml:space="preserve">Incorrect (8.73%). The caller divides call cost by final pot including their own call. The verified answer is 22.73%. Do not omit Hero’s call from the denominator.</w:t>
      </w:r>
      <w:r>
        <w:br/>
      </w:r>
      <w:r>
        <w:rPr>
          <w:b/>
          <w:bCs/>
        </w:rPr>
        <w:t xml:space="preserve">B:</w:t>
      </w:r>
      <w:r>
        <w:t xml:space="preserve"> </w:t>
      </w:r>
      <w:r>
        <w:t xml:space="preserve">Incorrect (15.73%). The caller divides call cost by final pot including their own call. The verified answer is 22.73%. Do not omit Hero’s call from the denominator.</w:t>
      </w:r>
      <w:r>
        <w:br/>
      </w:r>
      <w:r>
        <w:rPr>
          <w:b/>
          <w:bCs/>
        </w:rPr>
        <w:t xml:space="preserve">C:</w:t>
      </w:r>
      <w:r>
        <w:t xml:space="preserve"> </w:t>
      </w:r>
      <w:r>
        <w:t xml:space="preserve">Correct. Do not omit Hero’s call from the denominator.</w:t>
      </w:r>
      <w:r>
        <w:br/>
      </w:r>
      <w:r>
        <w:rPr>
          <w:b/>
          <w:bCs/>
        </w:rPr>
        <w:t xml:space="preserve">D:</w:t>
      </w:r>
      <w:r>
        <w:t xml:space="preserve"> </w:t>
      </w:r>
      <w:r>
        <w:t xml:space="preserve">Incorrect (28.23%). The caller divides call cost by final pot including their own call. The verified answer is 22.73%. Do not omit Hero’s call from the denominator.</w:t>
      </w:r>
    </w:p>
    <w:bookmarkEnd w:id="66"/>
    <w:bookmarkStart w:id="67" w:name="ms8-q019-answer-b-25.00"/>
    <w:p>
      <w:pPr>
        <w:pStyle w:val="Heading3"/>
      </w:pPr>
      <w:r>
        <w:t xml:space="preserve">MS8-Q019 — Answer B: 25.00%</w:t>
      </w:r>
    </w:p>
    <w:p>
      <w:pPr>
        <w:pStyle w:val="FirstParagraph"/>
      </w:pPr>
      <w:r>
        <w:t xml:space="preserve">Final pot = 130+65+65=$260; required win rate = 65/260 = 25.00%. Do not omit Hero’s call from the denominator.</w:t>
      </w:r>
    </w:p>
    <w:p>
      <w:pPr>
        <w:pStyle w:val="BodyText"/>
      </w:pPr>
      <w:r>
        <w:rPr>
          <w:b/>
          <w:bCs/>
        </w:rPr>
        <w:t xml:space="preserve">A:</w:t>
      </w:r>
      <w:r>
        <w:t xml:space="preserve"> </w:t>
      </w:r>
      <w:r>
        <w:t xml:space="preserve">Incorrect (11.00%). The caller divides call cost by final pot including their own call. The verified answer is 25.00%. Do not omit Hero’s call from the denominator.</w:t>
      </w:r>
      <w:r>
        <w:br/>
      </w:r>
      <w:r>
        <w:rPr>
          <w:b/>
          <w:bCs/>
        </w:rPr>
        <w:t xml:space="preserve">B:</w:t>
      </w:r>
      <w:r>
        <w:t xml:space="preserve"> </w:t>
      </w:r>
      <w:r>
        <w:t xml:space="preserve">Correct. Do not omit Hero’s call from the denominator.</w:t>
      </w:r>
      <w:r>
        <w:br/>
      </w:r>
      <w:r>
        <w:rPr>
          <w:b/>
          <w:bCs/>
        </w:rPr>
        <w:t xml:space="preserve">C:</w:t>
      </w:r>
      <w:r>
        <w:t xml:space="preserve"> </w:t>
      </w:r>
      <w:r>
        <w:t xml:space="preserve">Incorrect (18.00%). The caller divides call cost by final pot including their own call. The verified answer is 25.00%. Do not omit Hero’s call from the denominator.</w:t>
      </w:r>
      <w:r>
        <w:br/>
      </w:r>
      <w:r>
        <w:rPr>
          <w:b/>
          <w:bCs/>
        </w:rPr>
        <w:t xml:space="preserve">D:</w:t>
      </w:r>
      <w:r>
        <w:t xml:space="preserve"> </w:t>
      </w:r>
      <w:r>
        <w:t xml:space="preserve">Incorrect (30.50%). The caller divides call cost by final pot including their own call. The verified answer is 25.00%. Do not omit Hero’s call from the denominator.</w:t>
      </w:r>
    </w:p>
    <w:bookmarkEnd w:id="67"/>
    <w:bookmarkStart w:id="68" w:name="ms8-q020-answer-a-26.67"/>
    <w:p>
      <w:pPr>
        <w:pStyle w:val="Heading3"/>
      </w:pPr>
      <w:r>
        <w:t xml:space="preserve">MS8-Q020 — Answer A: 26.67%</w:t>
      </w:r>
    </w:p>
    <w:p>
      <w:pPr>
        <w:pStyle w:val="FirstParagraph"/>
      </w:pPr>
      <w:r>
        <w:t xml:space="preserve">Final pot = 140+80+80=$300; required win rate = 80/300 = 26.67%. Do not omit Hero’s call from the denominator.</w:t>
      </w:r>
    </w:p>
    <w:p>
      <w:pPr>
        <w:pStyle w:val="BodyText"/>
      </w:pPr>
      <w:r>
        <w:rPr>
          <w:b/>
          <w:bCs/>
        </w:rPr>
        <w:t xml:space="preserve">A:</w:t>
      </w:r>
      <w:r>
        <w:t xml:space="preserve"> </w:t>
      </w:r>
      <w:r>
        <w:t xml:space="preserve">Correct. Do not omit Hero’s call from the denominator.</w:t>
      </w:r>
      <w:r>
        <w:br/>
      </w:r>
      <w:r>
        <w:rPr>
          <w:b/>
          <w:bCs/>
        </w:rPr>
        <w:t xml:space="preserve">B:</w:t>
      </w:r>
      <w:r>
        <w:t xml:space="preserve"> </w:t>
      </w:r>
      <w:r>
        <w:t xml:space="preserve">Incorrect (12.67%). The caller divides call cost by final pot including their own call. The verified answer is 26.67%. Do not omit Hero’s call from the denominator.</w:t>
      </w:r>
      <w:r>
        <w:br/>
      </w:r>
      <w:r>
        <w:rPr>
          <w:b/>
          <w:bCs/>
        </w:rPr>
        <w:t xml:space="preserve">C:</w:t>
      </w:r>
      <w:r>
        <w:t xml:space="preserve"> </w:t>
      </w:r>
      <w:r>
        <w:t xml:space="preserve">Incorrect (19.67%). The caller divides call cost by final pot including their own call. The verified answer is 26.67%. Do not omit Hero’s call from the denominator.</w:t>
      </w:r>
      <w:r>
        <w:br/>
      </w:r>
      <w:r>
        <w:rPr>
          <w:b/>
          <w:bCs/>
        </w:rPr>
        <w:t xml:space="preserve">D:</w:t>
      </w:r>
      <w:r>
        <w:t xml:space="preserve"> </w:t>
      </w:r>
      <w:r>
        <w:t xml:space="preserve">Incorrect (32.17%). The caller divides call cost by final pot including their own call. The verified answer is 26.67%. Do not omit Hero’s call from the denominator.</w:t>
      </w:r>
    </w:p>
    <w:bookmarkEnd w:id="68"/>
    <w:bookmarkEnd w:id="69"/>
    <w:bookmarkStart w:id="90" w:name="Xdcc42392b2c83d15ea20492c134101c6ed0bb78"/>
    <w:p>
      <w:pPr>
        <w:pStyle w:val="Heading2"/>
      </w:pPr>
      <w:r>
        <w:t xml:space="preserve">Solutions — Unit 02: One-Card Draws and Outs</w:t>
      </w:r>
    </w:p>
    <w:bookmarkStart w:id="70" w:name="ms8-q021-answer-d-8.51"/>
    <w:p>
      <w:pPr>
        <w:pStyle w:val="Heading3"/>
      </w:pPr>
      <w:r>
        <w:t xml:space="preserve">MS8-Q021 — Answer D: 8.51%</w:t>
      </w:r>
    </w:p>
    <w:p>
      <w:pPr>
        <w:pStyle w:val="FirstParagraph"/>
      </w:pPr>
      <w:r>
        <w:t xml:space="preserve">For the specified next card p = 4/47 = 8.51%. Do not apply the two-card rule when only one card is being purchased.</w:t>
      </w:r>
    </w:p>
    <w:p>
      <w:pPr>
        <w:pStyle w:val="BodyText"/>
      </w:pPr>
      <w:r>
        <w:rPr>
          <w:b/>
          <w:bCs/>
        </w:rPr>
        <w:t xml:space="preserve">A:</w:t>
      </w:r>
      <w:r>
        <w:t xml:space="preserve"> </w:t>
      </w:r>
      <w:r>
        <w:t xml:space="preserve">Incorrect (0.10%). There is only one new card: use the stated unseen-card count. The verified answer is 8.51%. Do not apply the two-card rule when only one card is being purchased.</w:t>
      </w:r>
      <w:r>
        <w:br/>
      </w:r>
      <w:r>
        <w:rPr>
          <w:b/>
          <w:bCs/>
        </w:rPr>
        <w:t xml:space="preserve">B:</w:t>
      </w:r>
      <w:r>
        <w:t xml:space="preserve"> </w:t>
      </w:r>
      <w:r>
        <w:t xml:space="preserve">Incorrect (1.51%). There is only one new card: use the stated unseen-card count. The verified answer is 8.51%. Do not apply the two-card rule when only one card is being purchased.</w:t>
      </w:r>
      <w:r>
        <w:br/>
      </w:r>
      <w:r>
        <w:rPr>
          <w:b/>
          <w:bCs/>
        </w:rPr>
        <w:t xml:space="preserve">C:</w:t>
      </w:r>
      <w:r>
        <w:t xml:space="preserve"> </w:t>
      </w:r>
      <w:r>
        <w:t xml:space="preserve">Incorrect (14.01%). There is only one new card: use the stated unseen-card count. The verified answer is 8.51%. Do not apply the two-card rule when only one card is being purchased.</w:t>
      </w:r>
      <w:r>
        <w:br/>
      </w:r>
      <w:r>
        <w:rPr>
          <w:b/>
          <w:bCs/>
        </w:rPr>
        <w:t xml:space="preserve">D:</w:t>
      </w:r>
      <w:r>
        <w:t xml:space="preserve"> </w:t>
      </w:r>
      <w:r>
        <w:t xml:space="preserve">Correct. Do not apply the two-card rule when only one card is being purchased.</w:t>
      </w:r>
    </w:p>
    <w:bookmarkEnd w:id="70"/>
    <w:bookmarkStart w:id="71" w:name="ms8-q022-answer-c-23.91"/>
    <w:p>
      <w:pPr>
        <w:pStyle w:val="Heading3"/>
      </w:pPr>
      <w:r>
        <w:t xml:space="preserve">MS8-Q022 — Answer C: 23.91%</w:t>
      </w:r>
    </w:p>
    <w:p>
      <w:pPr>
        <w:pStyle w:val="FirstParagraph"/>
      </w:pPr>
      <w:r>
        <w:t xml:space="preserve">For the specified next card p = 11/46 = 23.91%. Do not apply the two-card rule when only one card is being purchased.</w:t>
      </w:r>
    </w:p>
    <w:p>
      <w:pPr>
        <w:pStyle w:val="BodyText"/>
      </w:pPr>
      <w:r>
        <w:rPr>
          <w:b/>
          <w:bCs/>
        </w:rPr>
        <w:t xml:space="preserve">A:</w:t>
      </w:r>
      <w:r>
        <w:t xml:space="preserve"> </w:t>
      </w:r>
      <w:r>
        <w:t xml:space="preserve">Incorrect (9.91%). There is only one new card: use the stated unseen-card count. The verified answer is 23.91%. Do not apply the two-card rule when only one card is being purchased.</w:t>
      </w:r>
      <w:r>
        <w:br/>
      </w:r>
      <w:r>
        <w:rPr>
          <w:b/>
          <w:bCs/>
        </w:rPr>
        <w:t xml:space="preserve">B:</w:t>
      </w:r>
      <w:r>
        <w:t xml:space="preserve"> </w:t>
      </w:r>
      <w:r>
        <w:t xml:space="preserve">Incorrect (16.91%). There is only one new card: use the stated unseen-card count. The verified answer is 23.91%. Do not apply the two-card rule when only one card is being purchased.</w:t>
      </w:r>
      <w:r>
        <w:br/>
      </w:r>
      <w:r>
        <w:rPr>
          <w:b/>
          <w:bCs/>
        </w:rPr>
        <w:t xml:space="preserve">C:</w:t>
      </w:r>
      <w:r>
        <w:t xml:space="preserve"> </w:t>
      </w:r>
      <w:r>
        <w:t xml:space="preserve">Correct. Do not apply the two-card rule when only one card is being purchased.</w:t>
      </w:r>
      <w:r>
        <w:br/>
      </w:r>
      <w:r>
        <w:rPr>
          <w:b/>
          <w:bCs/>
        </w:rPr>
        <w:t xml:space="preserve">D:</w:t>
      </w:r>
      <w:r>
        <w:t xml:space="preserve"> </w:t>
      </w:r>
      <w:r>
        <w:t xml:space="preserve">Incorrect (29.41%). There is only one new card: use the stated unseen-card count. The verified answer is 23.91%. Do not apply the two-card rule when only one card is being purchased.</w:t>
      </w:r>
    </w:p>
    <w:bookmarkEnd w:id="71"/>
    <w:bookmarkStart w:id="72" w:name="ms8-q023-answer-b-10.64"/>
    <w:p>
      <w:pPr>
        <w:pStyle w:val="Heading3"/>
      </w:pPr>
      <w:r>
        <w:t xml:space="preserve">MS8-Q023 — Answer B: 10.64%</w:t>
      </w:r>
    </w:p>
    <w:p>
      <w:pPr>
        <w:pStyle w:val="FirstParagraph"/>
      </w:pPr>
      <w:r>
        <w:t xml:space="preserve">For the specified next card p = 5/47 = 10.64%. Do not apply the two-card rule when only one card is being purchased.</w:t>
      </w:r>
    </w:p>
    <w:p>
      <w:pPr>
        <w:pStyle w:val="BodyText"/>
      </w:pPr>
      <w:r>
        <w:rPr>
          <w:b/>
          <w:bCs/>
        </w:rPr>
        <w:t xml:space="preserve">A:</w:t>
      </w:r>
      <w:r>
        <w:t xml:space="preserve"> </w:t>
      </w:r>
      <w:r>
        <w:t xml:space="preserve">Incorrect (0.10%). There is only one new card: use the stated unseen-card count. The verified answer is 10.64%. Do not apply the two-card rule when only one card is being purchased.</w:t>
      </w:r>
      <w:r>
        <w:br/>
      </w:r>
      <w:r>
        <w:rPr>
          <w:b/>
          <w:bCs/>
        </w:rPr>
        <w:t xml:space="preserve">B:</w:t>
      </w:r>
      <w:r>
        <w:t xml:space="preserve"> </w:t>
      </w:r>
      <w:r>
        <w:t xml:space="preserve">Correct. Do not apply the two-card rule when only one card is being purchased.</w:t>
      </w:r>
      <w:r>
        <w:br/>
      </w:r>
      <w:r>
        <w:rPr>
          <w:b/>
          <w:bCs/>
        </w:rPr>
        <w:t xml:space="preserve">C:</w:t>
      </w:r>
      <w:r>
        <w:t xml:space="preserve"> </w:t>
      </w:r>
      <w:r>
        <w:t xml:space="preserve">Incorrect (3.64%). There is only one new card: use the stated unseen-card count. The verified answer is 10.64%. Do not apply the two-card rule when only one card is being purchased.</w:t>
      </w:r>
      <w:r>
        <w:br/>
      </w:r>
      <w:r>
        <w:rPr>
          <w:b/>
          <w:bCs/>
        </w:rPr>
        <w:t xml:space="preserve">D:</w:t>
      </w:r>
      <w:r>
        <w:t xml:space="preserve"> </w:t>
      </w:r>
      <w:r>
        <w:t xml:space="preserve">Incorrect (16.14%). There is only one new card: use the stated unseen-card count. The verified answer is 10.64%. Do not apply the two-card rule when only one card is being purchased.</w:t>
      </w:r>
    </w:p>
    <w:bookmarkEnd w:id="72"/>
    <w:bookmarkStart w:id="73" w:name="ms8-q024-answer-a-26.09"/>
    <w:p>
      <w:pPr>
        <w:pStyle w:val="Heading3"/>
      </w:pPr>
      <w:r>
        <w:t xml:space="preserve">MS8-Q024 — Answer A: 26.09%</w:t>
      </w:r>
    </w:p>
    <w:p>
      <w:pPr>
        <w:pStyle w:val="FirstParagraph"/>
      </w:pPr>
      <w:r>
        <w:t xml:space="preserve">For the specified next card p = 12/46 = 26.09%. Do not apply the two-card rule when only one card is being purchased.</w:t>
      </w:r>
    </w:p>
    <w:p>
      <w:pPr>
        <w:pStyle w:val="BodyText"/>
      </w:pPr>
      <w:r>
        <w:rPr>
          <w:b/>
          <w:bCs/>
        </w:rPr>
        <w:t xml:space="preserve">A:</w:t>
      </w:r>
      <w:r>
        <w:t xml:space="preserve"> </w:t>
      </w:r>
      <w:r>
        <w:t xml:space="preserve">Correct. Do not apply the two-card rule when only one card is being purchased.</w:t>
      </w:r>
      <w:r>
        <w:br/>
      </w:r>
      <w:r>
        <w:rPr>
          <w:b/>
          <w:bCs/>
        </w:rPr>
        <w:t xml:space="preserve">B:</w:t>
      </w:r>
      <w:r>
        <w:t xml:space="preserve"> </w:t>
      </w:r>
      <w:r>
        <w:t xml:space="preserve">Incorrect (12.09%). There is only one new card: use the stated unseen-card count. The verified answer is 26.09%. Do not apply the two-card rule when only one card is being purchased.</w:t>
      </w:r>
      <w:r>
        <w:br/>
      </w:r>
      <w:r>
        <w:rPr>
          <w:b/>
          <w:bCs/>
        </w:rPr>
        <w:t xml:space="preserve">C:</w:t>
      </w:r>
      <w:r>
        <w:t xml:space="preserve"> </w:t>
      </w:r>
      <w:r>
        <w:t xml:space="preserve">Incorrect (19.09%). There is only one new card: use the stated unseen-card count. The verified answer is 26.09%. Do not apply the two-card rule when only one card is being purchased.</w:t>
      </w:r>
      <w:r>
        <w:br/>
      </w:r>
      <w:r>
        <w:rPr>
          <w:b/>
          <w:bCs/>
        </w:rPr>
        <w:t xml:space="preserve">D:</w:t>
      </w:r>
      <w:r>
        <w:t xml:space="preserve"> </w:t>
      </w:r>
      <w:r>
        <w:t xml:space="preserve">Incorrect (31.59%). There is only one new card: use the stated unseen-card count. The verified answer is 26.09%. Do not apply the two-card rule when only one card is being purchased.</w:t>
      </w:r>
    </w:p>
    <w:bookmarkEnd w:id="73"/>
    <w:bookmarkStart w:id="74" w:name="ms8-q025-answer-d-12.77"/>
    <w:p>
      <w:pPr>
        <w:pStyle w:val="Heading3"/>
      </w:pPr>
      <w:r>
        <w:t xml:space="preserve">MS8-Q025 — Answer D: 12.77%</w:t>
      </w:r>
    </w:p>
    <w:p>
      <w:pPr>
        <w:pStyle w:val="FirstParagraph"/>
      </w:pPr>
      <w:r>
        <w:t xml:space="preserve">For the specified next card p = 6/47 = 12.77%. Do not apply the two-card rule when only one card is being purchased.</w:t>
      </w:r>
    </w:p>
    <w:p>
      <w:pPr>
        <w:pStyle w:val="BodyText"/>
      </w:pPr>
      <w:r>
        <w:rPr>
          <w:b/>
          <w:bCs/>
        </w:rPr>
        <w:t xml:space="preserve">A:</w:t>
      </w:r>
      <w:r>
        <w:t xml:space="preserve"> </w:t>
      </w:r>
      <w:r>
        <w:t xml:space="preserve">Incorrect (0.10%). There is only one new card: use the stated unseen-card count. The verified answer is 12.77%. Do not apply the two-card rule when only one card is being purchased.</w:t>
      </w:r>
      <w:r>
        <w:br/>
      </w:r>
      <w:r>
        <w:rPr>
          <w:b/>
          <w:bCs/>
        </w:rPr>
        <w:t xml:space="preserve">B:</w:t>
      </w:r>
      <w:r>
        <w:t xml:space="preserve"> </w:t>
      </w:r>
      <w:r>
        <w:t xml:space="preserve">Incorrect (5.77%). There is only one new card: use the stated unseen-card count. The verified answer is 12.77%. Do not apply the two-card rule when only one card is being purchased.</w:t>
      </w:r>
      <w:r>
        <w:br/>
      </w:r>
      <w:r>
        <w:rPr>
          <w:b/>
          <w:bCs/>
        </w:rPr>
        <w:t xml:space="preserve">C:</w:t>
      </w:r>
      <w:r>
        <w:t xml:space="preserve"> </w:t>
      </w:r>
      <w:r>
        <w:t xml:space="preserve">Incorrect (18.27%). There is only one new card: use the stated unseen-card count. The verified answer is 12.77%. Do not apply the two-card rule when only one card is being purchased.</w:t>
      </w:r>
      <w:r>
        <w:br/>
      </w:r>
      <w:r>
        <w:rPr>
          <w:b/>
          <w:bCs/>
        </w:rPr>
        <w:t xml:space="preserve">D:</w:t>
      </w:r>
      <w:r>
        <w:t xml:space="preserve"> </w:t>
      </w:r>
      <w:r>
        <w:t xml:space="preserve">Correct. Do not apply the two-card rule when only one card is being purchased.</w:t>
      </w:r>
    </w:p>
    <w:bookmarkEnd w:id="74"/>
    <w:bookmarkStart w:id="75" w:name="ms8-q026-answer-c-28.26"/>
    <w:p>
      <w:pPr>
        <w:pStyle w:val="Heading3"/>
      </w:pPr>
      <w:r>
        <w:t xml:space="preserve">MS8-Q026 — Answer C: 28.26%</w:t>
      </w:r>
    </w:p>
    <w:p>
      <w:pPr>
        <w:pStyle w:val="FirstParagraph"/>
      </w:pPr>
      <w:r>
        <w:t xml:space="preserve">For the specified next card p = 13/46 = 28.26%. Do not apply the two-card rule when only one card is being purchased.</w:t>
      </w:r>
    </w:p>
    <w:p>
      <w:pPr>
        <w:pStyle w:val="BodyText"/>
      </w:pPr>
      <w:r>
        <w:rPr>
          <w:b/>
          <w:bCs/>
        </w:rPr>
        <w:t xml:space="preserve">A:</w:t>
      </w:r>
      <w:r>
        <w:t xml:space="preserve"> </w:t>
      </w:r>
      <w:r>
        <w:t xml:space="preserve">Incorrect (14.26%). There is only one new card: use the stated unseen-card count. The verified answer is 28.26%. Do not apply the two-card rule when only one card is being purchased.</w:t>
      </w:r>
      <w:r>
        <w:br/>
      </w:r>
      <w:r>
        <w:rPr>
          <w:b/>
          <w:bCs/>
        </w:rPr>
        <w:t xml:space="preserve">B:</w:t>
      </w:r>
      <w:r>
        <w:t xml:space="preserve"> </w:t>
      </w:r>
      <w:r>
        <w:t xml:space="preserve">Incorrect (21.26%). There is only one new card: use the stated unseen-card count. The verified answer is 28.26%. Do not apply the two-card rule when only one card is being purchased.</w:t>
      </w:r>
      <w:r>
        <w:br/>
      </w:r>
      <w:r>
        <w:rPr>
          <w:b/>
          <w:bCs/>
        </w:rPr>
        <w:t xml:space="preserve">C:</w:t>
      </w:r>
      <w:r>
        <w:t xml:space="preserve"> </w:t>
      </w:r>
      <w:r>
        <w:t xml:space="preserve">Correct. Do not apply the two-card rule when only one card is being purchased.</w:t>
      </w:r>
      <w:r>
        <w:br/>
      </w:r>
      <w:r>
        <w:rPr>
          <w:b/>
          <w:bCs/>
        </w:rPr>
        <w:t xml:space="preserve">D:</w:t>
      </w:r>
      <w:r>
        <w:t xml:space="preserve"> </w:t>
      </w:r>
      <w:r>
        <w:t xml:space="preserve">Incorrect (33.76%). There is only one new card: use the stated unseen-card count. The verified answer is 28.26%. Do not apply the two-card rule when only one card is being purchased.</w:t>
      </w:r>
    </w:p>
    <w:bookmarkEnd w:id="75"/>
    <w:bookmarkStart w:id="76" w:name="ms8-q027-answer-b-14.89"/>
    <w:p>
      <w:pPr>
        <w:pStyle w:val="Heading3"/>
      </w:pPr>
      <w:r>
        <w:t xml:space="preserve">MS8-Q027 — Answer B: 14.89%</w:t>
      </w:r>
    </w:p>
    <w:p>
      <w:pPr>
        <w:pStyle w:val="FirstParagraph"/>
      </w:pPr>
      <w:r>
        <w:t xml:space="preserve">For the specified next card p = 7/47 = 14.89%. Do not apply the two-card rule when only one card is being purchased.</w:t>
      </w:r>
    </w:p>
    <w:p>
      <w:pPr>
        <w:pStyle w:val="BodyText"/>
      </w:pPr>
      <w:r>
        <w:rPr>
          <w:b/>
          <w:bCs/>
        </w:rPr>
        <w:t xml:space="preserve">A:</w:t>
      </w:r>
      <w:r>
        <w:t xml:space="preserve"> </w:t>
      </w:r>
      <w:r>
        <w:t xml:space="preserve">Incorrect (0.89%). There is only one new card: use the stated unseen-card count. The verified answer is 14.89%. Do not apply the two-card rule when only one card is being purchased.</w:t>
      </w:r>
      <w:r>
        <w:br/>
      </w:r>
      <w:r>
        <w:rPr>
          <w:b/>
          <w:bCs/>
        </w:rPr>
        <w:t xml:space="preserve">B:</w:t>
      </w:r>
      <w:r>
        <w:t xml:space="preserve"> </w:t>
      </w:r>
      <w:r>
        <w:t xml:space="preserve">Correct. Do not apply the two-card rule when only one card is being purchased.</w:t>
      </w:r>
      <w:r>
        <w:br/>
      </w:r>
      <w:r>
        <w:rPr>
          <w:b/>
          <w:bCs/>
        </w:rPr>
        <w:t xml:space="preserve">C:</w:t>
      </w:r>
      <w:r>
        <w:t xml:space="preserve"> </w:t>
      </w:r>
      <w:r>
        <w:t xml:space="preserve">Incorrect (7.89%). There is only one new card: use the stated unseen-card count. The verified answer is 14.89%. Do not apply the two-card rule when only one card is being purchased.</w:t>
      </w:r>
      <w:r>
        <w:br/>
      </w:r>
      <w:r>
        <w:rPr>
          <w:b/>
          <w:bCs/>
        </w:rPr>
        <w:t xml:space="preserve">D:</w:t>
      </w:r>
      <w:r>
        <w:t xml:space="preserve"> </w:t>
      </w:r>
      <w:r>
        <w:t xml:space="preserve">Incorrect (20.39%). There is only one new card: use the stated unseen-card count. The verified answer is 14.89%. Do not apply the two-card rule when only one card is being purchased.</w:t>
      </w:r>
    </w:p>
    <w:bookmarkEnd w:id="76"/>
    <w:bookmarkStart w:id="77" w:name="ms8-q028-answer-a-30.43"/>
    <w:p>
      <w:pPr>
        <w:pStyle w:val="Heading3"/>
      </w:pPr>
      <w:r>
        <w:t xml:space="preserve">MS8-Q028 — Answer A: 30.43%</w:t>
      </w:r>
    </w:p>
    <w:p>
      <w:pPr>
        <w:pStyle w:val="FirstParagraph"/>
      </w:pPr>
      <w:r>
        <w:t xml:space="preserve">For the specified next card p = 14/46 = 30.43%. Do not apply the two-card rule when only one card is being purchased.</w:t>
      </w:r>
    </w:p>
    <w:p>
      <w:pPr>
        <w:pStyle w:val="BodyText"/>
      </w:pPr>
      <w:r>
        <w:rPr>
          <w:b/>
          <w:bCs/>
        </w:rPr>
        <w:t xml:space="preserve">A:</w:t>
      </w:r>
      <w:r>
        <w:t xml:space="preserve"> </w:t>
      </w:r>
      <w:r>
        <w:t xml:space="preserve">Correct. Do not apply the two-card rule when only one card is being purchased.</w:t>
      </w:r>
      <w:r>
        <w:br/>
      </w:r>
      <w:r>
        <w:rPr>
          <w:b/>
          <w:bCs/>
        </w:rPr>
        <w:t xml:space="preserve">B:</w:t>
      </w:r>
      <w:r>
        <w:t xml:space="preserve"> </w:t>
      </w:r>
      <w:r>
        <w:t xml:space="preserve">Incorrect (16.43%). There is only one new card: use the stated unseen-card count. The verified answer is 30.43%. Do not apply the two-card rule when only one card is being purchased.</w:t>
      </w:r>
      <w:r>
        <w:br/>
      </w:r>
      <w:r>
        <w:rPr>
          <w:b/>
          <w:bCs/>
        </w:rPr>
        <w:t xml:space="preserve">C:</w:t>
      </w:r>
      <w:r>
        <w:t xml:space="preserve"> </w:t>
      </w:r>
      <w:r>
        <w:t xml:space="preserve">Incorrect (23.43%). There is only one new card: use the stated unseen-card count. The verified answer is 30.43%. Do not apply the two-card rule when only one card is being purchased.</w:t>
      </w:r>
      <w:r>
        <w:br/>
      </w:r>
      <w:r>
        <w:rPr>
          <w:b/>
          <w:bCs/>
        </w:rPr>
        <w:t xml:space="preserve">D:</w:t>
      </w:r>
      <w:r>
        <w:t xml:space="preserve"> </w:t>
      </w:r>
      <w:r>
        <w:t xml:space="preserve">Incorrect (35.93%). There is only one new card: use the stated unseen-card count. The verified answer is 30.43%. Do not apply the two-card rule when only one card is being purchased.</w:t>
      </w:r>
    </w:p>
    <w:bookmarkEnd w:id="77"/>
    <w:bookmarkStart w:id="78" w:name="ms8-q029-answer-d-17.02"/>
    <w:p>
      <w:pPr>
        <w:pStyle w:val="Heading3"/>
      </w:pPr>
      <w:r>
        <w:t xml:space="preserve">MS8-Q029 — Answer D: 17.02%</w:t>
      </w:r>
    </w:p>
    <w:p>
      <w:pPr>
        <w:pStyle w:val="FirstParagraph"/>
      </w:pPr>
      <w:r>
        <w:t xml:space="preserve">For the specified next card p = 8/47 = 17.02%. Do not apply the two-card rule when only one card is being purchased.</w:t>
      </w:r>
    </w:p>
    <w:p>
      <w:pPr>
        <w:pStyle w:val="BodyText"/>
      </w:pPr>
      <w:r>
        <w:rPr>
          <w:b/>
          <w:bCs/>
        </w:rPr>
        <w:t xml:space="preserve">A:</w:t>
      </w:r>
      <w:r>
        <w:t xml:space="preserve"> </w:t>
      </w:r>
      <w:r>
        <w:t xml:space="preserve">Incorrect (3.02%). There is only one new card: use the stated unseen-card count. The verified answer is 17.02%. Do not apply the two-card rule when only one card is being purchased.</w:t>
      </w:r>
      <w:r>
        <w:br/>
      </w:r>
      <w:r>
        <w:rPr>
          <w:b/>
          <w:bCs/>
        </w:rPr>
        <w:t xml:space="preserve">B:</w:t>
      </w:r>
      <w:r>
        <w:t xml:space="preserve"> </w:t>
      </w:r>
      <w:r>
        <w:t xml:space="preserve">Incorrect (10.02%). There is only one new card: use the stated unseen-card count. The verified answer is 17.02%. Do not apply the two-card rule when only one card is being purchased.</w:t>
      </w:r>
      <w:r>
        <w:br/>
      </w:r>
      <w:r>
        <w:rPr>
          <w:b/>
          <w:bCs/>
        </w:rPr>
        <w:t xml:space="preserve">C:</w:t>
      </w:r>
      <w:r>
        <w:t xml:space="preserve"> </w:t>
      </w:r>
      <w:r>
        <w:t xml:space="preserve">Incorrect (22.52%). There is only one new card: use the stated unseen-card count. The verified answer is 17.02%. Do not apply the two-card rule when only one card is being purchased.</w:t>
      </w:r>
      <w:r>
        <w:br/>
      </w:r>
      <w:r>
        <w:rPr>
          <w:b/>
          <w:bCs/>
        </w:rPr>
        <w:t xml:space="preserve">D:</w:t>
      </w:r>
      <w:r>
        <w:t xml:space="preserve"> </w:t>
      </w:r>
      <w:r>
        <w:t xml:space="preserve">Correct. Do not apply the two-card rule when only one card is being purchased.</w:t>
      </w:r>
    </w:p>
    <w:bookmarkEnd w:id="78"/>
    <w:bookmarkStart w:id="79" w:name="ms8-q030-answer-c-32.61"/>
    <w:p>
      <w:pPr>
        <w:pStyle w:val="Heading3"/>
      </w:pPr>
      <w:r>
        <w:t xml:space="preserve">MS8-Q030 — Answer C: 32.61%</w:t>
      </w:r>
    </w:p>
    <w:p>
      <w:pPr>
        <w:pStyle w:val="FirstParagraph"/>
      </w:pPr>
      <w:r>
        <w:t xml:space="preserve">For the specified next card p = 15/46 = 32.61%. Do not apply the two-card rule when only one card is being purchased.</w:t>
      </w:r>
    </w:p>
    <w:p>
      <w:pPr>
        <w:pStyle w:val="BodyText"/>
      </w:pPr>
      <w:r>
        <w:rPr>
          <w:b/>
          <w:bCs/>
        </w:rPr>
        <w:t xml:space="preserve">A:</w:t>
      </w:r>
      <w:r>
        <w:t xml:space="preserve"> </w:t>
      </w:r>
      <w:r>
        <w:t xml:space="preserve">Incorrect (18.61%). There is only one new card: use the stated unseen-card count. The verified answer is 32.61%. Do not apply the two-card rule when only one card is being purchased.</w:t>
      </w:r>
      <w:r>
        <w:br/>
      </w:r>
      <w:r>
        <w:rPr>
          <w:b/>
          <w:bCs/>
        </w:rPr>
        <w:t xml:space="preserve">B:</w:t>
      </w:r>
      <w:r>
        <w:t xml:space="preserve"> </w:t>
      </w:r>
      <w:r>
        <w:t xml:space="preserve">Incorrect (25.61%). There is only one new card: use the stated unseen-card count. The verified answer is 32.61%. Do not apply the two-card rule when only one card is being purchased.</w:t>
      </w:r>
      <w:r>
        <w:br/>
      </w:r>
      <w:r>
        <w:rPr>
          <w:b/>
          <w:bCs/>
        </w:rPr>
        <w:t xml:space="preserve">C:</w:t>
      </w:r>
      <w:r>
        <w:t xml:space="preserve"> </w:t>
      </w:r>
      <w:r>
        <w:t xml:space="preserve">Correct. Do not apply the two-card rule when only one card is being purchased.</w:t>
      </w:r>
      <w:r>
        <w:br/>
      </w:r>
      <w:r>
        <w:rPr>
          <w:b/>
          <w:bCs/>
        </w:rPr>
        <w:t xml:space="preserve">D:</w:t>
      </w:r>
      <w:r>
        <w:t xml:space="preserve"> </w:t>
      </w:r>
      <w:r>
        <w:t xml:space="preserve">Incorrect (38.11%). There is only one new card: use the stated unseen-card count. The verified answer is 32.61%. Do not apply the two-card rule when only one card is being purchased.</w:t>
      </w:r>
    </w:p>
    <w:bookmarkEnd w:id="79"/>
    <w:bookmarkStart w:id="80" w:name="ms8-q031-answer-b-19.15"/>
    <w:p>
      <w:pPr>
        <w:pStyle w:val="Heading3"/>
      </w:pPr>
      <w:r>
        <w:t xml:space="preserve">MS8-Q031 — Answer B: 19.15%</w:t>
      </w:r>
    </w:p>
    <w:p>
      <w:pPr>
        <w:pStyle w:val="FirstParagraph"/>
      </w:pPr>
      <w:r>
        <w:t xml:space="preserve">For the specified next card p = 9/47 = 19.15%. Do not apply the two-card rule when only one card is being purchased.</w:t>
      </w:r>
    </w:p>
    <w:p>
      <w:pPr>
        <w:pStyle w:val="BodyText"/>
      </w:pPr>
      <w:r>
        <w:rPr>
          <w:b/>
          <w:bCs/>
        </w:rPr>
        <w:t xml:space="preserve">A:</w:t>
      </w:r>
      <w:r>
        <w:t xml:space="preserve"> </w:t>
      </w:r>
      <w:r>
        <w:t xml:space="preserve">Incorrect (5.15%). There is only one new card: use the stated unseen-card count. The verified answer is 19.15%. Do not apply the two-card rule when only one card is being purchased.</w:t>
      </w:r>
      <w:r>
        <w:br/>
      </w:r>
      <w:r>
        <w:rPr>
          <w:b/>
          <w:bCs/>
        </w:rPr>
        <w:t xml:space="preserve">B:</w:t>
      </w:r>
      <w:r>
        <w:t xml:space="preserve"> </w:t>
      </w:r>
      <w:r>
        <w:t xml:space="preserve">Correct. Do not apply the two-card rule when only one card is being purchased.</w:t>
      </w:r>
      <w:r>
        <w:br/>
      </w:r>
      <w:r>
        <w:rPr>
          <w:b/>
          <w:bCs/>
        </w:rPr>
        <w:t xml:space="preserve">C:</w:t>
      </w:r>
      <w:r>
        <w:t xml:space="preserve"> </w:t>
      </w:r>
      <w:r>
        <w:t xml:space="preserve">Incorrect (12.15%). There is only one new card: use the stated unseen-card count. The verified answer is 19.15%. Do not apply the two-card rule when only one card is being purchased.</w:t>
      </w:r>
      <w:r>
        <w:br/>
      </w:r>
      <w:r>
        <w:rPr>
          <w:b/>
          <w:bCs/>
        </w:rPr>
        <w:t xml:space="preserve">D:</w:t>
      </w:r>
      <w:r>
        <w:t xml:space="preserve"> </w:t>
      </w:r>
      <w:r>
        <w:t xml:space="preserve">Incorrect (24.65%). There is only one new card: use the stated unseen-card count. The verified answer is 19.15%. Do not apply the two-card rule when only one card is being purchased.</w:t>
      </w:r>
    </w:p>
    <w:bookmarkEnd w:id="80"/>
    <w:bookmarkStart w:id="81" w:name="ms8-q032-answer-a-34.78"/>
    <w:p>
      <w:pPr>
        <w:pStyle w:val="Heading3"/>
      </w:pPr>
      <w:r>
        <w:t xml:space="preserve">MS8-Q032 — Answer A: 34.78%</w:t>
      </w:r>
    </w:p>
    <w:p>
      <w:pPr>
        <w:pStyle w:val="FirstParagraph"/>
      </w:pPr>
      <w:r>
        <w:t xml:space="preserve">For the specified next card p = 16/46 = 34.78%. Do not apply the two-card rule when only one card is being purchased.</w:t>
      </w:r>
    </w:p>
    <w:p>
      <w:pPr>
        <w:pStyle w:val="BodyText"/>
      </w:pPr>
      <w:r>
        <w:rPr>
          <w:b/>
          <w:bCs/>
        </w:rPr>
        <w:t xml:space="preserve">A:</w:t>
      </w:r>
      <w:r>
        <w:t xml:space="preserve"> </w:t>
      </w:r>
      <w:r>
        <w:t xml:space="preserve">Correct. Do not apply the two-card rule when only one card is being purchased.</w:t>
      </w:r>
      <w:r>
        <w:br/>
      </w:r>
      <w:r>
        <w:rPr>
          <w:b/>
          <w:bCs/>
        </w:rPr>
        <w:t xml:space="preserve">B:</w:t>
      </w:r>
      <w:r>
        <w:t xml:space="preserve"> </w:t>
      </w:r>
      <w:r>
        <w:t xml:space="preserve">Incorrect (20.78%). There is only one new card: use the stated unseen-card count. The verified answer is 34.78%. Do not apply the two-card rule when only one card is being purchased.</w:t>
      </w:r>
      <w:r>
        <w:br/>
      </w:r>
      <w:r>
        <w:rPr>
          <w:b/>
          <w:bCs/>
        </w:rPr>
        <w:t xml:space="preserve">C:</w:t>
      </w:r>
      <w:r>
        <w:t xml:space="preserve"> </w:t>
      </w:r>
      <w:r>
        <w:t xml:space="preserve">Incorrect (27.78%). There is only one new card: use the stated unseen-card count. The verified answer is 34.78%. Do not apply the two-card rule when only one card is being purchased.</w:t>
      </w:r>
      <w:r>
        <w:br/>
      </w:r>
      <w:r>
        <w:rPr>
          <w:b/>
          <w:bCs/>
        </w:rPr>
        <w:t xml:space="preserve">D:</w:t>
      </w:r>
      <w:r>
        <w:t xml:space="preserve"> </w:t>
      </w:r>
      <w:r>
        <w:t xml:space="preserve">Incorrect (40.28%). There is only one new card: use the stated unseen-card count. The verified answer is 34.78%. Do not apply the two-card rule when only one card is being purchased.</w:t>
      </w:r>
    </w:p>
    <w:bookmarkEnd w:id="81"/>
    <w:bookmarkStart w:id="82" w:name="ms8-q033-answer-d-21.28"/>
    <w:p>
      <w:pPr>
        <w:pStyle w:val="Heading3"/>
      </w:pPr>
      <w:r>
        <w:t xml:space="preserve">MS8-Q033 — Answer D: 21.28%</w:t>
      </w:r>
    </w:p>
    <w:p>
      <w:pPr>
        <w:pStyle w:val="FirstParagraph"/>
      </w:pPr>
      <w:r>
        <w:t xml:space="preserve">For the specified next card p = 10/47 = 21.28%. Do not apply the two-card rule when only one card is being purchased.</w:t>
      </w:r>
    </w:p>
    <w:p>
      <w:pPr>
        <w:pStyle w:val="BodyText"/>
      </w:pPr>
      <w:r>
        <w:rPr>
          <w:b/>
          <w:bCs/>
        </w:rPr>
        <w:t xml:space="preserve">A:</w:t>
      </w:r>
      <w:r>
        <w:t xml:space="preserve"> </w:t>
      </w:r>
      <w:r>
        <w:t xml:space="preserve">Incorrect (7.28%). There is only one new card: use the stated unseen-card count. The verified answer is 21.28%. Do not apply the two-card rule when only one card is being purchased.</w:t>
      </w:r>
      <w:r>
        <w:br/>
      </w:r>
      <w:r>
        <w:rPr>
          <w:b/>
          <w:bCs/>
        </w:rPr>
        <w:t xml:space="preserve">B:</w:t>
      </w:r>
      <w:r>
        <w:t xml:space="preserve"> </w:t>
      </w:r>
      <w:r>
        <w:t xml:space="preserve">Incorrect (14.28%). There is only one new card: use the stated unseen-card count. The verified answer is 21.28%. Do not apply the two-card rule when only one card is being purchased.</w:t>
      </w:r>
      <w:r>
        <w:br/>
      </w:r>
      <w:r>
        <w:rPr>
          <w:b/>
          <w:bCs/>
        </w:rPr>
        <w:t xml:space="preserve">C:</w:t>
      </w:r>
      <w:r>
        <w:t xml:space="preserve"> </w:t>
      </w:r>
      <w:r>
        <w:t xml:space="preserve">Incorrect (26.78%). There is only one new card: use the stated unseen-card count. The verified answer is 21.28%. Do not apply the two-card rule when only one card is being purchased.</w:t>
      </w:r>
      <w:r>
        <w:br/>
      </w:r>
      <w:r>
        <w:rPr>
          <w:b/>
          <w:bCs/>
        </w:rPr>
        <w:t xml:space="preserve">D:</w:t>
      </w:r>
      <w:r>
        <w:t xml:space="preserve"> </w:t>
      </w:r>
      <w:r>
        <w:t xml:space="preserve">Correct. Do not apply the two-card rule when only one card is being purchased.</w:t>
      </w:r>
    </w:p>
    <w:bookmarkEnd w:id="82"/>
    <w:bookmarkStart w:id="83" w:name="ms8-q034-answer-c-8.70"/>
    <w:p>
      <w:pPr>
        <w:pStyle w:val="Heading3"/>
      </w:pPr>
      <w:r>
        <w:t xml:space="preserve">MS8-Q034 — Answer C: 8.70%</w:t>
      </w:r>
    </w:p>
    <w:p>
      <w:pPr>
        <w:pStyle w:val="FirstParagraph"/>
      </w:pPr>
      <w:r>
        <w:t xml:space="preserve">For the specified next card p = 4/46 = 8.70%. Do not apply the two-card rule when only one card is being purchased.</w:t>
      </w:r>
    </w:p>
    <w:p>
      <w:pPr>
        <w:pStyle w:val="BodyText"/>
      </w:pPr>
      <w:r>
        <w:rPr>
          <w:b/>
          <w:bCs/>
        </w:rPr>
        <w:t xml:space="preserve">A:</w:t>
      </w:r>
      <w:r>
        <w:t xml:space="preserve"> </w:t>
      </w:r>
      <w:r>
        <w:t xml:space="preserve">Incorrect (0.10%). There is only one new card: use the stated unseen-card count. The verified answer is 8.70%. Do not apply the two-card rule when only one card is being purchased.</w:t>
      </w:r>
      <w:r>
        <w:br/>
      </w:r>
      <w:r>
        <w:rPr>
          <w:b/>
          <w:bCs/>
        </w:rPr>
        <w:t xml:space="preserve">B:</w:t>
      </w:r>
      <w:r>
        <w:t xml:space="preserve"> </w:t>
      </w:r>
      <w:r>
        <w:t xml:space="preserve">Incorrect (1.70%). There is only one new card: use the stated unseen-card count. The verified answer is 8.70%. Do not apply the two-card rule when only one card is being purchased.</w:t>
      </w:r>
      <w:r>
        <w:br/>
      </w:r>
      <w:r>
        <w:rPr>
          <w:b/>
          <w:bCs/>
        </w:rPr>
        <w:t xml:space="preserve">C:</w:t>
      </w:r>
      <w:r>
        <w:t xml:space="preserve"> </w:t>
      </w:r>
      <w:r>
        <w:t xml:space="preserve">Correct. Do not apply the two-card rule when only one card is being purchased.</w:t>
      </w:r>
      <w:r>
        <w:br/>
      </w:r>
      <w:r>
        <w:rPr>
          <w:b/>
          <w:bCs/>
        </w:rPr>
        <w:t xml:space="preserve">D:</w:t>
      </w:r>
      <w:r>
        <w:t xml:space="preserve"> </w:t>
      </w:r>
      <w:r>
        <w:t xml:space="preserve">Incorrect (14.20%). There is only one new card: use the stated unseen-card count. The verified answer is 8.70%. Do not apply the two-card rule when only one card is being purchased.</w:t>
      </w:r>
    </w:p>
    <w:bookmarkEnd w:id="83"/>
    <w:bookmarkStart w:id="84" w:name="ms8-q035-answer-b-23.40"/>
    <w:p>
      <w:pPr>
        <w:pStyle w:val="Heading3"/>
      </w:pPr>
      <w:r>
        <w:t xml:space="preserve">MS8-Q035 — Answer B: 23.40%</w:t>
      </w:r>
    </w:p>
    <w:p>
      <w:pPr>
        <w:pStyle w:val="FirstParagraph"/>
      </w:pPr>
      <w:r>
        <w:t xml:space="preserve">For the specified next card p = 11/47 = 23.40%. Do not apply the two-card rule when only one card is being purchased.</w:t>
      </w:r>
    </w:p>
    <w:p>
      <w:pPr>
        <w:pStyle w:val="BodyText"/>
      </w:pPr>
      <w:r>
        <w:rPr>
          <w:b/>
          <w:bCs/>
        </w:rPr>
        <w:t xml:space="preserve">A:</w:t>
      </w:r>
      <w:r>
        <w:t xml:space="preserve"> </w:t>
      </w:r>
      <w:r>
        <w:t xml:space="preserve">Incorrect (9.40%). There is only one new card: use the stated unseen-card count. The verified answer is 23.40%. Do not apply the two-card rule when only one card is being purchased.</w:t>
      </w:r>
      <w:r>
        <w:br/>
      </w:r>
      <w:r>
        <w:rPr>
          <w:b/>
          <w:bCs/>
        </w:rPr>
        <w:t xml:space="preserve">B:</w:t>
      </w:r>
      <w:r>
        <w:t xml:space="preserve"> </w:t>
      </w:r>
      <w:r>
        <w:t xml:space="preserve">Correct. Do not apply the two-card rule when only one card is being purchased.</w:t>
      </w:r>
      <w:r>
        <w:br/>
      </w:r>
      <w:r>
        <w:rPr>
          <w:b/>
          <w:bCs/>
        </w:rPr>
        <w:t xml:space="preserve">C:</w:t>
      </w:r>
      <w:r>
        <w:t xml:space="preserve"> </w:t>
      </w:r>
      <w:r>
        <w:t xml:space="preserve">Incorrect (16.40%). There is only one new card: use the stated unseen-card count. The verified answer is 23.40%. Do not apply the two-card rule when only one card is being purchased.</w:t>
      </w:r>
      <w:r>
        <w:br/>
      </w:r>
      <w:r>
        <w:rPr>
          <w:b/>
          <w:bCs/>
        </w:rPr>
        <w:t xml:space="preserve">D:</w:t>
      </w:r>
      <w:r>
        <w:t xml:space="preserve"> </w:t>
      </w:r>
      <w:r>
        <w:t xml:space="preserve">Incorrect (28.90%). There is only one new card: use the stated unseen-card count. The verified answer is 23.40%. Do not apply the two-card rule when only one card is being purchased.</w:t>
      </w:r>
    </w:p>
    <w:bookmarkEnd w:id="84"/>
    <w:bookmarkStart w:id="85" w:name="ms8-q036-answer-a-10.87"/>
    <w:p>
      <w:pPr>
        <w:pStyle w:val="Heading3"/>
      </w:pPr>
      <w:r>
        <w:t xml:space="preserve">MS8-Q036 — Answer A: 10.87%</w:t>
      </w:r>
    </w:p>
    <w:p>
      <w:pPr>
        <w:pStyle w:val="FirstParagraph"/>
      </w:pPr>
      <w:r>
        <w:t xml:space="preserve">For the specified next card p = 5/46 = 10.87%. Do not apply the two-card rule when only one card is being purchased.</w:t>
      </w:r>
    </w:p>
    <w:p>
      <w:pPr>
        <w:pStyle w:val="BodyText"/>
      </w:pPr>
      <w:r>
        <w:rPr>
          <w:b/>
          <w:bCs/>
        </w:rPr>
        <w:t xml:space="preserve">A:</w:t>
      </w:r>
      <w:r>
        <w:t xml:space="preserve"> </w:t>
      </w:r>
      <w:r>
        <w:t xml:space="preserve">Correct. Do not apply the two-card rule when only one card is being purchased.</w:t>
      </w:r>
      <w:r>
        <w:br/>
      </w:r>
      <w:r>
        <w:rPr>
          <w:b/>
          <w:bCs/>
        </w:rPr>
        <w:t xml:space="preserve">B:</w:t>
      </w:r>
      <w:r>
        <w:t xml:space="preserve"> </w:t>
      </w:r>
      <w:r>
        <w:t xml:space="preserve">Incorrect (0.10%). There is only one new card: use the stated unseen-card count. The verified answer is 10.87%. Do not apply the two-card rule when only one card is being purchased.</w:t>
      </w:r>
      <w:r>
        <w:br/>
      </w:r>
      <w:r>
        <w:rPr>
          <w:b/>
          <w:bCs/>
        </w:rPr>
        <w:t xml:space="preserve">C:</w:t>
      </w:r>
      <w:r>
        <w:t xml:space="preserve"> </w:t>
      </w:r>
      <w:r>
        <w:t xml:space="preserve">Incorrect (3.87%). There is only one new card: use the stated unseen-card count. The verified answer is 10.87%. Do not apply the two-card rule when only one card is being purchased.</w:t>
      </w:r>
      <w:r>
        <w:br/>
      </w:r>
      <w:r>
        <w:rPr>
          <w:b/>
          <w:bCs/>
        </w:rPr>
        <w:t xml:space="preserve">D:</w:t>
      </w:r>
      <w:r>
        <w:t xml:space="preserve"> </w:t>
      </w:r>
      <w:r>
        <w:t xml:space="preserve">Incorrect (16.37%). There is only one new card: use the stated unseen-card count. The verified answer is 10.87%. Do not apply the two-card rule when only one card is being purchased.</w:t>
      </w:r>
    </w:p>
    <w:bookmarkEnd w:id="85"/>
    <w:bookmarkStart w:id="86" w:name="ms8-q037-answer-d-25.53"/>
    <w:p>
      <w:pPr>
        <w:pStyle w:val="Heading3"/>
      </w:pPr>
      <w:r>
        <w:t xml:space="preserve">MS8-Q037 — Answer D: 25.53%</w:t>
      </w:r>
    </w:p>
    <w:p>
      <w:pPr>
        <w:pStyle w:val="FirstParagraph"/>
      </w:pPr>
      <w:r>
        <w:t xml:space="preserve">For the specified next card p = 12/47 = 25.53%. Do not apply the two-card rule when only one card is being purchased.</w:t>
      </w:r>
    </w:p>
    <w:p>
      <w:pPr>
        <w:pStyle w:val="BodyText"/>
      </w:pPr>
      <w:r>
        <w:rPr>
          <w:b/>
          <w:bCs/>
        </w:rPr>
        <w:t xml:space="preserve">A:</w:t>
      </w:r>
      <w:r>
        <w:t xml:space="preserve"> </w:t>
      </w:r>
      <w:r>
        <w:t xml:space="preserve">Incorrect (11.53%). There is only one new card: use the stated unseen-card count. The verified answer is 25.53%. Do not apply the two-card rule when only one card is being purchased.</w:t>
      </w:r>
      <w:r>
        <w:br/>
      </w:r>
      <w:r>
        <w:rPr>
          <w:b/>
          <w:bCs/>
        </w:rPr>
        <w:t xml:space="preserve">B:</w:t>
      </w:r>
      <w:r>
        <w:t xml:space="preserve"> </w:t>
      </w:r>
      <w:r>
        <w:t xml:space="preserve">Incorrect (18.53%). There is only one new card: use the stated unseen-card count. The verified answer is 25.53%. Do not apply the two-card rule when only one card is being purchased.</w:t>
      </w:r>
      <w:r>
        <w:br/>
      </w:r>
      <w:r>
        <w:rPr>
          <w:b/>
          <w:bCs/>
        </w:rPr>
        <w:t xml:space="preserve">C:</w:t>
      </w:r>
      <w:r>
        <w:t xml:space="preserve"> </w:t>
      </w:r>
      <w:r>
        <w:t xml:space="preserve">Incorrect (31.03%). There is only one new card: use the stated unseen-card count. The verified answer is 25.53%. Do not apply the two-card rule when only one card is being purchased.</w:t>
      </w:r>
      <w:r>
        <w:br/>
      </w:r>
      <w:r>
        <w:rPr>
          <w:b/>
          <w:bCs/>
        </w:rPr>
        <w:t xml:space="preserve">D:</w:t>
      </w:r>
      <w:r>
        <w:t xml:space="preserve"> </w:t>
      </w:r>
      <w:r>
        <w:t xml:space="preserve">Correct. Do not apply the two-card rule when only one card is being purchased.</w:t>
      </w:r>
    </w:p>
    <w:bookmarkEnd w:id="86"/>
    <w:bookmarkStart w:id="87" w:name="ms8-q038-answer-c-13.04"/>
    <w:p>
      <w:pPr>
        <w:pStyle w:val="Heading3"/>
      </w:pPr>
      <w:r>
        <w:t xml:space="preserve">MS8-Q038 — Answer C: 13.04%</w:t>
      </w:r>
    </w:p>
    <w:p>
      <w:pPr>
        <w:pStyle w:val="FirstParagraph"/>
      </w:pPr>
      <w:r>
        <w:t xml:space="preserve">For the specified next card p = 6/46 = 13.04%. Do not apply the two-card rule when only one card is being purchased.</w:t>
      </w:r>
    </w:p>
    <w:p>
      <w:pPr>
        <w:pStyle w:val="BodyText"/>
      </w:pPr>
      <w:r>
        <w:rPr>
          <w:b/>
          <w:bCs/>
        </w:rPr>
        <w:t xml:space="preserve">A:</w:t>
      </w:r>
      <w:r>
        <w:t xml:space="preserve"> </w:t>
      </w:r>
      <w:r>
        <w:t xml:space="preserve">Incorrect (0.10%). There is only one new card: use the stated unseen-card count. The verified answer is 13.04%. Do not apply the two-card rule when only one card is being purchased.</w:t>
      </w:r>
      <w:r>
        <w:br/>
      </w:r>
      <w:r>
        <w:rPr>
          <w:b/>
          <w:bCs/>
        </w:rPr>
        <w:t xml:space="preserve">B:</w:t>
      </w:r>
      <w:r>
        <w:t xml:space="preserve"> </w:t>
      </w:r>
      <w:r>
        <w:t xml:space="preserve">Incorrect (6.04%). There is only one new card: use the stated unseen-card count. The verified answer is 13.04%. Do not apply the two-card rule when only one card is being purchased.</w:t>
      </w:r>
      <w:r>
        <w:br/>
      </w:r>
      <w:r>
        <w:rPr>
          <w:b/>
          <w:bCs/>
        </w:rPr>
        <w:t xml:space="preserve">C:</w:t>
      </w:r>
      <w:r>
        <w:t xml:space="preserve"> </w:t>
      </w:r>
      <w:r>
        <w:t xml:space="preserve">Correct. Do not apply the two-card rule when only one card is being purchased.</w:t>
      </w:r>
      <w:r>
        <w:br/>
      </w:r>
      <w:r>
        <w:rPr>
          <w:b/>
          <w:bCs/>
        </w:rPr>
        <w:t xml:space="preserve">D:</w:t>
      </w:r>
      <w:r>
        <w:t xml:space="preserve"> </w:t>
      </w:r>
      <w:r>
        <w:t xml:space="preserve">Incorrect (18.54%). There is only one new card: use the stated unseen-card count. The verified answer is 13.04%. Do not apply the two-card rule when only one card is being purchased.</w:t>
      </w:r>
    </w:p>
    <w:bookmarkEnd w:id="87"/>
    <w:bookmarkStart w:id="88" w:name="ms8-q039-answer-b-27.66"/>
    <w:p>
      <w:pPr>
        <w:pStyle w:val="Heading3"/>
      </w:pPr>
      <w:r>
        <w:t xml:space="preserve">MS8-Q039 — Answer B: 27.66%</w:t>
      </w:r>
    </w:p>
    <w:p>
      <w:pPr>
        <w:pStyle w:val="FirstParagraph"/>
      </w:pPr>
      <w:r>
        <w:t xml:space="preserve">For the specified next card p = 13/47 = 27.66%. Do not apply the two-card rule when only one card is being purchased.</w:t>
      </w:r>
    </w:p>
    <w:p>
      <w:pPr>
        <w:pStyle w:val="BodyText"/>
      </w:pPr>
      <w:r>
        <w:rPr>
          <w:b/>
          <w:bCs/>
        </w:rPr>
        <w:t xml:space="preserve">A:</w:t>
      </w:r>
      <w:r>
        <w:t xml:space="preserve"> </w:t>
      </w:r>
      <w:r>
        <w:t xml:space="preserve">Incorrect (13.66%). There is only one new card: use the stated unseen-card count. The verified answer is 27.66%. Do not apply the two-card rule when only one card is being purchased.</w:t>
      </w:r>
      <w:r>
        <w:br/>
      </w:r>
      <w:r>
        <w:rPr>
          <w:b/>
          <w:bCs/>
        </w:rPr>
        <w:t xml:space="preserve">B:</w:t>
      </w:r>
      <w:r>
        <w:t xml:space="preserve"> </w:t>
      </w:r>
      <w:r>
        <w:t xml:space="preserve">Correct. Do not apply the two-card rule when only one card is being purchased.</w:t>
      </w:r>
      <w:r>
        <w:br/>
      </w:r>
      <w:r>
        <w:rPr>
          <w:b/>
          <w:bCs/>
        </w:rPr>
        <w:t xml:space="preserve">C:</w:t>
      </w:r>
      <w:r>
        <w:t xml:space="preserve"> </w:t>
      </w:r>
      <w:r>
        <w:t xml:space="preserve">Incorrect (20.66%). There is only one new card: use the stated unseen-card count. The verified answer is 27.66%. Do not apply the two-card rule when only one card is being purchased.</w:t>
      </w:r>
      <w:r>
        <w:br/>
      </w:r>
      <w:r>
        <w:rPr>
          <w:b/>
          <w:bCs/>
        </w:rPr>
        <w:t xml:space="preserve">D:</w:t>
      </w:r>
      <w:r>
        <w:t xml:space="preserve"> </w:t>
      </w:r>
      <w:r>
        <w:t xml:space="preserve">Incorrect (33.16%). There is only one new card: use the stated unseen-card count. The verified answer is 27.66%. Do not apply the two-card rule when only one card is being purchased.</w:t>
      </w:r>
    </w:p>
    <w:bookmarkEnd w:id="88"/>
    <w:bookmarkStart w:id="89" w:name="ms8-q040-answer-a-15.22"/>
    <w:p>
      <w:pPr>
        <w:pStyle w:val="Heading3"/>
      </w:pPr>
      <w:r>
        <w:t xml:space="preserve">MS8-Q040 — Answer A: 15.22%</w:t>
      </w:r>
    </w:p>
    <w:p>
      <w:pPr>
        <w:pStyle w:val="FirstParagraph"/>
      </w:pPr>
      <w:r>
        <w:t xml:space="preserve">For the specified next card p = 7/46 = 15.22%. Do not apply the two-card rule when only one card is being purchased.</w:t>
      </w:r>
    </w:p>
    <w:p>
      <w:pPr>
        <w:pStyle w:val="BodyText"/>
      </w:pPr>
      <w:r>
        <w:rPr>
          <w:b/>
          <w:bCs/>
        </w:rPr>
        <w:t xml:space="preserve">A:</w:t>
      </w:r>
      <w:r>
        <w:t xml:space="preserve"> </w:t>
      </w:r>
      <w:r>
        <w:t xml:space="preserve">Correct. Do not apply the two-card rule when only one card is being purchased.</w:t>
      </w:r>
      <w:r>
        <w:br/>
      </w:r>
      <w:r>
        <w:rPr>
          <w:b/>
          <w:bCs/>
        </w:rPr>
        <w:t xml:space="preserve">B:</w:t>
      </w:r>
      <w:r>
        <w:t xml:space="preserve"> </w:t>
      </w:r>
      <w:r>
        <w:t xml:space="preserve">Incorrect (1.22%). There is only one new card: use the stated unseen-card count. The verified answer is 15.22%. Do not apply the two-card rule when only one card is being purchased.</w:t>
      </w:r>
      <w:r>
        <w:br/>
      </w:r>
      <w:r>
        <w:rPr>
          <w:b/>
          <w:bCs/>
        </w:rPr>
        <w:t xml:space="preserve">C:</w:t>
      </w:r>
      <w:r>
        <w:t xml:space="preserve"> </w:t>
      </w:r>
      <w:r>
        <w:t xml:space="preserve">Incorrect (8.22%). There is only one new card: use the stated unseen-card count. The verified answer is 15.22%. Do not apply the two-card rule when only one card is being purchased.</w:t>
      </w:r>
      <w:r>
        <w:br/>
      </w:r>
      <w:r>
        <w:rPr>
          <w:b/>
          <w:bCs/>
        </w:rPr>
        <w:t xml:space="preserve">D:</w:t>
      </w:r>
      <w:r>
        <w:t xml:space="preserve"> </w:t>
      </w:r>
      <w:r>
        <w:t xml:space="preserve">Incorrect (20.72%). There is only one new card: use the stated unseen-card count. The verified answer is 15.22%. Do not apply the two-card rule when only one card is being purchased.</w:t>
      </w:r>
    </w:p>
    <w:bookmarkEnd w:id="89"/>
    <w:bookmarkEnd w:id="90"/>
    <w:bookmarkStart w:id="111" w:name="X7b53bbb2a14a303fb2d46eb66ed1c5dd77f095d"/>
    <w:p>
      <w:pPr>
        <w:pStyle w:val="Heading2"/>
      </w:pPr>
      <w:r>
        <w:t xml:space="preserve">Solutions — Unit 03: Two-Card Draw Completion</w:t>
      </w:r>
    </w:p>
    <w:bookmarkStart w:id="91" w:name="ms8-q041-answer-d-16.47"/>
    <w:p>
      <w:pPr>
        <w:pStyle w:val="Heading3"/>
      </w:pPr>
      <w:r>
        <w:t xml:space="preserve">MS8-Q041 — Answer D: 16.47%</w:t>
      </w:r>
    </w:p>
    <w:p>
      <w:pPr>
        <w:pStyle w:val="FirstParagraph"/>
      </w:pPr>
      <w:r>
        <w:t xml:space="preserve">P(no hit)=(43/47)×(42/46). Thus p=1−P(no hit)=16.47%. This is a completion probability, not necessarily true showdown equity.</w:t>
      </w:r>
    </w:p>
    <w:p>
      <w:pPr>
        <w:pStyle w:val="BodyText"/>
      </w:pPr>
      <w:r>
        <w:rPr>
          <w:b/>
          <w:bCs/>
        </w:rPr>
        <w:t xml:space="preserve">A:</w:t>
      </w:r>
      <w:r>
        <w:t xml:space="preserve"> </w:t>
      </w:r>
      <w:r>
        <w:t xml:space="preserve">Incorrect (2.47%). Use the complementary probability of missing both draws. The verified answer is 16.47%. This is a completion probability, not necessarily true showdown equity.</w:t>
      </w:r>
      <w:r>
        <w:br/>
      </w:r>
      <w:r>
        <w:rPr>
          <w:b/>
          <w:bCs/>
        </w:rPr>
        <w:t xml:space="preserve">B:</w:t>
      </w:r>
      <w:r>
        <w:t xml:space="preserve"> </w:t>
      </w:r>
      <w:r>
        <w:t xml:space="preserve">Incorrect (9.47%). Use the complementary probability of missing both draws. The verified answer is 16.47%. This is a completion probability, not necessarily true showdown equity.</w:t>
      </w:r>
      <w:r>
        <w:br/>
      </w:r>
      <w:r>
        <w:rPr>
          <w:b/>
          <w:bCs/>
        </w:rPr>
        <w:t xml:space="preserve">C:</w:t>
      </w:r>
      <w:r>
        <w:t xml:space="preserve"> </w:t>
      </w:r>
      <w:r>
        <w:t xml:space="preserve">Incorrect (21.97%). Use the complementary probability of missing both draws. The verified answer is 16.47%. This is a completion probability, not necessarily true showdown equity.</w:t>
      </w:r>
      <w:r>
        <w:br/>
      </w:r>
      <w:r>
        <w:rPr>
          <w:b/>
          <w:bCs/>
        </w:rPr>
        <w:t xml:space="preserve">D:</w:t>
      </w:r>
      <w:r>
        <w:t xml:space="preserve"> </w:t>
      </w:r>
      <w:r>
        <w:t xml:space="preserve">Correct. This is a completion probability, not necessarily true showdown equity.</w:t>
      </w:r>
    </w:p>
    <w:bookmarkEnd w:id="91"/>
    <w:bookmarkStart w:id="92" w:name="ms8-q042-answer-c-34.97"/>
    <w:p>
      <w:pPr>
        <w:pStyle w:val="Heading3"/>
      </w:pPr>
      <w:r>
        <w:t xml:space="preserve">MS8-Q042 — Answer C: 34.97%</w:t>
      </w:r>
    </w:p>
    <w:p>
      <w:pPr>
        <w:pStyle w:val="FirstParagraph"/>
      </w:pPr>
      <w:r>
        <w:t xml:space="preserve">P(no hit)=(38/47)×(37/46). Thus p=1−P(no hit)=34.97%. This is a completion probability, not necessarily true showdown equity.</w:t>
      </w:r>
    </w:p>
    <w:p>
      <w:pPr>
        <w:pStyle w:val="BodyText"/>
      </w:pPr>
      <w:r>
        <w:rPr>
          <w:b/>
          <w:bCs/>
        </w:rPr>
        <w:t xml:space="preserve">A:</w:t>
      </w:r>
      <w:r>
        <w:t xml:space="preserve"> </w:t>
      </w:r>
      <w:r>
        <w:t xml:space="preserve">Incorrect (20.97%). Use the complementary probability of missing both draws. The verified answer is 34.97%. This is a completion probability, not necessarily true showdown equity.</w:t>
      </w:r>
      <w:r>
        <w:br/>
      </w:r>
      <w:r>
        <w:rPr>
          <w:b/>
          <w:bCs/>
        </w:rPr>
        <w:t xml:space="preserve">B:</w:t>
      </w:r>
      <w:r>
        <w:t xml:space="preserve"> </w:t>
      </w:r>
      <w:r>
        <w:t xml:space="preserve">Incorrect (27.97%). Use the complementary probability of missing both draws. The verified answer is 34.97%. This is a completion probability, not necessarily true showdown equity.</w:t>
      </w:r>
      <w:r>
        <w:br/>
      </w:r>
      <w:r>
        <w:rPr>
          <w:b/>
          <w:bCs/>
        </w:rPr>
        <w:t xml:space="preserve">C:</w:t>
      </w:r>
      <w:r>
        <w:t xml:space="preserve"> </w:t>
      </w:r>
      <w:r>
        <w:t xml:space="preserve">Correct. This is a completion probability, not necessarily true showdown equity.</w:t>
      </w:r>
      <w:r>
        <w:br/>
      </w:r>
      <w:r>
        <w:rPr>
          <w:b/>
          <w:bCs/>
        </w:rPr>
        <w:t xml:space="preserve">D:</w:t>
      </w:r>
      <w:r>
        <w:t xml:space="preserve"> </w:t>
      </w:r>
      <w:r>
        <w:t xml:space="preserve">Incorrect (40.47%). Use the complementary probability of missing both draws. The verified answer is 34.97%. This is a completion probability, not necessarily true showdown equity.</w:t>
      </w:r>
    </w:p>
    <w:bookmarkEnd w:id="92"/>
    <w:bookmarkStart w:id="93" w:name="ms8-q043-answer-b-51.16"/>
    <w:p>
      <w:pPr>
        <w:pStyle w:val="Heading3"/>
      </w:pPr>
      <w:r>
        <w:t xml:space="preserve">MS8-Q043 — Answer B: 51.16%</w:t>
      </w:r>
    </w:p>
    <w:p>
      <w:pPr>
        <w:pStyle w:val="FirstParagraph"/>
      </w:pPr>
      <w:r>
        <w:t xml:space="preserve">P(no hit)=(33/47)×(32/46). Thus p=1−P(no hit)=51.16%. This is a completion probability, not necessarily true showdown equity.</w:t>
      </w:r>
    </w:p>
    <w:p>
      <w:pPr>
        <w:pStyle w:val="BodyText"/>
      </w:pPr>
      <w:r>
        <w:rPr>
          <w:b/>
          <w:bCs/>
        </w:rPr>
        <w:t xml:space="preserve">A:</w:t>
      </w:r>
      <w:r>
        <w:t xml:space="preserve"> </w:t>
      </w:r>
      <w:r>
        <w:t xml:space="preserve">Incorrect (37.16%). Use the complementary probability of missing both draws. The verified answer is 51.16%. This is a completion probability, not necessarily true showdown equity.</w:t>
      </w:r>
      <w:r>
        <w:br/>
      </w:r>
      <w:r>
        <w:rPr>
          <w:b/>
          <w:bCs/>
        </w:rPr>
        <w:t xml:space="preserve">B:</w:t>
      </w:r>
      <w:r>
        <w:t xml:space="preserve"> </w:t>
      </w:r>
      <w:r>
        <w:t xml:space="preserve">Correct. This is a completion probability, not necessarily true showdown equity.</w:t>
      </w:r>
      <w:r>
        <w:br/>
      </w:r>
      <w:r>
        <w:rPr>
          <w:b/>
          <w:bCs/>
        </w:rPr>
        <w:t xml:space="preserve">C:</w:t>
      </w:r>
      <w:r>
        <w:t xml:space="preserve"> </w:t>
      </w:r>
      <w:r>
        <w:t xml:space="preserve">Incorrect (44.16%). Use the complementary probability of missing both draws. The verified answer is 51.16%. This is a completion probability, not necessarily true showdown equity.</w:t>
      </w:r>
      <w:r>
        <w:br/>
      </w:r>
      <w:r>
        <w:rPr>
          <w:b/>
          <w:bCs/>
        </w:rPr>
        <w:t xml:space="preserve">D:</w:t>
      </w:r>
      <w:r>
        <w:t xml:space="preserve"> </w:t>
      </w:r>
      <w:r>
        <w:t xml:space="preserve">Incorrect (56.66%). Use the complementary probability of missing both draws. The verified answer is 51.16%. This is a completion probability, not necessarily true showdown equity.</w:t>
      </w:r>
    </w:p>
    <w:bookmarkEnd w:id="93"/>
    <w:bookmarkStart w:id="94" w:name="ms8-q044-answer-a-24.14"/>
    <w:p>
      <w:pPr>
        <w:pStyle w:val="Heading3"/>
      </w:pPr>
      <w:r>
        <w:t xml:space="preserve">MS8-Q044 — Answer A: 24.14%</w:t>
      </w:r>
    </w:p>
    <w:p>
      <w:pPr>
        <w:pStyle w:val="FirstParagraph"/>
      </w:pPr>
      <w:r>
        <w:t xml:space="preserve">P(no hit)=(41/47)×(40/46). Thus p=1−P(no hit)=24.14%. This is a completion probability, not necessarily true showdown equity.</w:t>
      </w:r>
    </w:p>
    <w:p>
      <w:pPr>
        <w:pStyle w:val="BodyText"/>
      </w:pPr>
      <w:r>
        <w:rPr>
          <w:b/>
          <w:bCs/>
        </w:rPr>
        <w:t xml:space="preserve">A:</w:t>
      </w:r>
      <w:r>
        <w:t xml:space="preserve"> </w:t>
      </w:r>
      <w:r>
        <w:t xml:space="preserve">Correct. This is a completion probability, not necessarily true showdown equity.</w:t>
      </w:r>
      <w:r>
        <w:br/>
      </w:r>
      <w:r>
        <w:rPr>
          <w:b/>
          <w:bCs/>
        </w:rPr>
        <w:t xml:space="preserve">B:</w:t>
      </w:r>
      <w:r>
        <w:t xml:space="preserve"> </w:t>
      </w:r>
      <w:r>
        <w:t xml:space="preserve">Incorrect (10.14%). Use the complementary probability of missing both draws. The verified answer is 24.14%. This is a completion probability, not necessarily true showdown equity.</w:t>
      </w:r>
      <w:r>
        <w:br/>
      </w:r>
      <w:r>
        <w:rPr>
          <w:b/>
          <w:bCs/>
        </w:rPr>
        <w:t xml:space="preserve">C:</w:t>
      </w:r>
      <w:r>
        <w:t xml:space="preserve"> </w:t>
      </w:r>
      <w:r>
        <w:t xml:space="preserve">Incorrect (17.14%). Use the complementary probability of missing both draws. The verified answer is 24.14%. This is a completion probability, not necessarily true showdown equity.</w:t>
      </w:r>
      <w:r>
        <w:br/>
      </w:r>
      <w:r>
        <w:rPr>
          <w:b/>
          <w:bCs/>
        </w:rPr>
        <w:t xml:space="preserve">D:</w:t>
      </w:r>
      <w:r>
        <w:t xml:space="preserve"> </w:t>
      </w:r>
      <w:r>
        <w:t xml:space="preserve">Incorrect (29.64%). Use the complementary probability of missing both draws. The verified answer is 24.14%. This is a completion probability, not necessarily true showdown equity.</w:t>
      </w:r>
    </w:p>
    <w:bookmarkEnd w:id="94"/>
    <w:bookmarkStart w:id="95" w:name="ms8-q045-answer-d-41.72"/>
    <w:p>
      <w:pPr>
        <w:pStyle w:val="Heading3"/>
      </w:pPr>
      <w:r>
        <w:t xml:space="preserve">MS8-Q045 — Answer D: 41.72%</w:t>
      </w:r>
    </w:p>
    <w:p>
      <w:pPr>
        <w:pStyle w:val="FirstParagraph"/>
      </w:pPr>
      <w:r>
        <w:t xml:space="preserve">P(no hit)=(36/47)×(35/46). Thus p=1−P(no hit)=41.72%. This is a completion probability, not necessarily true showdown equity.</w:t>
      </w:r>
    </w:p>
    <w:p>
      <w:pPr>
        <w:pStyle w:val="BodyText"/>
      </w:pPr>
      <w:r>
        <w:rPr>
          <w:b/>
          <w:bCs/>
        </w:rPr>
        <w:t xml:space="preserve">A:</w:t>
      </w:r>
      <w:r>
        <w:t xml:space="preserve"> </w:t>
      </w:r>
      <w:r>
        <w:t xml:space="preserve">Incorrect (27.72%). Use the complementary probability of missing both draws. The verified answer is 41.72%. This is a completion probability, not necessarily true showdown equity.</w:t>
      </w:r>
      <w:r>
        <w:br/>
      </w:r>
      <w:r>
        <w:rPr>
          <w:b/>
          <w:bCs/>
        </w:rPr>
        <w:t xml:space="preserve">B:</w:t>
      </w:r>
      <w:r>
        <w:t xml:space="preserve"> </w:t>
      </w:r>
      <w:r>
        <w:t xml:space="preserve">Incorrect (34.72%). Use the complementary probability of missing both draws. The verified answer is 41.72%. This is a completion probability, not necessarily true showdown equity.</w:t>
      </w:r>
      <w:r>
        <w:br/>
      </w:r>
      <w:r>
        <w:rPr>
          <w:b/>
          <w:bCs/>
        </w:rPr>
        <w:t xml:space="preserve">C:</w:t>
      </w:r>
      <w:r>
        <w:t xml:space="preserve"> </w:t>
      </w:r>
      <w:r>
        <w:t xml:space="preserve">Incorrect (47.22%). Use the complementary probability of missing both draws. The verified answer is 41.72%. This is a completion probability, not necessarily true showdown equity.</w:t>
      </w:r>
      <w:r>
        <w:br/>
      </w:r>
      <w:r>
        <w:rPr>
          <w:b/>
          <w:bCs/>
        </w:rPr>
        <w:t xml:space="preserve">D:</w:t>
      </w:r>
      <w:r>
        <w:t xml:space="preserve"> </w:t>
      </w:r>
      <w:r>
        <w:t xml:space="preserve">Correct. This is a completion probability, not necessarily true showdown equity.</w:t>
      </w:r>
    </w:p>
    <w:bookmarkEnd w:id="95"/>
    <w:bookmarkStart w:id="96" w:name="ms8-q046-answer-c-56.98"/>
    <w:p>
      <w:pPr>
        <w:pStyle w:val="Heading3"/>
      </w:pPr>
      <w:r>
        <w:t xml:space="preserve">MS8-Q046 — Answer C: 56.98%</w:t>
      </w:r>
    </w:p>
    <w:p>
      <w:pPr>
        <w:pStyle w:val="FirstParagraph"/>
      </w:pPr>
      <w:r>
        <w:t xml:space="preserve">P(no hit)=(31/47)×(30/46). Thus p=1−P(no hit)=56.98%. This is a completion probability, not necessarily true showdown equity.</w:t>
      </w:r>
    </w:p>
    <w:p>
      <w:pPr>
        <w:pStyle w:val="BodyText"/>
      </w:pPr>
      <w:r>
        <w:rPr>
          <w:b/>
          <w:bCs/>
        </w:rPr>
        <w:t xml:space="preserve">A:</w:t>
      </w:r>
      <w:r>
        <w:t xml:space="preserve"> </w:t>
      </w:r>
      <w:r>
        <w:t xml:space="preserve">Incorrect (42.98%). Use the complementary probability of missing both draws. The verified answer is 56.98%. This is a completion probability, not necessarily true showdown equity.</w:t>
      </w:r>
      <w:r>
        <w:br/>
      </w:r>
      <w:r>
        <w:rPr>
          <w:b/>
          <w:bCs/>
        </w:rPr>
        <w:t xml:space="preserve">B:</w:t>
      </w:r>
      <w:r>
        <w:t xml:space="preserve"> </w:t>
      </w:r>
      <w:r>
        <w:t xml:space="preserve">Incorrect (49.98%). Use the complementary probability of missing both draws. The verified answer is 56.98%. This is a completion probability, not necessarily true showdown equity.</w:t>
      </w:r>
      <w:r>
        <w:br/>
      </w:r>
      <w:r>
        <w:rPr>
          <w:b/>
          <w:bCs/>
        </w:rPr>
        <w:t xml:space="preserve">C:</w:t>
      </w:r>
      <w:r>
        <w:t xml:space="preserve"> </w:t>
      </w:r>
      <w:r>
        <w:t xml:space="preserve">Correct. This is a completion probability, not necessarily true showdown equity.</w:t>
      </w:r>
      <w:r>
        <w:br/>
      </w:r>
      <w:r>
        <w:rPr>
          <w:b/>
          <w:bCs/>
        </w:rPr>
        <w:t xml:space="preserve">D:</w:t>
      </w:r>
      <w:r>
        <w:t xml:space="preserve"> </w:t>
      </w:r>
      <w:r>
        <w:t xml:space="preserve">Incorrect (62.48%). Use the complementary probability of missing both draws. The verified answer is 56.98%. This is a completion probability, not necessarily true showdown equity.</w:t>
      </w:r>
    </w:p>
    <w:bookmarkEnd w:id="96"/>
    <w:bookmarkStart w:id="97" w:name="ms8-q047-answer-b-31.45"/>
    <w:p>
      <w:pPr>
        <w:pStyle w:val="Heading3"/>
      </w:pPr>
      <w:r>
        <w:t xml:space="preserve">MS8-Q047 — Answer B: 31.45%</w:t>
      </w:r>
    </w:p>
    <w:p>
      <w:pPr>
        <w:pStyle w:val="FirstParagraph"/>
      </w:pPr>
      <w:r>
        <w:t xml:space="preserve">P(no hit)=(39/47)×(38/46). Thus p=1−P(no hit)=31.45%. This is a completion probability, not necessarily true showdown equity.</w:t>
      </w:r>
    </w:p>
    <w:p>
      <w:pPr>
        <w:pStyle w:val="BodyText"/>
      </w:pPr>
      <w:r>
        <w:rPr>
          <w:b/>
          <w:bCs/>
        </w:rPr>
        <w:t xml:space="preserve">A:</w:t>
      </w:r>
      <w:r>
        <w:t xml:space="preserve"> </w:t>
      </w:r>
      <w:r>
        <w:t xml:space="preserve">Incorrect (17.45%). Use the complementary probability of missing both draws. The verified answer is 31.45%. This is a completion probability, not necessarily true showdown equity.</w:t>
      </w:r>
      <w:r>
        <w:br/>
      </w:r>
      <w:r>
        <w:rPr>
          <w:b/>
          <w:bCs/>
        </w:rPr>
        <w:t xml:space="preserve">B:</w:t>
      </w:r>
      <w:r>
        <w:t xml:space="preserve"> </w:t>
      </w:r>
      <w:r>
        <w:t xml:space="preserve">Correct. This is a completion probability, not necessarily true showdown equity.</w:t>
      </w:r>
      <w:r>
        <w:br/>
      </w:r>
      <w:r>
        <w:rPr>
          <w:b/>
          <w:bCs/>
        </w:rPr>
        <w:t xml:space="preserve">C:</w:t>
      </w:r>
      <w:r>
        <w:t xml:space="preserve"> </w:t>
      </w:r>
      <w:r>
        <w:t xml:space="preserve">Incorrect (24.45%). Use the complementary probability of missing both draws. The verified answer is 31.45%. This is a completion probability, not necessarily true showdown equity.</w:t>
      </w:r>
      <w:r>
        <w:br/>
      </w:r>
      <w:r>
        <w:rPr>
          <w:b/>
          <w:bCs/>
        </w:rPr>
        <w:t xml:space="preserve">D:</w:t>
      </w:r>
      <w:r>
        <w:t xml:space="preserve"> </w:t>
      </w:r>
      <w:r>
        <w:t xml:space="preserve">Incorrect (36.95%). Use the complementary probability of missing both draws. The verified answer is 31.45%. This is a completion probability, not necessarily true showdown equity.</w:t>
      </w:r>
    </w:p>
    <w:bookmarkEnd w:id="97"/>
    <w:bookmarkStart w:id="98" w:name="ms8-q048-answer-a-48.10"/>
    <w:p>
      <w:pPr>
        <w:pStyle w:val="Heading3"/>
      </w:pPr>
      <w:r>
        <w:t xml:space="preserve">MS8-Q048 — Answer A: 48.10%</w:t>
      </w:r>
    </w:p>
    <w:p>
      <w:pPr>
        <w:pStyle w:val="FirstParagraph"/>
      </w:pPr>
      <w:r>
        <w:t xml:space="preserve">P(no hit)=(34/47)×(33/46). Thus p=1−P(no hit)=48.10%. This is a completion probability, not necessarily true showdown equity.</w:t>
      </w:r>
    </w:p>
    <w:p>
      <w:pPr>
        <w:pStyle w:val="BodyText"/>
      </w:pPr>
      <w:r>
        <w:rPr>
          <w:b/>
          <w:bCs/>
        </w:rPr>
        <w:t xml:space="preserve">A:</w:t>
      </w:r>
      <w:r>
        <w:t xml:space="preserve"> </w:t>
      </w:r>
      <w:r>
        <w:t xml:space="preserve">Correct. This is a completion probability, not necessarily true showdown equity.</w:t>
      </w:r>
      <w:r>
        <w:br/>
      </w:r>
      <w:r>
        <w:rPr>
          <w:b/>
          <w:bCs/>
        </w:rPr>
        <w:t xml:space="preserve">B:</w:t>
      </w:r>
      <w:r>
        <w:t xml:space="preserve"> </w:t>
      </w:r>
      <w:r>
        <w:t xml:space="preserve">Incorrect (34.10%). Use the complementary probability of missing both draws. The verified answer is 48.10%. This is a completion probability, not necessarily true showdown equity.</w:t>
      </w:r>
      <w:r>
        <w:br/>
      </w:r>
      <w:r>
        <w:rPr>
          <w:b/>
          <w:bCs/>
        </w:rPr>
        <w:t xml:space="preserve">C:</w:t>
      </w:r>
      <w:r>
        <w:t xml:space="preserve"> </w:t>
      </w:r>
      <w:r>
        <w:t xml:space="preserve">Incorrect (41.10%). Use the complementary probability of missing both draws. The verified answer is 48.10%. This is a completion probability, not necessarily true showdown equity.</w:t>
      </w:r>
      <w:r>
        <w:br/>
      </w:r>
      <w:r>
        <w:rPr>
          <w:b/>
          <w:bCs/>
        </w:rPr>
        <w:t xml:space="preserve">D:</w:t>
      </w:r>
      <w:r>
        <w:t xml:space="preserve"> </w:t>
      </w:r>
      <w:r>
        <w:t xml:space="preserve">Incorrect (53.60%). Use the complementary probability of missing both draws. The verified answer is 48.10%. This is a completion probability, not necessarily true showdown equity.</w:t>
      </w:r>
    </w:p>
    <w:bookmarkEnd w:id="98"/>
    <w:bookmarkStart w:id="99" w:name="ms8-q049-answer-d-20.35"/>
    <w:p>
      <w:pPr>
        <w:pStyle w:val="Heading3"/>
      </w:pPr>
      <w:r>
        <w:t xml:space="preserve">MS8-Q049 — Answer D: 20.35%</w:t>
      </w:r>
    </w:p>
    <w:p>
      <w:pPr>
        <w:pStyle w:val="FirstParagraph"/>
      </w:pPr>
      <w:r>
        <w:t xml:space="preserve">P(no hit)=(42/47)×(41/46). Thus p=1−P(no hit)=20.35%. This is a completion probability, not necessarily true showdown equity.</w:t>
      </w:r>
    </w:p>
    <w:p>
      <w:pPr>
        <w:pStyle w:val="BodyText"/>
      </w:pPr>
      <w:r>
        <w:rPr>
          <w:b/>
          <w:bCs/>
        </w:rPr>
        <w:t xml:space="preserve">A:</w:t>
      </w:r>
      <w:r>
        <w:t xml:space="preserve"> </w:t>
      </w:r>
      <w:r>
        <w:t xml:space="preserve">Incorrect (6.35%). Use the complementary probability of missing both draws. The verified answer is 20.35%. This is a completion probability, not necessarily true showdown equity.</w:t>
      </w:r>
      <w:r>
        <w:br/>
      </w:r>
      <w:r>
        <w:rPr>
          <w:b/>
          <w:bCs/>
        </w:rPr>
        <w:t xml:space="preserve">B:</w:t>
      </w:r>
      <w:r>
        <w:t xml:space="preserve"> </w:t>
      </w:r>
      <w:r>
        <w:t xml:space="preserve">Incorrect (13.35%). Use the complementary probability of missing both draws. The verified answer is 20.35%. This is a completion probability, not necessarily true showdown equity.</w:t>
      </w:r>
      <w:r>
        <w:br/>
      </w:r>
      <w:r>
        <w:rPr>
          <w:b/>
          <w:bCs/>
        </w:rPr>
        <w:t xml:space="preserve">C:</w:t>
      </w:r>
      <w:r>
        <w:t xml:space="preserve"> </w:t>
      </w:r>
      <w:r>
        <w:t xml:space="preserve">Incorrect (25.85%). Use the complementary probability of missing both draws. The verified answer is 20.35%. This is a completion probability, not necessarily true showdown equity.</w:t>
      </w:r>
      <w:r>
        <w:br/>
      </w:r>
      <w:r>
        <w:rPr>
          <w:b/>
          <w:bCs/>
        </w:rPr>
        <w:t xml:space="preserve">D:</w:t>
      </w:r>
      <w:r>
        <w:t xml:space="preserve"> </w:t>
      </w:r>
      <w:r>
        <w:t xml:space="preserve">Correct. This is a completion probability, not necessarily true showdown equity.</w:t>
      </w:r>
    </w:p>
    <w:bookmarkEnd w:id="99"/>
    <w:bookmarkStart w:id="100" w:name="ms8-q050-answer-c-38.39"/>
    <w:p>
      <w:pPr>
        <w:pStyle w:val="Heading3"/>
      </w:pPr>
      <w:r>
        <w:t xml:space="preserve">MS8-Q050 — Answer C: 38.39%</w:t>
      </w:r>
    </w:p>
    <w:p>
      <w:pPr>
        <w:pStyle w:val="FirstParagraph"/>
      </w:pPr>
      <w:r>
        <w:t xml:space="preserve">P(no hit)=(37/47)×(36/46). Thus p=1−P(no hit)=38.39%. This is a completion probability, not necessarily true showdown equity.</w:t>
      </w:r>
    </w:p>
    <w:p>
      <w:pPr>
        <w:pStyle w:val="BodyText"/>
      </w:pPr>
      <w:r>
        <w:rPr>
          <w:b/>
          <w:bCs/>
        </w:rPr>
        <w:t xml:space="preserve">A:</w:t>
      </w:r>
      <w:r>
        <w:t xml:space="preserve"> </w:t>
      </w:r>
      <w:r>
        <w:t xml:space="preserve">Incorrect (24.39%). Use the complementary probability of missing both draws. The verified answer is 38.39%. This is a completion probability, not necessarily true showdown equity.</w:t>
      </w:r>
      <w:r>
        <w:br/>
      </w:r>
      <w:r>
        <w:rPr>
          <w:b/>
          <w:bCs/>
        </w:rPr>
        <w:t xml:space="preserve">B:</w:t>
      </w:r>
      <w:r>
        <w:t xml:space="preserve"> </w:t>
      </w:r>
      <w:r>
        <w:t xml:space="preserve">Incorrect (31.39%). Use the complementary probability of missing both draws. The verified answer is 38.39%. This is a completion probability, not necessarily true showdown equity.</w:t>
      </w:r>
      <w:r>
        <w:br/>
      </w:r>
      <w:r>
        <w:rPr>
          <w:b/>
          <w:bCs/>
        </w:rPr>
        <w:t xml:space="preserve">C:</w:t>
      </w:r>
      <w:r>
        <w:t xml:space="preserve"> </w:t>
      </w:r>
      <w:r>
        <w:t xml:space="preserve">Correct. This is a completion probability, not necessarily true showdown equity.</w:t>
      </w:r>
      <w:r>
        <w:br/>
      </w:r>
      <w:r>
        <w:rPr>
          <w:b/>
          <w:bCs/>
        </w:rPr>
        <w:t xml:space="preserve">D:</w:t>
      </w:r>
      <w:r>
        <w:t xml:space="preserve"> </w:t>
      </w:r>
      <w:r>
        <w:t xml:space="preserve">Incorrect (43.89%). Use the complementary probability of missing both draws. The verified answer is 38.39%. This is a completion probability, not necessarily true showdown equity.</w:t>
      </w:r>
    </w:p>
    <w:bookmarkEnd w:id="100"/>
    <w:bookmarkStart w:id="101" w:name="ms8-q051-answer-b-54.12"/>
    <w:p>
      <w:pPr>
        <w:pStyle w:val="Heading3"/>
      </w:pPr>
      <w:r>
        <w:t xml:space="preserve">MS8-Q051 — Answer B: 54.12%</w:t>
      </w:r>
    </w:p>
    <w:p>
      <w:pPr>
        <w:pStyle w:val="FirstParagraph"/>
      </w:pPr>
      <w:r>
        <w:t xml:space="preserve">P(no hit)=(32/47)×(31/46). Thus p=1−P(no hit)=54.12%. This is a completion probability, not necessarily true showdown equity.</w:t>
      </w:r>
    </w:p>
    <w:p>
      <w:pPr>
        <w:pStyle w:val="BodyText"/>
      </w:pPr>
      <w:r>
        <w:rPr>
          <w:b/>
          <w:bCs/>
        </w:rPr>
        <w:t xml:space="preserve">A:</w:t>
      </w:r>
      <w:r>
        <w:t xml:space="preserve"> </w:t>
      </w:r>
      <w:r>
        <w:t xml:space="preserve">Incorrect (40.12%). Use the complementary probability of missing both draws. The verified answer is 54.12%. This is a completion probability, not necessarily true showdown equity.</w:t>
      </w:r>
      <w:r>
        <w:br/>
      </w:r>
      <w:r>
        <w:rPr>
          <w:b/>
          <w:bCs/>
        </w:rPr>
        <w:t xml:space="preserve">B:</w:t>
      </w:r>
      <w:r>
        <w:t xml:space="preserve"> </w:t>
      </w:r>
      <w:r>
        <w:t xml:space="preserve">Correct. This is a completion probability, not necessarily true showdown equity.</w:t>
      </w:r>
      <w:r>
        <w:br/>
      </w:r>
      <w:r>
        <w:rPr>
          <w:b/>
          <w:bCs/>
        </w:rPr>
        <w:t xml:space="preserve">C:</w:t>
      </w:r>
      <w:r>
        <w:t xml:space="preserve"> </w:t>
      </w:r>
      <w:r>
        <w:t xml:space="preserve">Incorrect (47.12%). Use the complementary probability of missing both draws. The verified answer is 54.12%. This is a completion probability, not necessarily true showdown equity.</w:t>
      </w:r>
      <w:r>
        <w:br/>
      </w:r>
      <w:r>
        <w:rPr>
          <w:b/>
          <w:bCs/>
        </w:rPr>
        <w:t xml:space="preserve">D:</w:t>
      </w:r>
      <w:r>
        <w:t xml:space="preserve"> </w:t>
      </w:r>
      <w:r>
        <w:t xml:space="preserve">Incorrect (59.62%). Use the complementary probability of missing both draws. The verified answer is 54.12%. This is a completion probability, not necessarily true showdown equity.</w:t>
      </w:r>
    </w:p>
    <w:bookmarkEnd w:id="101"/>
    <w:bookmarkStart w:id="102" w:name="ms8-q052-answer-a-27.84"/>
    <w:p>
      <w:pPr>
        <w:pStyle w:val="Heading3"/>
      </w:pPr>
      <w:r>
        <w:t xml:space="preserve">MS8-Q052 — Answer A: 27.84%</w:t>
      </w:r>
    </w:p>
    <w:p>
      <w:pPr>
        <w:pStyle w:val="FirstParagraph"/>
      </w:pPr>
      <w:r>
        <w:t xml:space="preserve">P(no hit)=(40/47)×(39/46). Thus p=1−P(no hit)=27.84%. This is a completion probability, not necessarily true showdown equity.</w:t>
      </w:r>
    </w:p>
    <w:p>
      <w:pPr>
        <w:pStyle w:val="BodyText"/>
      </w:pPr>
      <w:r>
        <w:rPr>
          <w:b/>
          <w:bCs/>
        </w:rPr>
        <w:t xml:space="preserve">A:</w:t>
      </w:r>
      <w:r>
        <w:t xml:space="preserve"> </w:t>
      </w:r>
      <w:r>
        <w:t xml:space="preserve">Correct. This is a completion probability, not necessarily true showdown equity.</w:t>
      </w:r>
      <w:r>
        <w:br/>
      </w:r>
      <w:r>
        <w:rPr>
          <w:b/>
          <w:bCs/>
        </w:rPr>
        <w:t xml:space="preserve">B:</w:t>
      </w:r>
      <w:r>
        <w:t xml:space="preserve"> </w:t>
      </w:r>
      <w:r>
        <w:t xml:space="preserve">Incorrect (13.84%). Use the complementary probability of missing both draws. The verified answer is 27.84%. This is a completion probability, not necessarily true showdown equity.</w:t>
      </w:r>
      <w:r>
        <w:br/>
      </w:r>
      <w:r>
        <w:rPr>
          <w:b/>
          <w:bCs/>
        </w:rPr>
        <w:t xml:space="preserve">C:</w:t>
      </w:r>
      <w:r>
        <w:t xml:space="preserve"> </w:t>
      </w:r>
      <w:r>
        <w:t xml:space="preserve">Incorrect (20.84%). Use the complementary probability of missing both draws. The verified answer is 27.84%. This is a completion probability, not necessarily true showdown equity.</w:t>
      </w:r>
      <w:r>
        <w:br/>
      </w:r>
      <w:r>
        <w:rPr>
          <w:b/>
          <w:bCs/>
        </w:rPr>
        <w:t xml:space="preserve">D:</w:t>
      </w:r>
      <w:r>
        <w:t xml:space="preserve"> </w:t>
      </w:r>
      <w:r>
        <w:t xml:space="preserve">Incorrect (33.34%). Use the complementary probability of missing both draws. The verified answer is 27.84%. This is a completion probability, not necessarily true showdown equity.</w:t>
      </w:r>
    </w:p>
    <w:bookmarkEnd w:id="102"/>
    <w:bookmarkStart w:id="103" w:name="ms8-q053-answer-d-44.96"/>
    <w:p>
      <w:pPr>
        <w:pStyle w:val="Heading3"/>
      </w:pPr>
      <w:r>
        <w:t xml:space="preserve">MS8-Q053 — Answer D: 44.96%</w:t>
      </w:r>
    </w:p>
    <w:p>
      <w:pPr>
        <w:pStyle w:val="FirstParagraph"/>
      </w:pPr>
      <w:r>
        <w:t xml:space="preserve">P(no hit)=(35/47)×(34/46). Thus p=1−P(no hit)=44.96%. This is a completion probability, not necessarily true showdown equity.</w:t>
      </w:r>
    </w:p>
    <w:p>
      <w:pPr>
        <w:pStyle w:val="BodyText"/>
      </w:pPr>
      <w:r>
        <w:rPr>
          <w:b/>
          <w:bCs/>
        </w:rPr>
        <w:t xml:space="preserve">A:</w:t>
      </w:r>
      <w:r>
        <w:t xml:space="preserve"> </w:t>
      </w:r>
      <w:r>
        <w:t xml:space="preserve">Incorrect (30.96%). Use the complementary probability of missing both draws. The verified answer is 44.96%. This is a completion probability, not necessarily true showdown equity.</w:t>
      </w:r>
      <w:r>
        <w:br/>
      </w:r>
      <w:r>
        <w:rPr>
          <w:b/>
          <w:bCs/>
        </w:rPr>
        <w:t xml:space="preserve">B:</w:t>
      </w:r>
      <w:r>
        <w:t xml:space="preserve"> </w:t>
      </w:r>
      <w:r>
        <w:t xml:space="preserve">Incorrect (37.96%). Use the complementary probability of missing both draws. The verified answer is 44.96%. This is a completion probability, not necessarily true showdown equity.</w:t>
      </w:r>
      <w:r>
        <w:br/>
      </w:r>
      <w:r>
        <w:rPr>
          <w:b/>
          <w:bCs/>
        </w:rPr>
        <w:t xml:space="preserve">C:</w:t>
      </w:r>
      <w:r>
        <w:t xml:space="preserve"> </w:t>
      </w:r>
      <w:r>
        <w:t xml:space="preserve">Incorrect (50.46%). Use the complementary probability of missing both draws. The verified answer is 44.96%. This is a completion probability, not necessarily true showdown equity.</w:t>
      </w:r>
      <w:r>
        <w:br/>
      </w:r>
      <w:r>
        <w:rPr>
          <w:b/>
          <w:bCs/>
        </w:rPr>
        <w:t xml:space="preserve">D:</w:t>
      </w:r>
      <w:r>
        <w:t xml:space="preserve"> </w:t>
      </w:r>
      <w:r>
        <w:t xml:space="preserve">Correct. This is a completion probability, not necessarily true showdown equity.</w:t>
      </w:r>
    </w:p>
    <w:bookmarkEnd w:id="103"/>
    <w:bookmarkStart w:id="104" w:name="ms8-q054-answer-c-16.47"/>
    <w:p>
      <w:pPr>
        <w:pStyle w:val="Heading3"/>
      </w:pPr>
      <w:r>
        <w:t xml:space="preserve">MS8-Q054 — Answer C: 16.47%</w:t>
      </w:r>
    </w:p>
    <w:p>
      <w:pPr>
        <w:pStyle w:val="FirstParagraph"/>
      </w:pPr>
      <w:r>
        <w:t xml:space="preserve">P(no hit)=(43/47)×(42/46). Thus p=1−P(no hit)=16.47%. This is a completion probability, not necessarily true showdown equity.</w:t>
      </w:r>
    </w:p>
    <w:p>
      <w:pPr>
        <w:pStyle w:val="BodyText"/>
      </w:pPr>
      <w:r>
        <w:rPr>
          <w:b/>
          <w:bCs/>
        </w:rPr>
        <w:t xml:space="preserve">A:</w:t>
      </w:r>
      <w:r>
        <w:t xml:space="preserve"> </w:t>
      </w:r>
      <w:r>
        <w:t xml:space="preserve">Incorrect (2.47%). Use the complementary probability of missing both draws. The verified answer is 16.47%. This is a completion probability, not necessarily true showdown equity.</w:t>
      </w:r>
      <w:r>
        <w:br/>
      </w:r>
      <w:r>
        <w:rPr>
          <w:b/>
          <w:bCs/>
        </w:rPr>
        <w:t xml:space="preserve">B:</w:t>
      </w:r>
      <w:r>
        <w:t xml:space="preserve"> </w:t>
      </w:r>
      <w:r>
        <w:t xml:space="preserve">Incorrect (9.47%). Use the complementary probability of missing both draws. The verified answer is 16.47%. This is a completion probability, not necessarily true showdown equity.</w:t>
      </w:r>
      <w:r>
        <w:br/>
      </w:r>
      <w:r>
        <w:rPr>
          <w:b/>
          <w:bCs/>
        </w:rPr>
        <w:t xml:space="preserve">C:</w:t>
      </w:r>
      <w:r>
        <w:t xml:space="preserve"> </w:t>
      </w:r>
      <w:r>
        <w:t xml:space="preserve">Correct. This is a completion probability, not necessarily true showdown equity.</w:t>
      </w:r>
      <w:r>
        <w:br/>
      </w:r>
      <w:r>
        <w:rPr>
          <w:b/>
          <w:bCs/>
        </w:rPr>
        <w:t xml:space="preserve">D:</w:t>
      </w:r>
      <w:r>
        <w:t xml:space="preserve"> </w:t>
      </w:r>
      <w:r>
        <w:t xml:space="preserve">Incorrect (21.97%). Use the complementary probability of missing both draws. The verified answer is 16.47%. This is a completion probability, not necessarily true showdown equity.</w:t>
      </w:r>
    </w:p>
    <w:bookmarkEnd w:id="104"/>
    <w:bookmarkStart w:id="105" w:name="ms8-q055-answer-b-34.97"/>
    <w:p>
      <w:pPr>
        <w:pStyle w:val="Heading3"/>
      </w:pPr>
      <w:r>
        <w:t xml:space="preserve">MS8-Q055 — Answer B: 34.97%</w:t>
      </w:r>
    </w:p>
    <w:p>
      <w:pPr>
        <w:pStyle w:val="FirstParagraph"/>
      </w:pPr>
      <w:r>
        <w:t xml:space="preserve">P(no hit)=(38/47)×(37/46). Thus p=1−P(no hit)=34.97%. This is a completion probability, not necessarily true showdown equity.</w:t>
      </w:r>
    </w:p>
    <w:p>
      <w:pPr>
        <w:pStyle w:val="BodyText"/>
      </w:pPr>
      <w:r>
        <w:rPr>
          <w:b/>
          <w:bCs/>
        </w:rPr>
        <w:t xml:space="preserve">A:</w:t>
      </w:r>
      <w:r>
        <w:t xml:space="preserve"> </w:t>
      </w:r>
      <w:r>
        <w:t xml:space="preserve">Incorrect (20.97%). Use the complementary probability of missing both draws. The verified answer is 34.97%. This is a completion probability, not necessarily true showdown equity.</w:t>
      </w:r>
      <w:r>
        <w:br/>
      </w:r>
      <w:r>
        <w:rPr>
          <w:b/>
          <w:bCs/>
        </w:rPr>
        <w:t xml:space="preserve">B:</w:t>
      </w:r>
      <w:r>
        <w:t xml:space="preserve"> </w:t>
      </w:r>
      <w:r>
        <w:t xml:space="preserve">Correct. This is a completion probability, not necessarily true showdown equity.</w:t>
      </w:r>
      <w:r>
        <w:br/>
      </w:r>
      <w:r>
        <w:rPr>
          <w:b/>
          <w:bCs/>
        </w:rPr>
        <w:t xml:space="preserve">C:</w:t>
      </w:r>
      <w:r>
        <w:t xml:space="preserve"> </w:t>
      </w:r>
      <w:r>
        <w:t xml:space="preserve">Incorrect (27.97%). Use the complementary probability of missing both draws. The verified answer is 34.97%. This is a completion probability, not necessarily true showdown equity.</w:t>
      </w:r>
      <w:r>
        <w:br/>
      </w:r>
      <w:r>
        <w:rPr>
          <w:b/>
          <w:bCs/>
        </w:rPr>
        <w:t xml:space="preserve">D:</w:t>
      </w:r>
      <w:r>
        <w:t xml:space="preserve"> </w:t>
      </w:r>
      <w:r>
        <w:t xml:space="preserve">Incorrect (40.47%). Use the complementary probability of missing both draws. The verified answer is 34.97%. This is a completion probability, not necessarily true showdown equity.</w:t>
      </w:r>
    </w:p>
    <w:bookmarkEnd w:id="105"/>
    <w:bookmarkStart w:id="106" w:name="ms8-q056-answer-a-51.16"/>
    <w:p>
      <w:pPr>
        <w:pStyle w:val="Heading3"/>
      </w:pPr>
      <w:r>
        <w:t xml:space="preserve">MS8-Q056 — Answer A: 51.16%</w:t>
      </w:r>
    </w:p>
    <w:p>
      <w:pPr>
        <w:pStyle w:val="FirstParagraph"/>
      </w:pPr>
      <w:r>
        <w:t xml:space="preserve">P(no hit)=(33/47)×(32/46). Thus p=1−P(no hit)=51.16%. This is a completion probability, not necessarily true showdown equity.</w:t>
      </w:r>
    </w:p>
    <w:p>
      <w:pPr>
        <w:pStyle w:val="BodyText"/>
      </w:pPr>
      <w:r>
        <w:rPr>
          <w:b/>
          <w:bCs/>
        </w:rPr>
        <w:t xml:space="preserve">A:</w:t>
      </w:r>
      <w:r>
        <w:t xml:space="preserve"> </w:t>
      </w:r>
      <w:r>
        <w:t xml:space="preserve">Correct. This is a completion probability, not necessarily true showdown equity.</w:t>
      </w:r>
      <w:r>
        <w:br/>
      </w:r>
      <w:r>
        <w:rPr>
          <w:b/>
          <w:bCs/>
        </w:rPr>
        <w:t xml:space="preserve">B:</w:t>
      </w:r>
      <w:r>
        <w:t xml:space="preserve"> </w:t>
      </w:r>
      <w:r>
        <w:t xml:space="preserve">Incorrect (37.16%). Use the complementary probability of missing both draws. The verified answer is 51.16%. This is a completion probability, not necessarily true showdown equity.</w:t>
      </w:r>
      <w:r>
        <w:br/>
      </w:r>
      <w:r>
        <w:rPr>
          <w:b/>
          <w:bCs/>
        </w:rPr>
        <w:t xml:space="preserve">C:</w:t>
      </w:r>
      <w:r>
        <w:t xml:space="preserve"> </w:t>
      </w:r>
      <w:r>
        <w:t xml:space="preserve">Incorrect (44.16%). Use the complementary probability of missing both draws. The verified answer is 51.16%. This is a completion probability, not necessarily true showdown equity.</w:t>
      </w:r>
      <w:r>
        <w:br/>
      </w:r>
      <w:r>
        <w:rPr>
          <w:b/>
          <w:bCs/>
        </w:rPr>
        <w:t xml:space="preserve">D:</w:t>
      </w:r>
      <w:r>
        <w:t xml:space="preserve"> </w:t>
      </w:r>
      <w:r>
        <w:t xml:space="preserve">Incorrect (56.66%). Use the complementary probability of missing both draws. The verified answer is 51.16%. This is a completion probability, not necessarily true showdown equity.</w:t>
      </w:r>
    </w:p>
    <w:bookmarkEnd w:id="106"/>
    <w:bookmarkStart w:id="107" w:name="ms8-q057-answer-d-24.14"/>
    <w:p>
      <w:pPr>
        <w:pStyle w:val="Heading3"/>
      </w:pPr>
      <w:r>
        <w:t xml:space="preserve">MS8-Q057 — Answer D: 24.14%</w:t>
      </w:r>
    </w:p>
    <w:p>
      <w:pPr>
        <w:pStyle w:val="FirstParagraph"/>
      </w:pPr>
      <w:r>
        <w:t xml:space="preserve">P(no hit)=(41/47)×(40/46). Thus p=1−P(no hit)=24.14%. This is a completion probability, not necessarily true showdown equity.</w:t>
      </w:r>
    </w:p>
    <w:p>
      <w:pPr>
        <w:pStyle w:val="BodyText"/>
      </w:pPr>
      <w:r>
        <w:rPr>
          <w:b/>
          <w:bCs/>
        </w:rPr>
        <w:t xml:space="preserve">A:</w:t>
      </w:r>
      <w:r>
        <w:t xml:space="preserve"> </w:t>
      </w:r>
      <w:r>
        <w:t xml:space="preserve">Incorrect (10.14%). Use the complementary probability of missing both draws. The verified answer is 24.14%. This is a completion probability, not necessarily true showdown equity.</w:t>
      </w:r>
      <w:r>
        <w:br/>
      </w:r>
      <w:r>
        <w:rPr>
          <w:b/>
          <w:bCs/>
        </w:rPr>
        <w:t xml:space="preserve">B:</w:t>
      </w:r>
      <w:r>
        <w:t xml:space="preserve"> </w:t>
      </w:r>
      <w:r>
        <w:t xml:space="preserve">Incorrect (17.14%). Use the complementary probability of missing both draws. The verified answer is 24.14%. This is a completion probability, not necessarily true showdown equity.</w:t>
      </w:r>
      <w:r>
        <w:br/>
      </w:r>
      <w:r>
        <w:rPr>
          <w:b/>
          <w:bCs/>
        </w:rPr>
        <w:t xml:space="preserve">C:</w:t>
      </w:r>
      <w:r>
        <w:t xml:space="preserve"> </w:t>
      </w:r>
      <w:r>
        <w:t xml:space="preserve">Incorrect (29.64%). Use the complementary probability of missing both draws. The verified answer is 24.14%. This is a completion probability, not necessarily true showdown equity.</w:t>
      </w:r>
      <w:r>
        <w:br/>
      </w:r>
      <w:r>
        <w:rPr>
          <w:b/>
          <w:bCs/>
        </w:rPr>
        <w:t xml:space="preserve">D:</w:t>
      </w:r>
      <w:r>
        <w:t xml:space="preserve"> </w:t>
      </w:r>
      <w:r>
        <w:t xml:space="preserve">Correct. This is a completion probability, not necessarily true showdown equity.</w:t>
      </w:r>
    </w:p>
    <w:bookmarkEnd w:id="107"/>
    <w:bookmarkStart w:id="108" w:name="ms8-q058-answer-c-41.72"/>
    <w:p>
      <w:pPr>
        <w:pStyle w:val="Heading3"/>
      </w:pPr>
      <w:r>
        <w:t xml:space="preserve">MS8-Q058 — Answer C: 41.72%</w:t>
      </w:r>
    </w:p>
    <w:p>
      <w:pPr>
        <w:pStyle w:val="FirstParagraph"/>
      </w:pPr>
      <w:r>
        <w:t xml:space="preserve">P(no hit)=(36/47)×(35/46). Thus p=1−P(no hit)=41.72%. This is a completion probability, not necessarily true showdown equity.</w:t>
      </w:r>
    </w:p>
    <w:p>
      <w:pPr>
        <w:pStyle w:val="BodyText"/>
      </w:pPr>
      <w:r>
        <w:rPr>
          <w:b/>
          <w:bCs/>
        </w:rPr>
        <w:t xml:space="preserve">A:</w:t>
      </w:r>
      <w:r>
        <w:t xml:space="preserve"> </w:t>
      </w:r>
      <w:r>
        <w:t xml:space="preserve">Incorrect (27.72%). Use the complementary probability of missing both draws. The verified answer is 41.72%. This is a completion probability, not necessarily true showdown equity.</w:t>
      </w:r>
      <w:r>
        <w:br/>
      </w:r>
      <w:r>
        <w:rPr>
          <w:b/>
          <w:bCs/>
        </w:rPr>
        <w:t xml:space="preserve">B:</w:t>
      </w:r>
      <w:r>
        <w:t xml:space="preserve"> </w:t>
      </w:r>
      <w:r>
        <w:t xml:space="preserve">Incorrect (34.72%). Use the complementary probability of missing both draws. The verified answer is 41.72%. This is a completion probability, not necessarily true showdown equity.</w:t>
      </w:r>
      <w:r>
        <w:br/>
      </w:r>
      <w:r>
        <w:rPr>
          <w:b/>
          <w:bCs/>
        </w:rPr>
        <w:t xml:space="preserve">C:</w:t>
      </w:r>
      <w:r>
        <w:t xml:space="preserve"> </w:t>
      </w:r>
      <w:r>
        <w:t xml:space="preserve">Correct. This is a completion probability, not necessarily true showdown equity.</w:t>
      </w:r>
      <w:r>
        <w:br/>
      </w:r>
      <w:r>
        <w:rPr>
          <w:b/>
          <w:bCs/>
        </w:rPr>
        <w:t xml:space="preserve">D:</w:t>
      </w:r>
      <w:r>
        <w:t xml:space="preserve"> </w:t>
      </w:r>
      <w:r>
        <w:t xml:space="preserve">Incorrect (47.22%). Use the complementary probability of missing both draws. The verified answer is 41.72%. This is a completion probability, not necessarily true showdown equity.</w:t>
      </w:r>
    </w:p>
    <w:bookmarkEnd w:id="108"/>
    <w:bookmarkStart w:id="109" w:name="ms8-q059-answer-b-56.98"/>
    <w:p>
      <w:pPr>
        <w:pStyle w:val="Heading3"/>
      </w:pPr>
      <w:r>
        <w:t xml:space="preserve">MS8-Q059 — Answer B: 56.98%</w:t>
      </w:r>
    </w:p>
    <w:p>
      <w:pPr>
        <w:pStyle w:val="FirstParagraph"/>
      </w:pPr>
      <w:r>
        <w:t xml:space="preserve">P(no hit)=(31/47)×(30/46). Thus p=1−P(no hit)=56.98%. This is a completion probability, not necessarily true showdown equity.</w:t>
      </w:r>
    </w:p>
    <w:p>
      <w:pPr>
        <w:pStyle w:val="BodyText"/>
      </w:pPr>
      <w:r>
        <w:rPr>
          <w:b/>
          <w:bCs/>
        </w:rPr>
        <w:t xml:space="preserve">A:</w:t>
      </w:r>
      <w:r>
        <w:t xml:space="preserve"> </w:t>
      </w:r>
      <w:r>
        <w:t xml:space="preserve">Incorrect (42.98%). Use the complementary probability of missing both draws. The verified answer is 56.98%. This is a completion probability, not necessarily true showdown equity.</w:t>
      </w:r>
      <w:r>
        <w:br/>
      </w:r>
      <w:r>
        <w:rPr>
          <w:b/>
          <w:bCs/>
        </w:rPr>
        <w:t xml:space="preserve">B:</w:t>
      </w:r>
      <w:r>
        <w:t xml:space="preserve"> </w:t>
      </w:r>
      <w:r>
        <w:t xml:space="preserve">Correct. This is a completion probability, not necessarily true showdown equity.</w:t>
      </w:r>
      <w:r>
        <w:br/>
      </w:r>
      <w:r>
        <w:rPr>
          <w:b/>
          <w:bCs/>
        </w:rPr>
        <w:t xml:space="preserve">C:</w:t>
      </w:r>
      <w:r>
        <w:t xml:space="preserve"> </w:t>
      </w:r>
      <w:r>
        <w:t xml:space="preserve">Incorrect (49.98%). Use the complementary probability of missing both draws. The verified answer is 56.98%. This is a completion probability, not necessarily true showdown equity.</w:t>
      </w:r>
      <w:r>
        <w:br/>
      </w:r>
      <w:r>
        <w:rPr>
          <w:b/>
          <w:bCs/>
        </w:rPr>
        <w:t xml:space="preserve">D:</w:t>
      </w:r>
      <w:r>
        <w:t xml:space="preserve"> </w:t>
      </w:r>
      <w:r>
        <w:t xml:space="preserve">Incorrect (62.48%). Use the complementary probability of missing both draws. The verified answer is 56.98%. This is a completion probability, not necessarily true showdown equity.</w:t>
      </w:r>
    </w:p>
    <w:bookmarkEnd w:id="109"/>
    <w:bookmarkStart w:id="110" w:name="ms8-q060-answer-a-31.45"/>
    <w:p>
      <w:pPr>
        <w:pStyle w:val="Heading3"/>
      </w:pPr>
      <w:r>
        <w:t xml:space="preserve">MS8-Q060 — Answer A: 31.45%</w:t>
      </w:r>
    </w:p>
    <w:p>
      <w:pPr>
        <w:pStyle w:val="FirstParagraph"/>
      </w:pPr>
      <w:r>
        <w:t xml:space="preserve">P(no hit)=(39/47)×(38/46). Thus p=1−P(no hit)=31.45%. This is a completion probability, not necessarily true showdown equity.</w:t>
      </w:r>
    </w:p>
    <w:p>
      <w:pPr>
        <w:pStyle w:val="BodyText"/>
      </w:pPr>
      <w:r>
        <w:rPr>
          <w:b/>
          <w:bCs/>
        </w:rPr>
        <w:t xml:space="preserve">A:</w:t>
      </w:r>
      <w:r>
        <w:t xml:space="preserve"> </w:t>
      </w:r>
      <w:r>
        <w:t xml:space="preserve">Correct. This is a completion probability, not necessarily true showdown equity.</w:t>
      </w:r>
      <w:r>
        <w:br/>
      </w:r>
      <w:r>
        <w:rPr>
          <w:b/>
          <w:bCs/>
        </w:rPr>
        <w:t xml:space="preserve">B:</w:t>
      </w:r>
      <w:r>
        <w:t xml:space="preserve"> </w:t>
      </w:r>
      <w:r>
        <w:t xml:space="preserve">Incorrect (17.45%). Use the complementary probability of missing both draws. The verified answer is 31.45%. This is a completion probability, not necessarily true showdown equity.</w:t>
      </w:r>
      <w:r>
        <w:br/>
      </w:r>
      <w:r>
        <w:rPr>
          <w:b/>
          <w:bCs/>
        </w:rPr>
        <w:t xml:space="preserve">C:</w:t>
      </w:r>
      <w:r>
        <w:t xml:space="preserve"> </w:t>
      </w:r>
      <w:r>
        <w:t xml:space="preserve">Incorrect (24.45%). Use the complementary probability of missing both draws. The verified answer is 31.45%. This is a completion probability, not necessarily true showdown equity.</w:t>
      </w:r>
      <w:r>
        <w:br/>
      </w:r>
      <w:r>
        <w:rPr>
          <w:b/>
          <w:bCs/>
        </w:rPr>
        <w:t xml:space="preserve">D:</w:t>
      </w:r>
      <w:r>
        <w:t xml:space="preserve"> </w:t>
      </w:r>
      <w:r>
        <w:t xml:space="preserve">Incorrect (36.95%). Use the complementary probability of missing both draws. The verified answer is 31.45%. This is a completion probability, not necessarily true showdown equity.</w:t>
      </w:r>
    </w:p>
    <w:bookmarkEnd w:id="110"/>
    <w:bookmarkEnd w:id="111"/>
    <w:bookmarkStart w:id="132" w:name="X74175eadd78c510be6bc56ddef6c3106500e99d"/>
    <w:p>
      <w:pPr>
        <w:pStyle w:val="Heading2"/>
      </w:pPr>
      <w:r>
        <w:t xml:space="preserve">Solutions — Unit 04: Zero-Equity Bluff Breakeven</w:t>
      </w:r>
    </w:p>
    <w:bookmarkStart w:id="112" w:name="ms8-q061-answer-d-31.25"/>
    <w:p>
      <w:pPr>
        <w:pStyle w:val="Heading3"/>
      </w:pPr>
      <w:r>
        <w:t xml:space="preserve">MS8-Q061 — Answer D: 31.25%</w:t>
      </w:r>
    </w:p>
    <w:p>
      <w:pPr>
        <w:pStyle w:val="FirstParagraph"/>
      </w:pPr>
      <w:r>
        <w:t xml:space="preserve">f×55−(1−f)×25=0, so f=25/(55+25)=31.25%. This is bettor break-even fold equity, NOT caller pot odds.</w:t>
      </w:r>
    </w:p>
    <w:p>
      <w:pPr>
        <w:pStyle w:val="BodyText"/>
      </w:pPr>
      <w:r>
        <w:rPr>
          <w:b/>
          <w:bCs/>
        </w:rPr>
        <w:t xml:space="preserve">A:</w:t>
      </w:r>
      <w:r>
        <w:t xml:space="preserve"> </w:t>
      </w:r>
      <w:r>
        <w:t xml:space="preserve">Incorrect (17.25%). This is the bettor’s risk versus pot reward, not call odds. The verified answer is 31.25%. This is bettor break-even fold equity, NOT caller pot odds.</w:t>
      </w:r>
      <w:r>
        <w:br/>
      </w:r>
      <w:r>
        <w:rPr>
          <w:b/>
          <w:bCs/>
        </w:rPr>
        <w:t xml:space="preserve">B:</w:t>
      </w:r>
      <w:r>
        <w:t xml:space="preserve"> </w:t>
      </w:r>
      <w:r>
        <w:t xml:space="preserve">Incorrect (24.25%). This is the bettor’s risk versus pot reward, not call odds. The verified answer is 31.25%. This is bettor break-even fold equity, NOT caller pot odds.</w:t>
      </w:r>
      <w:r>
        <w:br/>
      </w:r>
      <w:r>
        <w:rPr>
          <w:b/>
          <w:bCs/>
        </w:rPr>
        <w:t xml:space="preserve">C:</w:t>
      </w:r>
      <w:r>
        <w:t xml:space="preserve"> </w:t>
      </w:r>
      <w:r>
        <w:t xml:space="preserve">Incorrect (36.75%). This is the bettor’s risk versus pot reward, not call odds. The verified answer is 31.25%. This is bettor break-even fold equity, NOT caller pot odds.</w:t>
      </w:r>
      <w:r>
        <w:br/>
      </w:r>
      <w:r>
        <w:rPr>
          <w:b/>
          <w:bCs/>
        </w:rPr>
        <w:t xml:space="preserve">D:</w:t>
      </w:r>
      <w:r>
        <w:t xml:space="preserve"> </w:t>
      </w:r>
      <w:r>
        <w:t xml:space="preserve">Correct. This is bettor break-even fold equity, NOT caller pot odds.</w:t>
      </w:r>
    </w:p>
    <w:bookmarkEnd w:id="112"/>
    <w:bookmarkStart w:id="113" w:name="ms8-q062-answer-c-35.00"/>
    <w:p>
      <w:pPr>
        <w:pStyle w:val="Heading3"/>
      </w:pPr>
      <w:r>
        <w:t xml:space="preserve">MS8-Q062 — Answer C: 35.00%</w:t>
      </w:r>
    </w:p>
    <w:p>
      <w:pPr>
        <w:pStyle w:val="FirstParagraph"/>
      </w:pPr>
      <w:r>
        <w:t xml:space="preserve">f×65−(1−f)×35=0, so f=35/(65+35)=35.00%. This is bettor break-even fold equity, NOT caller pot odds.</w:t>
      </w:r>
    </w:p>
    <w:p>
      <w:pPr>
        <w:pStyle w:val="BodyText"/>
      </w:pPr>
      <w:r>
        <w:rPr>
          <w:b/>
          <w:bCs/>
        </w:rPr>
        <w:t xml:space="preserve">A:</w:t>
      </w:r>
      <w:r>
        <w:t xml:space="preserve"> </w:t>
      </w:r>
      <w:r>
        <w:t xml:space="preserve">Incorrect (21.00%). This is the bettor’s risk versus pot reward, not call odds. The verified answer is 35.00%. This is bettor break-even fold equity, NOT caller pot odds.</w:t>
      </w:r>
      <w:r>
        <w:br/>
      </w:r>
      <w:r>
        <w:rPr>
          <w:b/>
          <w:bCs/>
        </w:rPr>
        <w:t xml:space="preserve">B:</w:t>
      </w:r>
      <w:r>
        <w:t xml:space="preserve"> </w:t>
      </w:r>
      <w:r>
        <w:t xml:space="preserve">Incorrect (28.00%). This is the bettor’s risk versus pot reward, not call odds. The verified answer is 35.00%. This is bettor break-even fold equity, NOT caller pot odds.</w:t>
      </w:r>
      <w:r>
        <w:br/>
      </w:r>
      <w:r>
        <w:rPr>
          <w:b/>
          <w:bCs/>
        </w:rPr>
        <w:t xml:space="preserve">C:</w:t>
      </w:r>
      <w:r>
        <w:t xml:space="preserve"> </w:t>
      </w:r>
      <w:r>
        <w:t xml:space="preserve">Correct. This is bettor break-even fold equity, NOT caller pot odds.</w:t>
      </w:r>
      <w:r>
        <w:br/>
      </w:r>
      <w:r>
        <w:rPr>
          <w:b/>
          <w:bCs/>
        </w:rPr>
        <w:t xml:space="preserve">D:</w:t>
      </w:r>
      <w:r>
        <w:t xml:space="preserve"> </w:t>
      </w:r>
      <w:r>
        <w:t xml:space="preserve">Incorrect (40.50%). This is the bettor’s risk versus pot reward, not call odds. The verified answer is 35.00%. This is bettor break-even fold equity, NOT caller pot odds.</w:t>
      </w:r>
    </w:p>
    <w:bookmarkEnd w:id="113"/>
    <w:bookmarkStart w:id="114" w:name="ms8-q063-answer-b-37.50"/>
    <w:p>
      <w:pPr>
        <w:pStyle w:val="Heading3"/>
      </w:pPr>
      <w:r>
        <w:t xml:space="preserve">MS8-Q063 — Answer B: 37.50%</w:t>
      </w:r>
    </w:p>
    <w:p>
      <w:pPr>
        <w:pStyle w:val="FirstParagraph"/>
      </w:pPr>
      <w:r>
        <w:t xml:space="preserve">f×75−(1−f)×45=0, so f=45/(75+45)=37.50%. This is bettor break-even fold equity, NOT caller pot odds.</w:t>
      </w:r>
    </w:p>
    <w:p>
      <w:pPr>
        <w:pStyle w:val="BodyText"/>
      </w:pPr>
      <w:r>
        <w:rPr>
          <w:b/>
          <w:bCs/>
        </w:rPr>
        <w:t xml:space="preserve">A:</w:t>
      </w:r>
      <w:r>
        <w:t xml:space="preserve"> </w:t>
      </w:r>
      <w:r>
        <w:t xml:space="preserve">Incorrect (23.50%). This is the bettor’s risk versus pot reward, not call odds. The verified answer is 37.50%. This is bettor break-even fold equity, NOT caller pot odds.</w:t>
      </w:r>
      <w:r>
        <w:br/>
      </w:r>
      <w:r>
        <w:rPr>
          <w:b/>
          <w:bCs/>
        </w:rPr>
        <w:t xml:space="preserve">B:</w:t>
      </w:r>
      <w:r>
        <w:t xml:space="preserve"> </w:t>
      </w:r>
      <w:r>
        <w:t xml:space="preserve">Correct. This is bettor break-even fold equity, NOT caller pot odds.</w:t>
      </w:r>
      <w:r>
        <w:br/>
      </w:r>
      <w:r>
        <w:rPr>
          <w:b/>
          <w:bCs/>
        </w:rPr>
        <w:t xml:space="preserve">C:</w:t>
      </w:r>
      <w:r>
        <w:t xml:space="preserve"> </w:t>
      </w:r>
      <w:r>
        <w:t xml:space="preserve">Incorrect (30.50%). This is the bettor’s risk versus pot reward, not call odds. The verified answer is 37.50%. This is bettor break-even fold equity, NOT caller pot odds.</w:t>
      </w:r>
      <w:r>
        <w:br/>
      </w:r>
      <w:r>
        <w:rPr>
          <w:b/>
          <w:bCs/>
        </w:rPr>
        <w:t xml:space="preserve">D:</w:t>
      </w:r>
      <w:r>
        <w:t xml:space="preserve"> </w:t>
      </w:r>
      <w:r>
        <w:t xml:space="preserve">Incorrect (43.00%). This is the bettor’s risk versus pot reward, not call odds. The verified answer is 37.50%. This is bettor break-even fold equity, NOT caller pot odds.</w:t>
      </w:r>
    </w:p>
    <w:bookmarkEnd w:id="114"/>
    <w:bookmarkStart w:id="115" w:name="ms8-q064-answer-a-39.29"/>
    <w:p>
      <w:pPr>
        <w:pStyle w:val="Heading3"/>
      </w:pPr>
      <w:r>
        <w:t xml:space="preserve">MS8-Q064 — Answer A: 39.29%</w:t>
      </w:r>
    </w:p>
    <w:p>
      <w:pPr>
        <w:pStyle w:val="FirstParagraph"/>
      </w:pPr>
      <w:r>
        <w:t xml:space="preserve">f×85−(1−f)×55=0, so f=55/(85+55)=39.29%. This is bettor break-even fold equity, NOT caller pot odds.</w:t>
      </w:r>
    </w:p>
    <w:p>
      <w:pPr>
        <w:pStyle w:val="BodyText"/>
      </w:pPr>
      <w:r>
        <w:rPr>
          <w:b/>
          <w:bCs/>
        </w:rPr>
        <w:t xml:space="preserve">A:</w:t>
      </w:r>
      <w:r>
        <w:t xml:space="preserve"> </w:t>
      </w:r>
      <w:r>
        <w:t xml:space="preserve">Correct. This is bettor break-even fold equity, NOT caller pot odds.</w:t>
      </w:r>
      <w:r>
        <w:br/>
      </w:r>
      <w:r>
        <w:rPr>
          <w:b/>
          <w:bCs/>
        </w:rPr>
        <w:t xml:space="preserve">B:</w:t>
      </w:r>
      <w:r>
        <w:t xml:space="preserve"> </w:t>
      </w:r>
      <w:r>
        <w:t xml:space="preserve">Incorrect (25.29%). This is the bettor’s risk versus pot reward, not call odds. The verified answer is 39.29%. This is bettor break-even fold equity, NOT caller pot odds.</w:t>
      </w:r>
      <w:r>
        <w:br/>
      </w:r>
      <w:r>
        <w:rPr>
          <w:b/>
          <w:bCs/>
        </w:rPr>
        <w:t xml:space="preserve">C:</w:t>
      </w:r>
      <w:r>
        <w:t xml:space="preserve"> </w:t>
      </w:r>
      <w:r>
        <w:t xml:space="preserve">Incorrect (32.29%). This is the bettor’s risk versus pot reward, not call odds. The verified answer is 39.29%. This is bettor break-even fold equity, NOT caller pot odds.</w:t>
      </w:r>
      <w:r>
        <w:br/>
      </w:r>
      <w:r>
        <w:rPr>
          <w:b/>
          <w:bCs/>
        </w:rPr>
        <w:t xml:space="preserve">D:</w:t>
      </w:r>
      <w:r>
        <w:t xml:space="preserve"> </w:t>
      </w:r>
      <w:r>
        <w:t xml:space="preserve">Incorrect (44.79%). This is the bettor’s risk versus pot reward, not call odds. The verified answer is 39.29%. This is bettor break-even fold equity, NOT caller pot odds.</w:t>
      </w:r>
    </w:p>
    <w:bookmarkEnd w:id="115"/>
    <w:bookmarkStart w:id="116" w:name="ms8-q065-answer-d-40.62"/>
    <w:p>
      <w:pPr>
        <w:pStyle w:val="Heading3"/>
      </w:pPr>
      <w:r>
        <w:t xml:space="preserve">MS8-Q065 — Answer D: 40.62%</w:t>
      </w:r>
    </w:p>
    <w:p>
      <w:pPr>
        <w:pStyle w:val="FirstParagraph"/>
      </w:pPr>
      <w:r>
        <w:t xml:space="preserve">f×95−(1−f)×65=0, so f=65/(95+65)=40.62%. This is bettor break-even fold equity, NOT caller pot odds.</w:t>
      </w:r>
    </w:p>
    <w:p>
      <w:pPr>
        <w:pStyle w:val="BodyText"/>
      </w:pPr>
      <w:r>
        <w:rPr>
          <w:b/>
          <w:bCs/>
        </w:rPr>
        <w:t xml:space="preserve">A:</w:t>
      </w:r>
      <w:r>
        <w:t xml:space="preserve"> </w:t>
      </w:r>
      <w:r>
        <w:t xml:space="preserve">Incorrect (26.62%). This is the bettor’s risk versus pot reward, not call odds. The verified answer is 40.62%. This is bettor break-even fold equity, NOT caller pot odds.</w:t>
      </w:r>
      <w:r>
        <w:br/>
      </w:r>
      <w:r>
        <w:rPr>
          <w:b/>
          <w:bCs/>
        </w:rPr>
        <w:t xml:space="preserve">B:</w:t>
      </w:r>
      <w:r>
        <w:t xml:space="preserve"> </w:t>
      </w:r>
      <w:r>
        <w:t xml:space="preserve">Incorrect (33.62%). This is the bettor’s risk versus pot reward, not call odds. The verified answer is 40.62%. This is bettor break-even fold equity, NOT caller pot odds.</w:t>
      </w:r>
      <w:r>
        <w:br/>
      </w:r>
      <w:r>
        <w:rPr>
          <w:b/>
          <w:bCs/>
        </w:rPr>
        <w:t xml:space="preserve">C:</w:t>
      </w:r>
      <w:r>
        <w:t xml:space="preserve"> </w:t>
      </w:r>
      <w:r>
        <w:t xml:space="preserve">Incorrect (46.12%). This is the bettor’s risk versus pot reward, not call odds. The verified answer is 40.62%. This is bettor break-even fold equity, NOT caller pot odds.</w:t>
      </w:r>
      <w:r>
        <w:br/>
      </w:r>
      <w:r>
        <w:rPr>
          <w:b/>
          <w:bCs/>
        </w:rPr>
        <w:t xml:space="preserve">D:</w:t>
      </w:r>
      <w:r>
        <w:t xml:space="preserve"> </w:t>
      </w:r>
      <w:r>
        <w:t xml:space="preserve">Correct. This is bettor break-even fold equity, NOT caller pot odds.</w:t>
      </w:r>
    </w:p>
    <w:bookmarkEnd w:id="116"/>
    <w:bookmarkStart w:id="117" w:name="ms8-q066-answer-c-41.67"/>
    <w:p>
      <w:pPr>
        <w:pStyle w:val="Heading3"/>
      </w:pPr>
      <w:r>
        <w:t xml:space="preserve">MS8-Q066 — Answer C: 41.67%</w:t>
      </w:r>
    </w:p>
    <w:p>
      <w:pPr>
        <w:pStyle w:val="FirstParagraph"/>
      </w:pPr>
      <w:r>
        <w:t xml:space="preserve">f×105−(1−f)×75=0, so f=75/(105+75)=41.67%. This is bettor break-even fold equity, NOT caller pot odds.</w:t>
      </w:r>
    </w:p>
    <w:p>
      <w:pPr>
        <w:pStyle w:val="BodyText"/>
      </w:pPr>
      <w:r>
        <w:rPr>
          <w:b/>
          <w:bCs/>
        </w:rPr>
        <w:t xml:space="preserve">A:</w:t>
      </w:r>
      <w:r>
        <w:t xml:space="preserve"> </w:t>
      </w:r>
      <w:r>
        <w:t xml:space="preserve">Incorrect (27.67%). This is the bettor’s risk versus pot reward, not call odds. The verified answer is 41.67%. This is bettor break-even fold equity, NOT caller pot odds.</w:t>
      </w:r>
      <w:r>
        <w:br/>
      </w:r>
      <w:r>
        <w:rPr>
          <w:b/>
          <w:bCs/>
        </w:rPr>
        <w:t xml:space="preserve">B:</w:t>
      </w:r>
      <w:r>
        <w:t xml:space="preserve"> </w:t>
      </w:r>
      <w:r>
        <w:t xml:space="preserve">Incorrect (34.67%). This is the bettor’s risk versus pot reward, not call odds. The verified answer is 41.67%. This is bettor break-even fold equity, NOT caller pot odds.</w:t>
      </w:r>
      <w:r>
        <w:br/>
      </w:r>
      <w:r>
        <w:rPr>
          <w:b/>
          <w:bCs/>
        </w:rPr>
        <w:t xml:space="preserve">C:</w:t>
      </w:r>
      <w:r>
        <w:t xml:space="preserve"> </w:t>
      </w:r>
      <w:r>
        <w:t xml:space="preserve">Correct. This is bettor break-even fold equity, NOT caller pot odds.</w:t>
      </w:r>
      <w:r>
        <w:br/>
      </w:r>
      <w:r>
        <w:rPr>
          <w:b/>
          <w:bCs/>
        </w:rPr>
        <w:t xml:space="preserve">D:</w:t>
      </w:r>
      <w:r>
        <w:t xml:space="preserve"> </w:t>
      </w:r>
      <w:r>
        <w:t xml:space="preserve">Incorrect (47.17%). This is the bettor’s risk versus pot reward, not call odds. The verified answer is 41.67%. This is bettor break-even fold equity, NOT caller pot odds.</w:t>
      </w:r>
    </w:p>
    <w:bookmarkEnd w:id="117"/>
    <w:bookmarkStart w:id="118" w:name="ms8-q067-answer-b-42.50"/>
    <w:p>
      <w:pPr>
        <w:pStyle w:val="Heading3"/>
      </w:pPr>
      <w:r>
        <w:t xml:space="preserve">MS8-Q067 — Answer B: 42.50%</w:t>
      </w:r>
    </w:p>
    <w:p>
      <w:pPr>
        <w:pStyle w:val="FirstParagraph"/>
      </w:pPr>
      <w:r>
        <w:t xml:space="preserve">f×115−(1−f)×85=0, so f=85/(115+85)=42.50%. This is bettor break-even fold equity, NOT caller pot odds.</w:t>
      </w:r>
    </w:p>
    <w:p>
      <w:pPr>
        <w:pStyle w:val="BodyText"/>
      </w:pPr>
      <w:r>
        <w:rPr>
          <w:b/>
          <w:bCs/>
        </w:rPr>
        <w:t xml:space="preserve">A:</w:t>
      </w:r>
      <w:r>
        <w:t xml:space="preserve"> </w:t>
      </w:r>
      <w:r>
        <w:t xml:space="preserve">Incorrect (28.50%). This is the bettor’s risk versus pot reward, not call odds. The verified answer is 42.50%. This is bettor break-even fold equity, NOT caller pot odds.</w:t>
      </w:r>
      <w:r>
        <w:br/>
      </w:r>
      <w:r>
        <w:rPr>
          <w:b/>
          <w:bCs/>
        </w:rPr>
        <w:t xml:space="preserve">B:</w:t>
      </w:r>
      <w:r>
        <w:t xml:space="preserve"> </w:t>
      </w:r>
      <w:r>
        <w:t xml:space="preserve">Correct. This is bettor break-even fold equity, NOT caller pot odds.</w:t>
      </w:r>
      <w:r>
        <w:br/>
      </w:r>
      <w:r>
        <w:rPr>
          <w:b/>
          <w:bCs/>
        </w:rPr>
        <w:t xml:space="preserve">C:</w:t>
      </w:r>
      <w:r>
        <w:t xml:space="preserve"> </w:t>
      </w:r>
      <w:r>
        <w:t xml:space="preserve">Incorrect (35.50%). This is the bettor’s risk versus pot reward, not call odds. The verified answer is 42.50%. This is bettor break-even fold equity, NOT caller pot odds.</w:t>
      </w:r>
      <w:r>
        <w:br/>
      </w:r>
      <w:r>
        <w:rPr>
          <w:b/>
          <w:bCs/>
        </w:rPr>
        <w:t xml:space="preserve">D:</w:t>
      </w:r>
      <w:r>
        <w:t xml:space="preserve"> </w:t>
      </w:r>
      <w:r>
        <w:t xml:space="preserve">Incorrect (48.00%). This is the bettor’s risk versus pot reward, not call odds. The verified answer is 42.50%. This is bettor break-even fold equity, NOT caller pot odds.</w:t>
      </w:r>
    </w:p>
    <w:bookmarkEnd w:id="118"/>
    <w:bookmarkStart w:id="119" w:name="ms8-q068-answer-a-43.18"/>
    <w:p>
      <w:pPr>
        <w:pStyle w:val="Heading3"/>
      </w:pPr>
      <w:r>
        <w:t xml:space="preserve">MS8-Q068 — Answer A: 43.18%</w:t>
      </w:r>
    </w:p>
    <w:p>
      <w:pPr>
        <w:pStyle w:val="FirstParagraph"/>
      </w:pPr>
      <w:r>
        <w:t xml:space="preserve">f×125−(1−f)×95=0, so f=95/(125+95)=43.18%. This is bettor break-even fold equity, NOT caller pot odds.</w:t>
      </w:r>
    </w:p>
    <w:p>
      <w:pPr>
        <w:pStyle w:val="BodyText"/>
      </w:pPr>
      <w:r>
        <w:rPr>
          <w:b/>
          <w:bCs/>
        </w:rPr>
        <w:t xml:space="preserve">A:</w:t>
      </w:r>
      <w:r>
        <w:t xml:space="preserve"> </w:t>
      </w:r>
      <w:r>
        <w:t xml:space="preserve">Correct. This is bettor break-even fold equity, NOT caller pot odds.</w:t>
      </w:r>
      <w:r>
        <w:br/>
      </w:r>
      <w:r>
        <w:rPr>
          <w:b/>
          <w:bCs/>
        </w:rPr>
        <w:t xml:space="preserve">B:</w:t>
      </w:r>
      <w:r>
        <w:t xml:space="preserve"> </w:t>
      </w:r>
      <w:r>
        <w:t xml:space="preserve">Incorrect (29.18%). This is the bettor’s risk versus pot reward, not call odds. The verified answer is 43.18%. This is bettor break-even fold equity, NOT caller pot odds.</w:t>
      </w:r>
      <w:r>
        <w:br/>
      </w:r>
      <w:r>
        <w:rPr>
          <w:b/>
          <w:bCs/>
        </w:rPr>
        <w:t xml:space="preserve">C:</w:t>
      </w:r>
      <w:r>
        <w:t xml:space="preserve"> </w:t>
      </w:r>
      <w:r>
        <w:t xml:space="preserve">Incorrect (36.18%). This is the bettor’s risk versus pot reward, not call odds. The verified answer is 43.18%. This is bettor break-even fold equity, NOT caller pot odds.</w:t>
      </w:r>
      <w:r>
        <w:br/>
      </w:r>
      <w:r>
        <w:rPr>
          <w:b/>
          <w:bCs/>
        </w:rPr>
        <w:t xml:space="preserve">D:</w:t>
      </w:r>
      <w:r>
        <w:t xml:space="preserve"> </w:t>
      </w:r>
      <w:r>
        <w:t xml:space="preserve">Incorrect (48.68%). This is the bettor’s risk versus pot reward, not call odds. The verified answer is 43.18%. This is bettor break-even fold equity, NOT caller pot odds.</w:t>
      </w:r>
    </w:p>
    <w:bookmarkEnd w:id="119"/>
    <w:bookmarkStart w:id="120" w:name="ms8-q069-answer-d-43.75"/>
    <w:p>
      <w:pPr>
        <w:pStyle w:val="Heading3"/>
      </w:pPr>
      <w:r>
        <w:t xml:space="preserve">MS8-Q069 — Answer D: 43.75%</w:t>
      </w:r>
    </w:p>
    <w:p>
      <w:pPr>
        <w:pStyle w:val="FirstParagraph"/>
      </w:pPr>
      <w:r>
        <w:t xml:space="preserve">f×135−(1−f)×105=0, so f=105/(135+105)=43.75%. This is bettor break-even fold equity, NOT caller pot odds.</w:t>
      </w:r>
    </w:p>
    <w:p>
      <w:pPr>
        <w:pStyle w:val="BodyText"/>
      </w:pPr>
      <w:r>
        <w:rPr>
          <w:b/>
          <w:bCs/>
        </w:rPr>
        <w:t xml:space="preserve">A:</w:t>
      </w:r>
      <w:r>
        <w:t xml:space="preserve"> </w:t>
      </w:r>
      <w:r>
        <w:t xml:space="preserve">Incorrect (29.75%). This is the bettor’s risk versus pot reward, not call odds. The verified answer is 43.75%. This is bettor break-even fold equity, NOT caller pot odds.</w:t>
      </w:r>
      <w:r>
        <w:br/>
      </w:r>
      <w:r>
        <w:rPr>
          <w:b/>
          <w:bCs/>
        </w:rPr>
        <w:t xml:space="preserve">B:</w:t>
      </w:r>
      <w:r>
        <w:t xml:space="preserve"> </w:t>
      </w:r>
      <w:r>
        <w:t xml:space="preserve">Incorrect (36.75%). This is the bettor’s risk versus pot reward, not call odds. The verified answer is 43.75%. This is bettor break-even fold equity, NOT caller pot odds.</w:t>
      </w:r>
      <w:r>
        <w:br/>
      </w:r>
      <w:r>
        <w:rPr>
          <w:b/>
          <w:bCs/>
        </w:rPr>
        <w:t xml:space="preserve">C:</w:t>
      </w:r>
      <w:r>
        <w:t xml:space="preserve"> </w:t>
      </w:r>
      <w:r>
        <w:t xml:space="preserve">Incorrect (49.25%). This is the bettor’s risk versus pot reward, not call odds. The verified answer is 43.75%. This is bettor break-even fold equity, NOT caller pot odds.</w:t>
      </w:r>
      <w:r>
        <w:br/>
      </w:r>
      <w:r>
        <w:rPr>
          <w:b/>
          <w:bCs/>
        </w:rPr>
        <w:t xml:space="preserve">D:</w:t>
      </w:r>
      <w:r>
        <w:t xml:space="preserve"> </w:t>
      </w:r>
      <w:r>
        <w:t xml:space="preserve">Correct. This is bettor break-even fold equity, NOT caller pot odds.</w:t>
      </w:r>
    </w:p>
    <w:bookmarkEnd w:id="120"/>
    <w:bookmarkStart w:id="121" w:name="ms8-q070-answer-c-44.23"/>
    <w:p>
      <w:pPr>
        <w:pStyle w:val="Heading3"/>
      </w:pPr>
      <w:r>
        <w:t xml:space="preserve">MS8-Q070 — Answer C: 44.23%</w:t>
      </w:r>
    </w:p>
    <w:p>
      <w:pPr>
        <w:pStyle w:val="FirstParagraph"/>
      </w:pPr>
      <w:r>
        <w:t xml:space="preserve">f×145−(1−f)×115=0, so f=115/(145+115)=44.23%. This is bettor break-even fold equity, NOT caller pot odds.</w:t>
      </w:r>
    </w:p>
    <w:p>
      <w:pPr>
        <w:pStyle w:val="BodyText"/>
      </w:pPr>
      <w:r>
        <w:rPr>
          <w:b/>
          <w:bCs/>
        </w:rPr>
        <w:t xml:space="preserve">A:</w:t>
      </w:r>
      <w:r>
        <w:t xml:space="preserve"> </w:t>
      </w:r>
      <w:r>
        <w:t xml:space="preserve">Incorrect (30.23%). This is the bettor’s risk versus pot reward, not call odds. The verified answer is 44.23%. This is bettor break-even fold equity, NOT caller pot odds.</w:t>
      </w:r>
      <w:r>
        <w:br/>
      </w:r>
      <w:r>
        <w:rPr>
          <w:b/>
          <w:bCs/>
        </w:rPr>
        <w:t xml:space="preserve">B:</w:t>
      </w:r>
      <w:r>
        <w:t xml:space="preserve"> </w:t>
      </w:r>
      <w:r>
        <w:t xml:space="preserve">Incorrect (37.23%). This is the bettor’s risk versus pot reward, not call odds. The verified answer is 44.23%. This is bettor break-even fold equity, NOT caller pot odds.</w:t>
      </w:r>
      <w:r>
        <w:br/>
      </w:r>
      <w:r>
        <w:rPr>
          <w:b/>
          <w:bCs/>
        </w:rPr>
        <w:t xml:space="preserve">C:</w:t>
      </w:r>
      <w:r>
        <w:t xml:space="preserve"> </w:t>
      </w:r>
      <w:r>
        <w:t xml:space="preserve">Correct. This is bettor break-even fold equity, NOT caller pot odds.</w:t>
      </w:r>
      <w:r>
        <w:br/>
      </w:r>
      <w:r>
        <w:rPr>
          <w:b/>
          <w:bCs/>
        </w:rPr>
        <w:t xml:space="preserve">D:</w:t>
      </w:r>
      <w:r>
        <w:t xml:space="preserve"> </w:t>
      </w:r>
      <w:r>
        <w:t xml:space="preserve">Incorrect (49.73%). This is the bettor’s risk versus pot reward, not call odds. The verified answer is 44.23%. This is bettor break-even fold equity, NOT caller pot odds.</w:t>
      </w:r>
    </w:p>
    <w:bookmarkEnd w:id="121"/>
    <w:bookmarkStart w:id="122" w:name="ms8-q071-answer-b-16.22"/>
    <w:p>
      <w:pPr>
        <w:pStyle w:val="Heading3"/>
      </w:pPr>
      <w:r>
        <w:t xml:space="preserve">MS8-Q071 — Answer B: 16.22%</w:t>
      </w:r>
    </w:p>
    <w:p>
      <w:pPr>
        <w:pStyle w:val="FirstParagraph"/>
      </w:pPr>
      <w:r>
        <w:t xml:space="preserve">f×155−(1−f)×30=0, so f=30/(155+30)=16.22%. This is bettor break-even fold equity, NOT caller pot odds.</w:t>
      </w:r>
    </w:p>
    <w:p>
      <w:pPr>
        <w:pStyle w:val="BodyText"/>
      </w:pPr>
      <w:r>
        <w:rPr>
          <w:b/>
          <w:bCs/>
        </w:rPr>
        <w:t xml:space="preserve">A:</w:t>
      </w:r>
      <w:r>
        <w:t xml:space="preserve"> </w:t>
      </w:r>
      <w:r>
        <w:t xml:space="preserve">Incorrect (2.22%). This is the bettor’s risk versus pot reward, not call odds. The verified answer is 16.22%. This is bettor break-even fold equity, NOT caller pot odds.</w:t>
      </w:r>
      <w:r>
        <w:br/>
      </w:r>
      <w:r>
        <w:rPr>
          <w:b/>
          <w:bCs/>
        </w:rPr>
        <w:t xml:space="preserve">B:</w:t>
      </w:r>
      <w:r>
        <w:t xml:space="preserve"> </w:t>
      </w:r>
      <w:r>
        <w:t xml:space="preserve">Correct. This is bettor break-even fold equity, NOT caller pot odds.</w:t>
      </w:r>
      <w:r>
        <w:br/>
      </w:r>
      <w:r>
        <w:rPr>
          <w:b/>
          <w:bCs/>
        </w:rPr>
        <w:t xml:space="preserve">C:</w:t>
      </w:r>
      <w:r>
        <w:t xml:space="preserve"> </w:t>
      </w:r>
      <w:r>
        <w:t xml:space="preserve">Incorrect (9.22%). This is the bettor’s risk versus pot reward, not call odds. The verified answer is 16.22%. This is bettor break-even fold equity, NOT caller pot odds.</w:t>
      </w:r>
      <w:r>
        <w:br/>
      </w:r>
      <w:r>
        <w:rPr>
          <w:b/>
          <w:bCs/>
        </w:rPr>
        <w:t xml:space="preserve">D:</w:t>
      </w:r>
      <w:r>
        <w:t xml:space="preserve"> </w:t>
      </w:r>
      <w:r>
        <w:t xml:space="preserve">Incorrect (21.72%). This is the bettor’s risk versus pot reward, not call odds. The verified answer is 16.22%. This is bettor break-even fold equity, NOT caller pot odds.</w:t>
      </w:r>
    </w:p>
    <w:bookmarkEnd w:id="122"/>
    <w:bookmarkStart w:id="123" w:name="ms8-q072-answer-a-19.51"/>
    <w:p>
      <w:pPr>
        <w:pStyle w:val="Heading3"/>
      </w:pPr>
      <w:r>
        <w:t xml:space="preserve">MS8-Q072 — Answer A: 19.51%</w:t>
      </w:r>
    </w:p>
    <w:p>
      <w:pPr>
        <w:pStyle w:val="FirstParagraph"/>
      </w:pPr>
      <w:r>
        <w:t xml:space="preserve">f×165−(1−f)×40=0, so f=40/(165+40)=19.51%. This is bettor break-even fold equity, NOT caller pot odds.</w:t>
      </w:r>
    </w:p>
    <w:p>
      <w:pPr>
        <w:pStyle w:val="BodyText"/>
      </w:pPr>
      <w:r>
        <w:rPr>
          <w:b/>
          <w:bCs/>
        </w:rPr>
        <w:t xml:space="preserve">A:</w:t>
      </w:r>
      <w:r>
        <w:t xml:space="preserve"> </w:t>
      </w:r>
      <w:r>
        <w:t xml:space="preserve">Correct. This is bettor break-even fold equity, NOT caller pot odds.</w:t>
      </w:r>
      <w:r>
        <w:br/>
      </w:r>
      <w:r>
        <w:rPr>
          <w:b/>
          <w:bCs/>
        </w:rPr>
        <w:t xml:space="preserve">B:</w:t>
      </w:r>
      <w:r>
        <w:t xml:space="preserve"> </w:t>
      </w:r>
      <w:r>
        <w:t xml:space="preserve">Incorrect (5.51%). This is the bettor’s risk versus pot reward, not call odds. The verified answer is 19.51%. This is bettor break-even fold equity, NOT caller pot odds.</w:t>
      </w:r>
      <w:r>
        <w:br/>
      </w:r>
      <w:r>
        <w:rPr>
          <w:b/>
          <w:bCs/>
        </w:rPr>
        <w:t xml:space="preserve">C:</w:t>
      </w:r>
      <w:r>
        <w:t xml:space="preserve"> </w:t>
      </w:r>
      <w:r>
        <w:t xml:space="preserve">Incorrect (12.51%). This is the bettor’s risk versus pot reward, not call odds. The verified answer is 19.51%. This is bettor break-even fold equity, NOT caller pot odds.</w:t>
      </w:r>
      <w:r>
        <w:br/>
      </w:r>
      <w:r>
        <w:rPr>
          <w:b/>
          <w:bCs/>
        </w:rPr>
        <w:t xml:space="preserve">D:</w:t>
      </w:r>
      <w:r>
        <w:t xml:space="preserve"> </w:t>
      </w:r>
      <w:r>
        <w:t xml:space="preserve">Incorrect (25.01%). This is the bettor’s risk versus pot reward, not call odds. The verified answer is 19.51%. This is bettor break-even fold equity, NOT caller pot odds.</w:t>
      </w:r>
    </w:p>
    <w:bookmarkEnd w:id="123"/>
    <w:bookmarkStart w:id="124" w:name="ms8-q073-answer-d-47.62"/>
    <w:p>
      <w:pPr>
        <w:pStyle w:val="Heading3"/>
      </w:pPr>
      <w:r>
        <w:t xml:space="preserve">MS8-Q073 — Answer D: 47.62%</w:t>
      </w:r>
    </w:p>
    <w:p>
      <w:pPr>
        <w:pStyle w:val="FirstParagraph"/>
      </w:pPr>
      <w:r>
        <w:t xml:space="preserve">f×55−(1−f)×50=0, so f=50/(55+50)=47.62%. This is bettor break-even fold equity, NOT caller pot odds.</w:t>
      </w:r>
    </w:p>
    <w:p>
      <w:pPr>
        <w:pStyle w:val="BodyText"/>
      </w:pPr>
      <w:r>
        <w:rPr>
          <w:b/>
          <w:bCs/>
        </w:rPr>
        <w:t xml:space="preserve">A:</w:t>
      </w:r>
      <w:r>
        <w:t xml:space="preserve"> </w:t>
      </w:r>
      <w:r>
        <w:t xml:space="preserve">Incorrect (33.62%). This is the bettor’s risk versus pot reward, not call odds. The verified answer is 47.62%. This is bettor break-even fold equity, NOT caller pot odds.</w:t>
      </w:r>
      <w:r>
        <w:br/>
      </w:r>
      <w:r>
        <w:rPr>
          <w:b/>
          <w:bCs/>
        </w:rPr>
        <w:t xml:space="preserve">B:</w:t>
      </w:r>
      <w:r>
        <w:t xml:space="preserve"> </w:t>
      </w:r>
      <w:r>
        <w:t xml:space="preserve">Incorrect (40.62%). This is the bettor’s risk versus pot reward, not call odds. The verified answer is 47.62%. This is bettor break-even fold equity, NOT caller pot odds.</w:t>
      </w:r>
      <w:r>
        <w:br/>
      </w:r>
      <w:r>
        <w:rPr>
          <w:b/>
          <w:bCs/>
        </w:rPr>
        <w:t xml:space="preserve">C:</w:t>
      </w:r>
      <w:r>
        <w:t xml:space="preserve"> </w:t>
      </w:r>
      <w:r>
        <w:t xml:space="preserve">Incorrect (53.12%). This is the bettor’s risk versus pot reward, not call odds. The verified answer is 47.62%. This is bettor break-even fold equity, NOT caller pot odds.</w:t>
      </w:r>
      <w:r>
        <w:br/>
      </w:r>
      <w:r>
        <w:rPr>
          <w:b/>
          <w:bCs/>
        </w:rPr>
        <w:t xml:space="preserve">D:</w:t>
      </w:r>
      <w:r>
        <w:t xml:space="preserve"> </w:t>
      </w:r>
      <w:r>
        <w:t xml:space="preserve">Correct. This is bettor break-even fold equity, NOT caller pot odds.</w:t>
      </w:r>
    </w:p>
    <w:bookmarkEnd w:id="124"/>
    <w:bookmarkStart w:id="125" w:name="ms8-q074-answer-c-48.00"/>
    <w:p>
      <w:pPr>
        <w:pStyle w:val="Heading3"/>
      </w:pPr>
      <w:r>
        <w:t xml:space="preserve">MS8-Q074 — Answer C: 48.00%</w:t>
      </w:r>
    </w:p>
    <w:p>
      <w:pPr>
        <w:pStyle w:val="FirstParagraph"/>
      </w:pPr>
      <w:r>
        <w:t xml:space="preserve">f×65−(1−f)×60=0, so f=60/(65+60)=48.00%. This is bettor break-even fold equity, NOT caller pot odds.</w:t>
      </w:r>
    </w:p>
    <w:p>
      <w:pPr>
        <w:pStyle w:val="BodyText"/>
      </w:pPr>
      <w:r>
        <w:rPr>
          <w:b/>
          <w:bCs/>
        </w:rPr>
        <w:t xml:space="preserve">A:</w:t>
      </w:r>
      <w:r>
        <w:t xml:space="preserve"> </w:t>
      </w:r>
      <w:r>
        <w:t xml:space="preserve">Incorrect (34.00%). This is the bettor’s risk versus pot reward, not call odds. The verified answer is 48.00%. This is bettor break-even fold equity, NOT caller pot odds.</w:t>
      </w:r>
      <w:r>
        <w:br/>
      </w:r>
      <w:r>
        <w:rPr>
          <w:b/>
          <w:bCs/>
        </w:rPr>
        <w:t xml:space="preserve">B:</w:t>
      </w:r>
      <w:r>
        <w:t xml:space="preserve"> </w:t>
      </w:r>
      <w:r>
        <w:t xml:space="preserve">Incorrect (41.00%). This is the bettor’s risk versus pot reward, not call odds. The verified answer is 48.00%. This is bettor break-even fold equity, NOT caller pot odds.</w:t>
      </w:r>
      <w:r>
        <w:br/>
      </w:r>
      <w:r>
        <w:rPr>
          <w:b/>
          <w:bCs/>
        </w:rPr>
        <w:t xml:space="preserve">C:</w:t>
      </w:r>
      <w:r>
        <w:t xml:space="preserve"> </w:t>
      </w:r>
      <w:r>
        <w:t xml:space="preserve">Correct. This is bettor break-even fold equity, NOT caller pot odds.</w:t>
      </w:r>
      <w:r>
        <w:br/>
      </w:r>
      <w:r>
        <w:rPr>
          <w:b/>
          <w:bCs/>
        </w:rPr>
        <w:t xml:space="preserve">D:</w:t>
      </w:r>
      <w:r>
        <w:t xml:space="preserve"> </w:t>
      </w:r>
      <w:r>
        <w:t xml:space="preserve">Incorrect (53.50%). This is the bettor’s risk versus pot reward, not call odds. The verified answer is 48.00%. This is bettor break-even fold equity, NOT caller pot odds.</w:t>
      </w:r>
    </w:p>
    <w:bookmarkEnd w:id="125"/>
    <w:bookmarkStart w:id="126" w:name="ms8-q075-answer-b-48.28"/>
    <w:p>
      <w:pPr>
        <w:pStyle w:val="Heading3"/>
      </w:pPr>
      <w:r>
        <w:t xml:space="preserve">MS8-Q075 — Answer B: 48.28%</w:t>
      </w:r>
    </w:p>
    <w:p>
      <w:pPr>
        <w:pStyle w:val="FirstParagraph"/>
      </w:pPr>
      <w:r>
        <w:t xml:space="preserve">f×75−(1−f)×70=0, so f=70/(75+70)=48.28%. This is bettor break-even fold equity, NOT caller pot odds.</w:t>
      </w:r>
    </w:p>
    <w:p>
      <w:pPr>
        <w:pStyle w:val="BodyText"/>
      </w:pPr>
      <w:r>
        <w:rPr>
          <w:b/>
          <w:bCs/>
        </w:rPr>
        <w:t xml:space="preserve">A:</w:t>
      </w:r>
      <w:r>
        <w:t xml:space="preserve"> </w:t>
      </w:r>
      <w:r>
        <w:t xml:space="preserve">Incorrect (34.28%). This is the bettor’s risk versus pot reward, not call odds. The verified answer is 48.28%. This is bettor break-even fold equity, NOT caller pot odds.</w:t>
      </w:r>
      <w:r>
        <w:br/>
      </w:r>
      <w:r>
        <w:rPr>
          <w:b/>
          <w:bCs/>
        </w:rPr>
        <w:t xml:space="preserve">B:</w:t>
      </w:r>
      <w:r>
        <w:t xml:space="preserve"> </w:t>
      </w:r>
      <w:r>
        <w:t xml:space="preserve">Correct. This is bettor break-even fold equity, NOT caller pot odds.</w:t>
      </w:r>
      <w:r>
        <w:br/>
      </w:r>
      <w:r>
        <w:rPr>
          <w:b/>
          <w:bCs/>
        </w:rPr>
        <w:t xml:space="preserve">C:</w:t>
      </w:r>
      <w:r>
        <w:t xml:space="preserve"> </w:t>
      </w:r>
      <w:r>
        <w:t xml:space="preserve">Incorrect (41.28%). This is the bettor’s risk versus pot reward, not call odds. The verified answer is 48.28%. This is bettor break-even fold equity, NOT caller pot odds.</w:t>
      </w:r>
      <w:r>
        <w:br/>
      </w:r>
      <w:r>
        <w:rPr>
          <w:b/>
          <w:bCs/>
        </w:rPr>
        <w:t xml:space="preserve">D:</w:t>
      </w:r>
      <w:r>
        <w:t xml:space="preserve"> </w:t>
      </w:r>
      <w:r>
        <w:t xml:space="preserve">Incorrect (53.78%). This is the bettor’s risk versus pot reward, not call odds. The verified answer is 48.28%. This is bettor break-even fold equity, NOT caller pot odds.</w:t>
      </w:r>
    </w:p>
    <w:bookmarkEnd w:id="126"/>
    <w:bookmarkStart w:id="127" w:name="ms8-q076-answer-a-48.48"/>
    <w:p>
      <w:pPr>
        <w:pStyle w:val="Heading3"/>
      </w:pPr>
      <w:r>
        <w:t xml:space="preserve">MS8-Q076 — Answer A: 48.48%</w:t>
      </w:r>
    </w:p>
    <w:p>
      <w:pPr>
        <w:pStyle w:val="FirstParagraph"/>
      </w:pPr>
      <w:r>
        <w:t xml:space="preserve">f×85−(1−f)×80=0, so f=80/(85+80)=48.48%. This is bettor break-even fold equity, NOT caller pot odds.</w:t>
      </w:r>
    </w:p>
    <w:p>
      <w:pPr>
        <w:pStyle w:val="BodyText"/>
      </w:pPr>
      <w:r>
        <w:rPr>
          <w:b/>
          <w:bCs/>
        </w:rPr>
        <w:t xml:space="preserve">A:</w:t>
      </w:r>
      <w:r>
        <w:t xml:space="preserve"> </w:t>
      </w:r>
      <w:r>
        <w:t xml:space="preserve">Correct. This is bettor break-even fold equity, NOT caller pot odds.</w:t>
      </w:r>
      <w:r>
        <w:br/>
      </w:r>
      <w:r>
        <w:rPr>
          <w:b/>
          <w:bCs/>
        </w:rPr>
        <w:t xml:space="preserve">B:</w:t>
      </w:r>
      <w:r>
        <w:t xml:space="preserve"> </w:t>
      </w:r>
      <w:r>
        <w:t xml:space="preserve">Incorrect (34.48%). This is the bettor’s risk versus pot reward, not call odds. The verified answer is 48.48%. This is bettor break-even fold equity, NOT caller pot odds.</w:t>
      </w:r>
      <w:r>
        <w:br/>
      </w:r>
      <w:r>
        <w:rPr>
          <w:b/>
          <w:bCs/>
        </w:rPr>
        <w:t xml:space="preserve">C:</w:t>
      </w:r>
      <w:r>
        <w:t xml:space="preserve"> </w:t>
      </w:r>
      <w:r>
        <w:t xml:space="preserve">Incorrect (41.48%). This is the bettor’s risk versus pot reward, not call odds. The verified answer is 48.48%. This is bettor break-even fold equity, NOT caller pot odds.</w:t>
      </w:r>
      <w:r>
        <w:br/>
      </w:r>
      <w:r>
        <w:rPr>
          <w:b/>
          <w:bCs/>
        </w:rPr>
        <w:t xml:space="preserve">D:</w:t>
      </w:r>
      <w:r>
        <w:t xml:space="preserve"> </w:t>
      </w:r>
      <w:r>
        <w:t xml:space="preserve">Incorrect (53.98%). This is the bettor’s risk versus pot reward, not call odds. The verified answer is 48.48%. This is bettor break-even fold equity, NOT caller pot odds.</w:t>
      </w:r>
    </w:p>
    <w:bookmarkEnd w:id="127"/>
    <w:bookmarkStart w:id="128" w:name="ms8-q077-answer-d-48.65"/>
    <w:p>
      <w:pPr>
        <w:pStyle w:val="Heading3"/>
      </w:pPr>
      <w:r>
        <w:t xml:space="preserve">MS8-Q077 — Answer D: 48.65%</w:t>
      </w:r>
    </w:p>
    <w:p>
      <w:pPr>
        <w:pStyle w:val="FirstParagraph"/>
      </w:pPr>
      <w:r>
        <w:t xml:space="preserve">f×95−(1−f)×90=0, so f=90/(95+90)=48.65%. This is bettor break-even fold equity, NOT caller pot odds.</w:t>
      </w:r>
    </w:p>
    <w:p>
      <w:pPr>
        <w:pStyle w:val="BodyText"/>
      </w:pPr>
      <w:r>
        <w:rPr>
          <w:b/>
          <w:bCs/>
        </w:rPr>
        <w:t xml:space="preserve">A:</w:t>
      </w:r>
      <w:r>
        <w:t xml:space="preserve"> </w:t>
      </w:r>
      <w:r>
        <w:t xml:space="preserve">Incorrect (34.65%). This is the bettor’s risk versus pot reward, not call odds. The verified answer is 48.65%. This is bettor break-even fold equity, NOT caller pot odds.</w:t>
      </w:r>
      <w:r>
        <w:br/>
      </w:r>
      <w:r>
        <w:rPr>
          <w:b/>
          <w:bCs/>
        </w:rPr>
        <w:t xml:space="preserve">B:</w:t>
      </w:r>
      <w:r>
        <w:t xml:space="preserve"> </w:t>
      </w:r>
      <w:r>
        <w:t xml:space="preserve">Incorrect (41.65%). This is the bettor’s risk versus pot reward, not call odds. The verified answer is 48.65%. This is bettor break-even fold equity, NOT caller pot odds.</w:t>
      </w:r>
      <w:r>
        <w:br/>
      </w:r>
      <w:r>
        <w:rPr>
          <w:b/>
          <w:bCs/>
        </w:rPr>
        <w:t xml:space="preserve">C:</w:t>
      </w:r>
      <w:r>
        <w:t xml:space="preserve"> </w:t>
      </w:r>
      <w:r>
        <w:t xml:space="preserve">Incorrect (54.15%). This is the bettor’s risk versus pot reward, not call odds. The verified answer is 48.65%. This is bettor break-even fold equity, NOT caller pot odds.</w:t>
      </w:r>
      <w:r>
        <w:br/>
      </w:r>
      <w:r>
        <w:rPr>
          <w:b/>
          <w:bCs/>
        </w:rPr>
        <w:t xml:space="preserve">D:</w:t>
      </w:r>
      <w:r>
        <w:t xml:space="preserve"> </w:t>
      </w:r>
      <w:r>
        <w:t xml:space="preserve">Correct. This is bettor break-even fold equity, NOT caller pot odds.</w:t>
      </w:r>
    </w:p>
    <w:bookmarkEnd w:id="128"/>
    <w:bookmarkStart w:id="129" w:name="ms8-q078-answer-c-48.78"/>
    <w:p>
      <w:pPr>
        <w:pStyle w:val="Heading3"/>
      </w:pPr>
      <w:r>
        <w:t xml:space="preserve">MS8-Q078 — Answer C: 48.78%</w:t>
      </w:r>
    </w:p>
    <w:p>
      <w:pPr>
        <w:pStyle w:val="FirstParagraph"/>
      </w:pPr>
      <w:r>
        <w:t xml:space="preserve">f×105−(1−f)×100=0, so f=100/(105+100)=48.78%. This is bettor break-even fold equity, NOT caller pot odds.</w:t>
      </w:r>
    </w:p>
    <w:p>
      <w:pPr>
        <w:pStyle w:val="BodyText"/>
      </w:pPr>
      <w:r>
        <w:rPr>
          <w:b/>
          <w:bCs/>
        </w:rPr>
        <w:t xml:space="preserve">A:</w:t>
      </w:r>
      <w:r>
        <w:t xml:space="preserve"> </w:t>
      </w:r>
      <w:r>
        <w:t xml:space="preserve">Incorrect (34.78%). This is the bettor’s risk versus pot reward, not call odds. The verified answer is 48.78%. This is bettor break-even fold equity, NOT caller pot odds.</w:t>
      </w:r>
      <w:r>
        <w:br/>
      </w:r>
      <w:r>
        <w:rPr>
          <w:b/>
          <w:bCs/>
        </w:rPr>
        <w:t xml:space="preserve">B:</w:t>
      </w:r>
      <w:r>
        <w:t xml:space="preserve"> </w:t>
      </w:r>
      <w:r>
        <w:t xml:space="preserve">Incorrect (41.78%). This is the bettor’s risk versus pot reward, not call odds. The verified answer is 48.78%. This is bettor break-even fold equity, NOT caller pot odds.</w:t>
      </w:r>
      <w:r>
        <w:br/>
      </w:r>
      <w:r>
        <w:rPr>
          <w:b/>
          <w:bCs/>
        </w:rPr>
        <w:t xml:space="preserve">C:</w:t>
      </w:r>
      <w:r>
        <w:t xml:space="preserve"> </w:t>
      </w:r>
      <w:r>
        <w:t xml:space="preserve">Correct. This is bettor break-even fold equity, NOT caller pot odds.</w:t>
      </w:r>
      <w:r>
        <w:br/>
      </w:r>
      <w:r>
        <w:rPr>
          <w:b/>
          <w:bCs/>
        </w:rPr>
        <w:t xml:space="preserve">D:</w:t>
      </w:r>
      <w:r>
        <w:t xml:space="preserve"> </w:t>
      </w:r>
      <w:r>
        <w:t xml:space="preserve">Incorrect (54.28%). This is the bettor’s risk versus pot reward, not call odds. The verified answer is 48.78%. This is bettor break-even fold equity, NOT caller pot odds.</w:t>
      </w:r>
    </w:p>
    <w:bookmarkEnd w:id="129"/>
    <w:bookmarkStart w:id="130" w:name="ms8-q079-answer-b-48.89"/>
    <w:p>
      <w:pPr>
        <w:pStyle w:val="Heading3"/>
      </w:pPr>
      <w:r>
        <w:t xml:space="preserve">MS8-Q079 — Answer B: 48.89%</w:t>
      </w:r>
    </w:p>
    <w:p>
      <w:pPr>
        <w:pStyle w:val="FirstParagraph"/>
      </w:pPr>
      <w:r>
        <w:t xml:space="preserve">f×115−(1−f)×110=0, so f=110/(115+110)=48.89%. This is bettor break-even fold equity, NOT caller pot odds.</w:t>
      </w:r>
    </w:p>
    <w:p>
      <w:pPr>
        <w:pStyle w:val="BodyText"/>
      </w:pPr>
      <w:r>
        <w:rPr>
          <w:b/>
          <w:bCs/>
        </w:rPr>
        <w:t xml:space="preserve">A:</w:t>
      </w:r>
      <w:r>
        <w:t xml:space="preserve"> </w:t>
      </w:r>
      <w:r>
        <w:t xml:space="preserve">Incorrect (34.89%). This is the bettor’s risk versus pot reward, not call odds. The verified answer is 48.89%. This is bettor break-even fold equity, NOT caller pot odds.</w:t>
      </w:r>
      <w:r>
        <w:br/>
      </w:r>
      <w:r>
        <w:rPr>
          <w:b/>
          <w:bCs/>
        </w:rPr>
        <w:t xml:space="preserve">B:</w:t>
      </w:r>
      <w:r>
        <w:t xml:space="preserve"> </w:t>
      </w:r>
      <w:r>
        <w:t xml:space="preserve">Correct. This is bettor break-even fold equity, NOT caller pot odds.</w:t>
      </w:r>
      <w:r>
        <w:br/>
      </w:r>
      <w:r>
        <w:rPr>
          <w:b/>
          <w:bCs/>
        </w:rPr>
        <w:t xml:space="preserve">C:</w:t>
      </w:r>
      <w:r>
        <w:t xml:space="preserve"> </w:t>
      </w:r>
      <w:r>
        <w:t xml:space="preserve">Incorrect (41.89%). This is the bettor’s risk versus pot reward, not call odds. The verified answer is 48.89%. This is bettor break-even fold equity, NOT caller pot odds.</w:t>
      </w:r>
      <w:r>
        <w:br/>
      </w:r>
      <w:r>
        <w:rPr>
          <w:b/>
          <w:bCs/>
        </w:rPr>
        <w:t xml:space="preserve">D:</w:t>
      </w:r>
      <w:r>
        <w:t xml:space="preserve"> </w:t>
      </w:r>
      <w:r>
        <w:t xml:space="preserve">Incorrect (54.39%). This is the bettor’s risk versus pot reward, not call odds. The verified answer is 48.89%. This is bettor break-even fold equity, NOT caller pot odds.</w:t>
      </w:r>
    </w:p>
    <w:bookmarkEnd w:id="130"/>
    <w:bookmarkStart w:id="131" w:name="ms8-q080-answer-a-16.67"/>
    <w:p>
      <w:pPr>
        <w:pStyle w:val="Heading3"/>
      </w:pPr>
      <w:r>
        <w:t xml:space="preserve">MS8-Q080 — Answer A: 16.67%</w:t>
      </w:r>
    </w:p>
    <w:p>
      <w:pPr>
        <w:pStyle w:val="FirstParagraph"/>
      </w:pPr>
      <w:r>
        <w:t xml:space="preserve">f×125−(1−f)×25=0, so f=25/(125+25)=16.67%. This is bettor break-even fold equity, NOT caller pot odds.</w:t>
      </w:r>
    </w:p>
    <w:p>
      <w:pPr>
        <w:pStyle w:val="BodyText"/>
      </w:pPr>
      <w:r>
        <w:rPr>
          <w:b/>
          <w:bCs/>
        </w:rPr>
        <w:t xml:space="preserve">A:</w:t>
      </w:r>
      <w:r>
        <w:t xml:space="preserve"> </w:t>
      </w:r>
      <w:r>
        <w:t xml:space="preserve">Correct. This is bettor break-even fold equity, NOT caller pot odds.</w:t>
      </w:r>
      <w:r>
        <w:br/>
      </w:r>
      <w:r>
        <w:rPr>
          <w:b/>
          <w:bCs/>
        </w:rPr>
        <w:t xml:space="preserve">B:</w:t>
      </w:r>
      <w:r>
        <w:t xml:space="preserve"> </w:t>
      </w:r>
      <w:r>
        <w:t xml:space="preserve">Incorrect (2.67%). This is the bettor’s risk versus pot reward, not call odds. The verified answer is 16.67%. This is bettor break-even fold equity, NOT caller pot odds.</w:t>
      </w:r>
      <w:r>
        <w:br/>
      </w:r>
      <w:r>
        <w:rPr>
          <w:b/>
          <w:bCs/>
        </w:rPr>
        <w:t xml:space="preserve">C:</w:t>
      </w:r>
      <w:r>
        <w:t xml:space="preserve"> </w:t>
      </w:r>
      <w:r>
        <w:t xml:space="preserve">Incorrect (9.67%). This is the bettor’s risk versus pot reward, not call odds. The verified answer is 16.67%. This is bettor break-even fold equity, NOT caller pot odds.</w:t>
      </w:r>
      <w:r>
        <w:br/>
      </w:r>
      <w:r>
        <w:rPr>
          <w:b/>
          <w:bCs/>
        </w:rPr>
        <w:t xml:space="preserve">D:</w:t>
      </w:r>
      <w:r>
        <w:t xml:space="preserve"> </w:t>
      </w:r>
      <w:r>
        <w:t xml:space="preserve">Incorrect (22.17%). This is the bettor’s risk versus pot reward, not call odds. The verified answer is 16.67%. This is bettor break-even fold equity, NOT caller pot odds.</w:t>
      </w:r>
    </w:p>
    <w:bookmarkEnd w:id="131"/>
    <w:bookmarkEnd w:id="132"/>
    <w:bookmarkStart w:id="153" w:name="Xf6cafce2121240ce8b1c45609d3de1bb2d00e32"/>
    <w:p>
      <w:pPr>
        <w:pStyle w:val="Heading2"/>
      </w:pPr>
      <w:r>
        <w:t xml:space="preserve">Solutions — Unit 05: Minimum Defense Frequency</w:t>
      </w:r>
    </w:p>
    <w:bookmarkStart w:id="133" w:name="ms8-q081-answer-d-77.78"/>
    <w:p>
      <w:pPr>
        <w:pStyle w:val="Heading3"/>
      </w:pPr>
      <w:r>
        <w:t xml:space="preserve">MS8-Q081 — Answer D: 77.78%</w:t>
      </w:r>
    </w:p>
    <w:p>
      <w:pPr>
        <w:pStyle w:val="FirstParagraph"/>
      </w:pPr>
      <w:r>
        <w:t xml:space="preserve">MDF=70/(70+20)=77.78%. MDF is not a command to call every weak opponent at this frequency.</w:t>
      </w:r>
    </w:p>
    <w:p>
      <w:pPr>
        <w:pStyle w:val="BodyText"/>
      </w:pPr>
      <w:r>
        <w:rPr>
          <w:b/>
          <w:bCs/>
        </w:rPr>
        <w:t xml:space="preserve">A:</w:t>
      </w:r>
      <w:r>
        <w:t xml:space="preserve"> </w:t>
      </w:r>
      <w:r>
        <w:t xml:space="preserve">Incorrect (63.78%). The minimum defense benchmark uses pot divided by pot plus the bluff. The verified answer is 77.78%. MDF is not a command to call every weak opponent at this frequency.</w:t>
      </w:r>
      <w:r>
        <w:br/>
      </w:r>
      <w:r>
        <w:rPr>
          <w:b/>
          <w:bCs/>
        </w:rPr>
        <w:t xml:space="preserve">B:</w:t>
      </w:r>
      <w:r>
        <w:t xml:space="preserve"> </w:t>
      </w:r>
      <w:r>
        <w:t xml:space="preserve">Incorrect (70.78%). The minimum defense benchmark uses pot divided by pot plus the bluff. The verified answer is 77.78%. MDF is not a command to call every weak opponent at this frequency.</w:t>
      </w:r>
      <w:r>
        <w:br/>
      </w:r>
      <w:r>
        <w:rPr>
          <w:b/>
          <w:bCs/>
        </w:rPr>
        <w:t xml:space="preserve">C:</w:t>
      </w:r>
      <w:r>
        <w:t xml:space="preserve"> </w:t>
      </w:r>
      <w:r>
        <w:t xml:space="preserve">Incorrect (83.28%). The minimum defense benchmark uses pot divided by pot plus the bluff. The verified answer is 77.78%. MDF is not a command to call every weak opponent at this frequency.</w:t>
      </w:r>
      <w:r>
        <w:br/>
      </w:r>
      <w:r>
        <w:rPr>
          <w:b/>
          <w:bCs/>
        </w:rPr>
        <w:t xml:space="preserve">D:</w:t>
      </w:r>
      <w:r>
        <w:t xml:space="preserve"> </w:t>
      </w:r>
      <w:r>
        <w:t xml:space="preserve">Correct. MDF is not a command to call every weak opponent at this frequency.</w:t>
      </w:r>
    </w:p>
    <w:bookmarkEnd w:id="133"/>
    <w:bookmarkStart w:id="134" w:name="ms8-q082-answer-c-66.67"/>
    <w:p>
      <w:pPr>
        <w:pStyle w:val="Heading3"/>
      </w:pPr>
      <w:r>
        <w:t xml:space="preserve">MS8-Q082 — Answer C: 66.67%</w:t>
      </w:r>
    </w:p>
    <w:p>
      <w:pPr>
        <w:pStyle w:val="FirstParagraph"/>
      </w:pPr>
      <w:r>
        <w:t xml:space="preserve">MDF=80/(80+40)=66.67%. MDF is not a command to call every weak opponent at this frequency.</w:t>
      </w:r>
    </w:p>
    <w:p>
      <w:pPr>
        <w:pStyle w:val="BodyText"/>
      </w:pPr>
      <w:r>
        <w:rPr>
          <w:b/>
          <w:bCs/>
        </w:rPr>
        <w:t xml:space="preserve">A:</w:t>
      </w:r>
      <w:r>
        <w:t xml:space="preserve"> </w:t>
      </w:r>
      <w:r>
        <w:t xml:space="preserve">Incorrect (52.67%). The minimum defense benchmark uses pot divided by pot plus the bluff. The verified answer is 66.67%. MDF is not a command to call every weak opponent at this frequency.</w:t>
      </w:r>
      <w:r>
        <w:br/>
      </w:r>
      <w:r>
        <w:rPr>
          <w:b/>
          <w:bCs/>
        </w:rPr>
        <w:t xml:space="preserve">B:</w:t>
      </w:r>
      <w:r>
        <w:t xml:space="preserve"> </w:t>
      </w:r>
      <w:r>
        <w:t xml:space="preserve">Incorrect (59.67%). The minimum defense benchmark uses pot divided by pot plus the bluff. The verified answer is 66.67%. MDF is not a command to call every weak opponent at this frequency.</w:t>
      </w:r>
      <w:r>
        <w:br/>
      </w:r>
      <w:r>
        <w:rPr>
          <w:b/>
          <w:bCs/>
        </w:rPr>
        <w:t xml:space="preserve">C:</w:t>
      </w:r>
      <w:r>
        <w:t xml:space="preserve"> </w:t>
      </w:r>
      <w:r>
        <w:t xml:space="preserve">Correct. MDF is not a command to call every weak opponent at this frequency.</w:t>
      </w:r>
      <w:r>
        <w:br/>
      </w:r>
      <w:r>
        <w:rPr>
          <w:b/>
          <w:bCs/>
        </w:rPr>
        <w:t xml:space="preserve">D:</w:t>
      </w:r>
      <w:r>
        <w:t xml:space="preserve"> </w:t>
      </w:r>
      <w:r>
        <w:t xml:space="preserve">Incorrect (72.17%). The minimum defense benchmark uses pot divided by pot plus the bluff. The verified answer is 66.67%. MDF is not a command to call every weak opponent at this frequency.</w:t>
      </w:r>
    </w:p>
    <w:bookmarkEnd w:id="134"/>
    <w:bookmarkStart w:id="135" w:name="ms8-q083-answer-b-60.00"/>
    <w:p>
      <w:pPr>
        <w:pStyle w:val="Heading3"/>
      </w:pPr>
      <w:r>
        <w:t xml:space="preserve">MS8-Q083 — Answer B: 60.00%</w:t>
      </w:r>
    </w:p>
    <w:p>
      <w:pPr>
        <w:pStyle w:val="FirstParagraph"/>
      </w:pPr>
      <w:r>
        <w:t xml:space="preserve">MDF=90/(90+60)=60.00%. MDF is not a command to call every weak opponent at this frequency.</w:t>
      </w:r>
    </w:p>
    <w:p>
      <w:pPr>
        <w:pStyle w:val="BodyText"/>
      </w:pPr>
      <w:r>
        <w:rPr>
          <w:b/>
          <w:bCs/>
        </w:rPr>
        <w:t xml:space="preserve">A:</w:t>
      </w:r>
      <w:r>
        <w:t xml:space="preserve"> </w:t>
      </w:r>
      <w:r>
        <w:t xml:space="preserve">Incorrect (46.00%). The minimum defense benchmark uses pot divided by pot plus the bluff. The verified answer is 60.00%. MDF is not a command to call every weak opponent at this frequency.</w:t>
      </w:r>
      <w:r>
        <w:br/>
      </w:r>
      <w:r>
        <w:rPr>
          <w:b/>
          <w:bCs/>
        </w:rPr>
        <w:t xml:space="preserve">B:</w:t>
      </w:r>
      <w:r>
        <w:t xml:space="preserve"> </w:t>
      </w:r>
      <w:r>
        <w:t xml:space="preserve">Correct. MDF is not a command to call every weak opponent at this frequency.</w:t>
      </w:r>
      <w:r>
        <w:br/>
      </w:r>
      <w:r>
        <w:rPr>
          <w:b/>
          <w:bCs/>
        </w:rPr>
        <w:t xml:space="preserve">C:</w:t>
      </w:r>
      <w:r>
        <w:t xml:space="preserve"> </w:t>
      </w:r>
      <w:r>
        <w:t xml:space="preserve">Incorrect (53.00%). The minimum defense benchmark uses pot divided by pot plus the bluff. The verified answer is 60.00%. MDF is not a command to call every weak opponent at this frequency.</w:t>
      </w:r>
      <w:r>
        <w:br/>
      </w:r>
      <w:r>
        <w:rPr>
          <w:b/>
          <w:bCs/>
        </w:rPr>
        <w:t xml:space="preserve">D:</w:t>
      </w:r>
      <w:r>
        <w:t xml:space="preserve"> </w:t>
      </w:r>
      <w:r>
        <w:t xml:space="preserve">Incorrect (65.50%). The minimum defense benchmark uses pot divided by pot plus the bluff. The verified answer is 60.00%. MDF is not a command to call every weak opponent at this frequency.</w:t>
      </w:r>
    </w:p>
    <w:bookmarkEnd w:id="135"/>
    <w:bookmarkStart w:id="136" w:name="ms8-q084-answer-a-55.56"/>
    <w:p>
      <w:pPr>
        <w:pStyle w:val="Heading3"/>
      </w:pPr>
      <w:r>
        <w:t xml:space="preserve">MS8-Q084 — Answer A: 55.56%</w:t>
      </w:r>
    </w:p>
    <w:p>
      <w:pPr>
        <w:pStyle w:val="FirstParagraph"/>
      </w:pPr>
      <w:r>
        <w:t xml:space="preserve">MDF=100/(100+80)=55.56%. MDF is not a command to call every weak opponent at this frequency.</w:t>
      </w:r>
    </w:p>
    <w:p>
      <w:pPr>
        <w:pStyle w:val="BodyText"/>
      </w:pPr>
      <w:r>
        <w:rPr>
          <w:b/>
          <w:bCs/>
        </w:rPr>
        <w:t xml:space="preserve">A:</w:t>
      </w:r>
      <w:r>
        <w:t xml:space="preserve"> </w:t>
      </w:r>
      <w:r>
        <w:t xml:space="preserve">Correct. MDF is not a command to call every weak opponent at this frequency.</w:t>
      </w:r>
      <w:r>
        <w:br/>
      </w:r>
      <w:r>
        <w:rPr>
          <w:b/>
          <w:bCs/>
        </w:rPr>
        <w:t xml:space="preserve">B:</w:t>
      </w:r>
      <w:r>
        <w:t xml:space="preserve"> </w:t>
      </w:r>
      <w:r>
        <w:t xml:space="preserve">Incorrect (41.56%). The minimum defense benchmark uses pot divided by pot plus the bluff. The verified answer is 55.56%. MDF is not a command to call every weak opponent at this frequency.</w:t>
      </w:r>
      <w:r>
        <w:br/>
      </w:r>
      <w:r>
        <w:rPr>
          <w:b/>
          <w:bCs/>
        </w:rPr>
        <w:t xml:space="preserve">C:</w:t>
      </w:r>
      <w:r>
        <w:t xml:space="preserve"> </w:t>
      </w:r>
      <w:r>
        <w:t xml:space="preserve">Incorrect (48.56%). The minimum defense benchmark uses pot divided by pot plus the bluff. The verified answer is 55.56%. MDF is not a command to call every weak opponent at this frequency.</w:t>
      </w:r>
      <w:r>
        <w:br/>
      </w:r>
      <w:r>
        <w:rPr>
          <w:b/>
          <w:bCs/>
        </w:rPr>
        <w:t xml:space="preserve">D:</w:t>
      </w:r>
      <w:r>
        <w:t xml:space="preserve"> </w:t>
      </w:r>
      <w:r>
        <w:t xml:space="preserve">Incorrect (61.06%). The minimum defense benchmark uses pot divided by pot plus the bluff. The verified answer is 55.56%. MDF is not a command to call every weak opponent at this frequency.</w:t>
      </w:r>
    </w:p>
    <w:bookmarkEnd w:id="136"/>
    <w:bookmarkStart w:id="137" w:name="ms8-q085-answer-d-84.62"/>
    <w:p>
      <w:pPr>
        <w:pStyle w:val="Heading3"/>
      </w:pPr>
      <w:r>
        <w:t xml:space="preserve">MS8-Q085 — Answer D: 84.62%</w:t>
      </w:r>
    </w:p>
    <w:p>
      <w:pPr>
        <w:pStyle w:val="FirstParagraph"/>
      </w:pPr>
      <w:r>
        <w:t xml:space="preserve">MDF=110/(110+20)=84.62%. MDF is not a command to call every weak opponent at this frequency.</w:t>
      </w:r>
    </w:p>
    <w:p>
      <w:pPr>
        <w:pStyle w:val="BodyText"/>
      </w:pPr>
      <w:r>
        <w:rPr>
          <w:b/>
          <w:bCs/>
        </w:rPr>
        <w:t xml:space="preserve">A:</w:t>
      </w:r>
      <w:r>
        <w:t xml:space="preserve"> </w:t>
      </w:r>
      <w:r>
        <w:t xml:space="preserve">Incorrect (70.62%). The minimum defense benchmark uses pot divided by pot plus the bluff. The verified answer is 84.62%. MDF is not a command to call every weak opponent at this frequency.</w:t>
      </w:r>
      <w:r>
        <w:br/>
      </w:r>
      <w:r>
        <w:rPr>
          <w:b/>
          <w:bCs/>
        </w:rPr>
        <w:t xml:space="preserve">B:</w:t>
      </w:r>
      <w:r>
        <w:t xml:space="preserve"> </w:t>
      </w:r>
      <w:r>
        <w:t xml:space="preserve">Incorrect (77.62%). The minimum defense benchmark uses pot divided by pot plus the bluff. The verified answer is 84.62%. MDF is not a command to call every weak opponent at this frequency.</w:t>
      </w:r>
      <w:r>
        <w:br/>
      </w:r>
      <w:r>
        <w:rPr>
          <w:b/>
          <w:bCs/>
        </w:rPr>
        <w:t xml:space="preserve">C:</w:t>
      </w:r>
      <w:r>
        <w:t xml:space="preserve"> </w:t>
      </w:r>
      <w:r>
        <w:t xml:space="preserve">Incorrect (90.12%). The minimum defense benchmark uses pot divided by pot plus the bluff. The verified answer is 84.62%. MDF is not a command to call every weak opponent at this frequency.</w:t>
      </w:r>
      <w:r>
        <w:br/>
      </w:r>
      <w:r>
        <w:rPr>
          <w:b/>
          <w:bCs/>
        </w:rPr>
        <w:t xml:space="preserve">D:</w:t>
      </w:r>
      <w:r>
        <w:t xml:space="preserve"> </w:t>
      </w:r>
      <w:r>
        <w:t xml:space="preserve">Correct. MDF is not a command to call every weak opponent at this frequency.</w:t>
      </w:r>
    </w:p>
    <w:bookmarkEnd w:id="137"/>
    <w:bookmarkStart w:id="138" w:name="ms8-q086-answer-c-75.00"/>
    <w:p>
      <w:pPr>
        <w:pStyle w:val="Heading3"/>
      </w:pPr>
      <w:r>
        <w:t xml:space="preserve">MS8-Q086 — Answer C: 75.00%</w:t>
      </w:r>
    </w:p>
    <w:p>
      <w:pPr>
        <w:pStyle w:val="FirstParagraph"/>
      </w:pPr>
      <w:r>
        <w:t xml:space="preserve">MDF=120/(120+40)=75.00%. MDF is not a command to call every weak opponent at this frequency.</w:t>
      </w:r>
    </w:p>
    <w:p>
      <w:pPr>
        <w:pStyle w:val="BodyText"/>
      </w:pPr>
      <w:r>
        <w:rPr>
          <w:b/>
          <w:bCs/>
        </w:rPr>
        <w:t xml:space="preserve">A:</w:t>
      </w:r>
      <w:r>
        <w:t xml:space="preserve"> </w:t>
      </w:r>
      <w:r>
        <w:t xml:space="preserve">Incorrect (61.00%). The minimum defense benchmark uses pot divided by pot plus the bluff. The verified answer is 75.00%. MDF is not a command to call every weak opponent at this frequency.</w:t>
      </w:r>
      <w:r>
        <w:br/>
      </w:r>
      <w:r>
        <w:rPr>
          <w:b/>
          <w:bCs/>
        </w:rPr>
        <w:t xml:space="preserve">B:</w:t>
      </w:r>
      <w:r>
        <w:t xml:space="preserve"> </w:t>
      </w:r>
      <w:r>
        <w:t xml:space="preserve">Incorrect (68.00%). The minimum defense benchmark uses pot divided by pot plus the bluff. The verified answer is 75.00%. MDF is not a command to call every weak opponent at this frequency.</w:t>
      </w:r>
      <w:r>
        <w:br/>
      </w:r>
      <w:r>
        <w:rPr>
          <w:b/>
          <w:bCs/>
        </w:rPr>
        <w:t xml:space="preserve">C:</w:t>
      </w:r>
      <w:r>
        <w:t xml:space="preserve"> </w:t>
      </w:r>
      <w:r>
        <w:t xml:space="preserve">Correct. MDF is not a command to call every weak opponent at this frequency.</w:t>
      </w:r>
      <w:r>
        <w:br/>
      </w:r>
      <w:r>
        <w:rPr>
          <w:b/>
          <w:bCs/>
        </w:rPr>
        <w:t xml:space="preserve">D:</w:t>
      </w:r>
      <w:r>
        <w:t xml:space="preserve"> </w:t>
      </w:r>
      <w:r>
        <w:t xml:space="preserve">Incorrect (80.50%). The minimum defense benchmark uses pot divided by pot plus the bluff. The verified answer is 75.00%. MDF is not a command to call every weak opponent at this frequency.</w:t>
      </w:r>
    </w:p>
    <w:bookmarkEnd w:id="138"/>
    <w:bookmarkStart w:id="139" w:name="ms8-q087-answer-b-68.42"/>
    <w:p>
      <w:pPr>
        <w:pStyle w:val="Heading3"/>
      </w:pPr>
      <w:r>
        <w:t xml:space="preserve">MS8-Q087 — Answer B: 68.42%</w:t>
      </w:r>
    </w:p>
    <w:p>
      <w:pPr>
        <w:pStyle w:val="FirstParagraph"/>
      </w:pPr>
      <w:r>
        <w:t xml:space="preserve">MDF=130/(130+60)=68.42%. MDF is not a command to call every weak opponent at this frequency.</w:t>
      </w:r>
    </w:p>
    <w:p>
      <w:pPr>
        <w:pStyle w:val="BodyText"/>
      </w:pPr>
      <w:r>
        <w:rPr>
          <w:b/>
          <w:bCs/>
        </w:rPr>
        <w:t xml:space="preserve">A:</w:t>
      </w:r>
      <w:r>
        <w:t xml:space="preserve"> </w:t>
      </w:r>
      <w:r>
        <w:t xml:space="preserve">Incorrect (54.42%). The minimum defense benchmark uses pot divided by pot plus the bluff. The verified answer is 68.42%. MDF is not a command to call every weak opponent at this frequency.</w:t>
      </w:r>
      <w:r>
        <w:br/>
      </w:r>
      <w:r>
        <w:rPr>
          <w:b/>
          <w:bCs/>
        </w:rPr>
        <w:t xml:space="preserve">B:</w:t>
      </w:r>
      <w:r>
        <w:t xml:space="preserve"> </w:t>
      </w:r>
      <w:r>
        <w:t xml:space="preserve">Correct. MDF is not a command to call every weak opponent at this frequency.</w:t>
      </w:r>
      <w:r>
        <w:br/>
      </w:r>
      <w:r>
        <w:rPr>
          <w:b/>
          <w:bCs/>
        </w:rPr>
        <w:t xml:space="preserve">C:</w:t>
      </w:r>
      <w:r>
        <w:t xml:space="preserve"> </w:t>
      </w:r>
      <w:r>
        <w:t xml:space="preserve">Incorrect (61.42%). The minimum defense benchmark uses pot divided by pot plus the bluff. The verified answer is 68.42%. MDF is not a command to call every weak opponent at this frequency.</w:t>
      </w:r>
      <w:r>
        <w:br/>
      </w:r>
      <w:r>
        <w:rPr>
          <w:b/>
          <w:bCs/>
        </w:rPr>
        <w:t xml:space="preserve">D:</w:t>
      </w:r>
      <w:r>
        <w:t xml:space="preserve"> </w:t>
      </w:r>
      <w:r>
        <w:t xml:space="preserve">Incorrect (73.92%). The minimum defense benchmark uses pot divided by pot plus the bluff. The verified answer is 68.42%. MDF is not a command to call every weak opponent at this frequency.</w:t>
      </w:r>
    </w:p>
    <w:bookmarkEnd w:id="139"/>
    <w:bookmarkStart w:id="140" w:name="ms8-q088-answer-a-63.64"/>
    <w:p>
      <w:pPr>
        <w:pStyle w:val="Heading3"/>
      </w:pPr>
      <w:r>
        <w:t xml:space="preserve">MS8-Q088 — Answer A: 63.64%</w:t>
      </w:r>
    </w:p>
    <w:p>
      <w:pPr>
        <w:pStyle w:val="FirstParagraph"/>
      </w:pPr>
      <w:r>
        <w:t xml:space="preserve">MDF=140/(140+80)=63.64%. MDF is not a command to call every weak opponent at this frequency.</w:t>
      </w:r>
    </w:p>
    <w:p>
      <w:pPr>
        <w:pStyle w:val="BodyText"/>
      </w:pPr>
      <w:r>
        <w:rPr>
          <w:b/>
          <w:bCs/>
        </w:rPr>
        <w:t xml:space="preserve">A:</w:t>
      </w:r>
      <w:r>
        <w:t xml:space="preserve"> </w:t>
      </w:r>
      <w:r>
        <w:t xml:space="preserve">Correct. MDF is not a command to call every weak opponent at this frequency.</w:t>
      </w:r>
      <w:r>
        <w:br/>
      </w:r>
      <w:r>
        <w:rPr>
          <w:b/>
          <w:bCs/>
        </w:rPr>
        <w:t xml:space="preserve">B:</w:t>
      </w:r>
      <w:r>
        <w:t xml:space="preserve"> </w:t>
      </w:r>
      <w:r>
        <w:t xml:space="preserve">Incorrect (49.64%). The minimum defense benchmark uses pot divided by pot plus the bluff. The verified answer is 63.64%. MDF is not a command to call every weak opponent at this frequency.</w:t>
      </w:r>
      <w:r>
        <w:br/>
      </w:r>
      <w:r>
        <w:rPr>
          <w:b/>
          <w:bCs/>
        </w:rPr>
        <w:t xml:space="preserve">C:</w:t>
      </w:r>
      <w:r>
        <w:t xml:space="preserve"> </w:t>
      </w:r>
      <w:r>
        <w:t xml:space="preserve">Incorrect (56.64%). The minimum defense benchmark uses pot divided by pot plus the bluff. The verified answer is 63.64%. MDF is not a command to call every weak opponent at this frequency.</w:t>
      </w:r>
      <w:r>
        <w:br/>
      </w:r>
      <w:r>
        <w:rPr>
          <w:b/>
          <w:bCs/>
        </w:rPr>
        <w:t xml:space="preserve">D:</w:t>
      </w:r>
      <w:r>
        <w:t xml:space="preserve"> </w:t>
      </w:r>
      <w:r>
        <w:t xml:space="preserve">Incorrect (69.14%). The minimum defense benchmark uses pot divided by pot plus the bluff. The verified answer is 63.64%. MDF is not a command to call every weak opponent at this frequency.</w:t>
      </w:r>
    </w:p>
    <w:bookmarkEnd w:id="140"/>
    <w:bookmarkStart w:id="141" w:name="ms8-q089-answer-d-88.24"/>
    <w:p>
      <w:pPr>
        <w:pStyle w:val="Heading3"/>
      </w:pPr>
      <w:r>
        <w:t xml:space="preserve">MS8-Q089 — Answer D: 88.24%</w:t>
      </w:r>
    </w:p>
    <w:p>
      <w:pPr>
        <w:pStyle w:val="FirstParagraph"/>
      </w:pPr>
      <w:r>
        <w:t xml:space="preserve">MDF=150/(150+20)=88.24%. MDF is not a command to call every weak opponent at this frequency.</w:t>
      </w:r>
    </w:p>
    <w:p>
      <w:pPr>
        <w:pStyle w:val="BodyText"/>
      </w:pPr>
      <w:r>
        <w:rPr>
          <w:b/>
          <w:bCs/>
        </w:rPr>
        <w:t xml:space="preserve">A:</w:t>
      </w:r>
      <w:r>
        <w:t xml:space="preserve"> </w:t>
      </w:r>
      <w:r>
        <w:t xml:space="preserve">Incorrect (74.24%). The minimum defense benchmark uses pot divided by pot plus the bluff. The verified answer is 88.24%. MDF is not a command to call every weak opponent at this frequency.</w:t>
      </w:r>
      <w:r>
        <w:br/>
      </w:r>
      <w:r>
        <w:rPr>
          <w:b/>
          <w:bCs/>
        </w:rPr>
        <w:t xml:space="preserve">B:</w:t>
      </w:r>
      <w:r>
        <w:t xml:space="preserve"> </w:t>
      </w:r>
      <w:r>
        <w:t xml:space="preserve">Incorrect (81.24%). The minimum defense benchmark uses pot divided by pot plus the bluff. The verified answer is 88.24%. MDF is not a command to call every weak opponent at this frequency.</w:t>
      </w:r>
      <w:r>
        <w:br/>
      </w:r>
      <w:r>
        <w:rPr>
          <w:b/>
          <w:bCs/>
        </w:rPr>
        <w:t xml:space="preserve">C:</w:t>
      </w:r>
      <w:r>
        <w:t xml:space="preserve"> </w:t>
      </w:r>
      <w:r>
        <w:t xml:space="preserve">Incorrect (93.74%). The minimum defense benchmark uses pot divided by pot plus the bluff. The verified answer is 88.24%. MDF is not a command to call every weak opponent at this frequency.</w:t>
      </w:r>
      <w:r>
        <w:br/>
      </w:r>
      <w:r>
        <w:rPr>
          <w:b/>
          <w:bCs/>
        </w:rPr>
        <w:t xml:space="preserve">D:</w:t>
      </w:r>
      <w:r>
        <w:t xml:space="preserve"> </w:t>
      </w:r>
      <w:r>
        <w:t xml:space="preserve">Correct. MDF is not a command to call every weak opponent at this frequency.</w:t>
      </w:r>
    </w:p>
    <w:bookmarkEnd w:id="141"/>
    <w:bookmarkStart w:id="142" w:name="ms8-q090-answer-c-63.64"/>
    <w:p>
      <w:pPr>
        <w:pStyle w:val="Heading3"/>
      </w:pPr>
      <w:r>
        <w:t xml:space="preserve">MS8-Q090 — Answer C: 63.64%</w:t>
      </w:r>
    </w:p>
    <w:p>
      <w:pPr>
        <w:pStyle w:val="FirstParagraph"/>
      </w:pPr>
      <w:r>
        <w:t xml:space="preserve">MDF=70/(70+40)=63.64%. MDF is not a command to call every weak opponent at this frequency.</w:t>
      </w:r>
    </w:p>
    <w:p>
      <w:pPr>
        <w:pStyle w:val="BodyText"/>
      </w:pPr>
      <w:r>
        <w:rPr>
          <w:b/>
          <w:bCs/>
        </w:rPr>
        <w:t xml:space="preserve">A:</w:t>
      </w:r>
      <w:r>
        <w:t xml:space="preserve"> </w:t>
      </w:r>
      <w:r>
        <w:t xml:space="preserve">Incorrect (49.64%). The minimum defense benchmark uses pot divided by pot plus the bluff. The verified answer is 63.64%. MDF is not a command to call every weak opponent at this frequency.</w:t>
      </w:r>
      <w:r>
        <w:br/>
      </w:r>
      <w:r>
        <w:rPr>
          <w:b/>
          <w:bCs/>
        </w:rPr>
        <w:t xml:space="preserve">B:</w:t>
      </w:r>
      <w:r>
        <w:t xml:space="preserve"> </w:t>
      </w:r>
      <w:r>
        <w:t xml:space="preserve">Incorrect (56.64%). The minimum defense benchmark uses pot divided by pot plus the bluff. The verified answer is 63.64%. MDF is not a command to call every weak opponent at this frequency.</w:t>
      </w:r>
      <w:r>
        <w:br/>
      </w:r>
      <w:r>
        <w:rPr>
          <w:b/>
          <w:bCs/>
        </w:rPr>
        <w:t xml:space="preserve">C:</w:t>
      </w:r>
      <w:r>
        <w:t xml:space="preserve"> </w:t>
      </w:r>
      <w:r>
        <w:t xml:space="preserve">Correct. MDF is not a command to call every weak opponent at this frequency.</w:t>
      </w:r>
      <w:r>
        <w:br/>
      </w:r>
      <w:r>
        <w:rPr>
          <w:b/>
          <w:bCs/>
        </w:rPr>
        <w:t xml:space="preserve">D:</w:t>
      </w:r>
      <w:r>
        <w:t xml:space="preserve"> </w:t>
      </w:r>
      <w:r>
        <w:t xml:space="preserve">Incorrect (69.14%). The minimum defense benchmark uses pot divided by pot plus the bluff. The verified answer is 63.64%. MDF is not a command to call every weak opponent at this frequency.</w:t>
      </w:r>
    </w:p>
    <w:bookmarkEnd w:id="142"/>
    <w:bookmarkStart w:id="143" w:name="ms8-q091-answer-b-57.14"/>
    <w:p>
      <w:pPr>
        <w:pStyle w:val="Heading3"/>
      </w:pPr>
      <w:r>
        <w:t xml:space="preserve">MS8-Q091 — Answer B: 57.14%</w:t>
      </w:r>
    </w:p>
    <w:p>
      <w:pPr>
        <w:pStyle w:val="FirstParagraph"/>
      </w:pPr>
      <w:r>
        <w:t xml:space="preserve">MDF=80/(80+60)=57.14%. MDF is not a command to call every weak opponent at this frequency.</w:t>
      </w:r>
    </w:p>
    <w:p>
      <w:pPr>
        <w:pStyle w:val="BodyText"/>
      </w:pPr>
      <w:r>
        <w:rPr>
          <w:b/>
          <w:bCs/>
        </w:rPr>
        <w:t xml:space="preserve">A:</w:t>
      </w:r>
      <w:r>
        <w:t xml:space="preserve"> </w:t>
      </w:r>
      <w:r>
        <w:t xml:space="preserve">Incorrect (43.14%). The minimum defense benchmark uses pot divided by pot plus the bluff. The verified answer is 57.14%. MDF is not a command to call every weak opponent at this frequency.</w:t>
      </w:r>
      <w:r>
        <w:br/>
      </w:r>
      <w:r>
        <w:rPr>
          <w:b/>
          <w:bCs/>
        </w:rPr>
        <w:t xml:space="preserve">B:</w:t>
      </w:r>
      <w:r>
        <w:t xml:space="preserve"> </w:t>
      </w:r>
      <w:r>
        <w:t xml:space="preserve">Correct. MDF is not a command to call every weak opponent at this frequency.</w:t>
      </w:r>
      <w:r>
        <w:br/>
      </w:r>
      <w:r>
        <w:rPr>
          <w:b/>
          <w:bCs/>
        </w:rPr>
        <w:t xml:space="preserve">C:</w:t>
      </w:r>
      <w:r>
        <w:t xml:space="preserve"> </w:t>
      </w:r>
      <w:r>
        <w:t xml:space="preserve">Incorrect (50.14%). The minimum defense benchmark uses pot divided by pot plus the bluff. The verified answer is 57.14%. MDF is not a command to call every weak opponent at this frequency.</w:t>
      </w:r>
      <w:r>
        <w:br/>
      </w:r>
      <w:r>
        <w:rPr>
          <w:b/>
          <w:bCs/>
        </w:rPr>
        <w:t xml:space="preserve">D:</w:t>
      </w:r>
      <w:r>
        <w:t xml:space="preserve"> </w:t>
      </w:r>
      <w:r>
        <w:t xml:space="preserve">Incorrect (62.64%). The minimum defense benchmark uses pot divided by pot plus the bluff. The verified answer is 57.14%. MDF is not a command to call every weak opponent at this frequency.</w:t>
      </w:r>
    </w:p>
    <w:bookmarkEnd w:id="143"/>
    <w:bookmarkStart w:id="144" w:name="ms8-q092-answer-a-52.94"/>
    <w:p>
      <w:pPr>
        <w:pStyle w:val="Heading3"/>
      </w:pPr>
      <w:r>
        <w:t xml:space="preserve">MS8-Q092 — Answer A: 52.94%</w:t>
      </w:r>
    </w:p>
    <w:p>
      <w:pPr>
        <w:pStyle w:val="FirstParagraph"/>
      </w:pPr>
      <w:r>
        <w:t xml:space="preserve">MDF=90/(90+80)=52.94%. MDF is not a command to call every weak opponent at this frequency.</w:t>
      </w:r>
    </w:p>
    <w:p>
      <w:pPr>
        <w:pStyle w:val="BodyText"/>
      </w:pPr>
      <w:r>
        <w:rPr>
          <w:b/>
          <w:bCs/>
        </w:rPr>
        <w:t xml:space="preserve">A:</w:t>
      </w:r>
      <w:r>
        <w:t xml:space="preserve"> </w:t>
      </w:r>
      <w:r>
        <w:t xml:space="preserve">Correct. MDF is not a command to call every weak opponent at this frequency.</w:t>
      </w:r>
      <w:r>
        <w:br/>
      </w:r>
      <w:r>
        <w:rPr>
          <w:b/>
          <w:bCs/>
        </w:rPr>
        <w:t xml:space="preserve">B:</w:t>
      </w:r>
      <w:r>
        <w:t xml:space="preserve"> </w:t>
      </w:r>
      <w:r>
        <w:t xml:space="preserve">Incorrect (38.94%). The minimum defense benchmark uses pot divided by pot plus the bluff. The verified answer is 52.94%. MDF is not a command to call every weak opponent at this frequency.</w:t>
      </w:r>
      <w:r>
        <w:br/>
      </w:r>
      <w:r>
        <w:rPr>
          <w:b/>
          <w:bCs/>
        </w:rPr>
        <w:t xml:space="preserve">C:</w:t>
      </w:r>
      <w:r>
        <w:t xml:space="preserve"> </w:t>
      </w:r>
      <w:r>
        <w:t xml:space="preserve">Incorrect (45.94%). The minimum defense benchmark uses pot divided by pot plus the bluff. The verified answer is 52.94%. MDF is not a command to call every weak opponent at this frequency.</w:t>
      </w:r>
      <w:r>
        <w:br/>
      </w:r>
      <w:r>
        <w:rPr>
          <w:b/>
          <w:bCs/>
        </w:rPr>
        <w:t xml:space="preserve">D:</w:t>
      </w:r>
      <w:r>
        <w:t xml:space="preserve"> </w:t>
      </w:r>
      <w:r>
        <w:t xml:space="preserve">Incorrect (58.44%). The minimum defense benchmark uses pot divided by pot plus the bluff. The verified answer is 52.94%. MDF is not a command to call every weak opponent at this frequency.</w:t>
      </w:r>
    </w:p>
    <w:bookmarkEnd w:id="144"/>
    <w:bookmarkStart w:id="145" w:name="ms8-q093-answer-d-83.33"/>
    <w:p>
      <w:pPr>
        <w:pStyle w:val="Heading3"/>
      </w:pPr>
      <w:r>
        <w:t xml:space="preserve">MS8-Q093 — Answer D: 83.33%</w:t>
      </w:r>
    </w:p>
    <w:p>
      <w:pPr>
        <w:pStyle w:val="FirstParagraph"/>
      </w:pPr>
      <w:r>
        <w:t xml:space="preserve">MDF=100/(100+20)=83.33%. MDF is not a command to call every weak opponent at this frequency.</w:t>
      </w:r>
    </w:p>
    <w:p>
      <w:pPr>
        <w:pStyle w:val="BodyText"/>
      </w:pPr>
      <w:r>
        <w:rPr>
          <w:b/>
          <w:bCs/>
        </w:rPr>
        <w:t xml:space="preserve">A:</w:t>
      </w:r>
      <w:r>
        <w:t xml:space="preserve"> </w:t>
      </w:r>
      <w:r>
        <w:t xml:space="preserve">Incorrect (69.33%). The minimum defense benchmark uses pot divided by pot plus the bluff. The verified answer is 83.33%. MDF is not a command to call every weak opponent at this frequency.</w:t>
      </w:r>
      <w:r>
        <w:br/>
      </w:r>
      <w:r>
        <w:rPr>
          <w:b/>
          <w:bCs/>
        </w:rPr>
        <w:t xml:space="preserve">B:</w:t>
      </w:r>
      <w:r>
        <w:t xml:space="preserve"> </w:t>
      </w:r>
      <w:r>
        <w:t xml:space="preserve">Incorrect (76.33%). The minimum defense benchmark uses pot divided by pot plus the bluff. The verified answer is 83.33%. MDF is not a command to call every weak opponent at this frequency.</w:t>
      </w:r>
      <w:r>
        <w:br/>
      </w:r>
      <w:r>
        <w:rPr>
          <w:b/>
          <w:bCs/>
        </w:rPr>
        <w:t xml:space="preserve">C:</w:t>
      </w:r>
      <w:r>
        <w:t xml:space="preserve"> </w:t>
      </w:r>
      <w:r>
        <w:t xml:space="preserve">Incorrect (88.83%). The minimum defense benchmark uses pot divided by pot plus the bluff. The verified answer is 83.33%. MDF is not a command to call every weak opponent at this frequency.</w:t>
      </w:r>
      <w:r>
        <w:br/>
      </w:r>
      <w:r>
        <w:rPr>
          <w:b/>
          <w:bCs/>
        </w:rPr>
        <w:t xml:space="preserve">D:</w:t>
      </w:r>
      <w:r>
        <w:t xml:space="preserve"> </w:t>
      </w:r>
      <w:r>
        <w:t xml:space="preserve">Correct. MDF is not a command to call every weak opponent at this frequency.</w:t>
      </w:r>
    </w:p>
    <w:bookmarkEnd w:id="145"/>
    <w:bookmarkStart w:id="146" w:name="ms8-q094-answer-c-73.33"/>
    <w:p>
      <w:pPr>
        <w:pStyle w:val="Heading3"/>
      </w:pPr>
      <w:r>
        <w:t xml:space="preserve">MS8-Q094 — Answer C: 73.33%</w:t>
      </w:r>
    </w:p>
    <w:p>
      <w:pPr>
        <w:pStyle w:val="FirstParagraph"/>
      </w:pPr>
      <w:r>
        <w:t xml:space="preserve">MDF=110/(110+40)=73.33%. MDF is not a command to call every weak opponent at this frequency.</w:t>
      </w:r>
    </w:p>
    <w:p>
      <w:pPr>
        <w:pStyle w:val="BodyText"/>
      </w:pPr>
      <w:r>
        <w:rPr>
          <w:b/>
          <w:bCs/>
        </w:rPr>
        <w:t xml:space="preserve">A:</w:t>
      </w:r>
      <w:r>
        <w:t xml:space="preserve"> </w:t>
      </w:r>
      <w:r>
        <w:t xml:space="preserve">Incorrect (59.33%). The minimum defense benchmark uses pot divided by pot plus the bluff. The verified answer is 73.33%. MDF is not a command to call every weak opponent at this frequency.</w:t>
      </w:r>
      <w:r>
        <w:br/>
      </w:r>
      <w:r>
        <w:rPr>
          <w:b/>
          <w:bCs/>
        </w:rPr>
        <w:t xml:space="preserve">B:</w:t>
      </w:r>
      <w:r>
        <w:t xml:space="preserve"> </w:t>
      </w:r>
      <w:r>
        <w:t xml:space="preserve">Incorrect (66.33%). The minimum defense benchmark uses pot divided by pot plus the bluff. The verified answer is 73.33%. MDF is not a command to call every weak opponent at this frequency.</w:t>
      </w:r>
      <w:r>
        <w:br/>
      </w:r>
      <w:r>
        <w:rPr>
          <w:b/>
          <w:bCs/>
        </w:rPr>
        <w:t xml:space="preserve">C:</w:t>
      </w:r>
      <w:r>
        <w:t xml:space="preserve"> </w:t>
      </w:r>
      <w:r>
        <w:t xml:space="preserve">Correct. MDF is not a command to call every weak opponent at this frequency.</w:t>
      </w:r>
      <w:r>
        <w:br/>
      </w:r>
      <w:r>
        <w:rPr>
          <w:b/>
          <w:bCs/>
        </w:rPr>
        <w:t xml:space="preserve">D:</w:t>
      </w:r>
      <w:r>
        <w:t xml:space="preserve"> </w:t>
      </w:r>
      <w:r>
        <w:t xml:space="preserve">Incorrect (78.83%). The minimum defense benchmark uses pot divided by pot plus the bluff. The verified answer is 73.33%. MDF is not a command to call every weak opponent at this frequency.</w:t>
      </w:r>
    </w:p>
    <w:bookmarkEnd w:id="146"/>
    <w:bookmarkStart w:id="147" w:name="ms8-q095-answer-b-66.67"/>
    <w:p>
      <w:pPr>
        <w:pStyle w:val="Heading3"/>
      </w:pPr>
      <w:r>
        <w:t xml:space="preserve">MS8-Q095 — Answer B: 66.67%</w:t>
      </w:r>
    </w:p>
    <w:p>
      <w:pPr>
        <w:pStyle w:val="FirstParagraph"/>
      </w:pPr>
      <w:r>
        <w:t xml:space="preserve">MDF=120/(120+60)=66.67%. MDF is not a command to call every weak opponent at this frequency.</w:t>
      </w:r>
    </w:p>
    <w:p>
      <w:pPr>
        <w:pStyle w:val="BodyText"/>
      </w:pPr>
      <w:r>
        <w:rPr>
          <w:b/>
          <w:bCs/>
        </w:rPr>
        <w:t xml:space="preserve">A:</w:t>
      </w:r>
      <w:r>
        <w:t xml:space="preserve"> </w:t>
      </w:r>
      <w:r>
        <w:t xml:space="preserve">Incorrect (52.67%). The minimum defense benchmark uses pot divided by pot plus the bluff. The verified answer is 66.67%. MDF is not a command to call every weak opponent at this frequency.</w:t>
      </w:r>
      <w:r>
        <w:br/>
      </w:r>
      <w:r>
        <w:rPr>
          <w:b/>
          <w:bCs/>
        </w:rPr>
        <w:t xml:space="preserve">B:</w:t>
      </w:r>
      <w:r>
        <w:t xml:space="preserve"> </w:t>
      </w:r>
      <w:r>
        <w:t xml:space="preserve">Correct. MDF is not a command to call every weak opponent at this frequency.</w:t>
      </w:r>
      <w:r>
        <w:br/>
      </w:r>
      <w:r>
        <w:rPr>
          <w:b/>
          <w:bCs/>
        </w:rPr>
        <w:t xml:space="preserve">C:</w:t>
      </w:r>
      <w:r>
        <w:t xml:space="preserve"> </w:t>
      </w:r>
      <w:r>
        <w:t xml:space="preserve">Incorrect (59.67%). The minimum defense benchmark uses pot divided by pot plus the bluff. The verified answer is 66.67%. MDF is not a command to call every weak opponent at this frequency.</w:t>
      </w:r>
      <w:r>
        <w:br/>
      </w:r>
      <w:r>
        <w:rPr>
          <w:b/>
          <w:bCs/>
        </w:rPr>
        <w:t xml:space="preserve">D:</w:t>
      </w:r>
      <w:r>
        <w:t xml:space="preserve"> </w:t>
      </w:r>
      <w:r>
        <w:t xml:space="preserve">Incorrect (72.17%). The minimum defense benchmark uses pot divided by pot plus the bluff. The verified answer is 66.67%. MDF is not a command to call every weak opponent at this frequency.</w:t>
      </w:r>
    </w:p>
    <w:bookmarkEnd w:id="147"/>
    <w:bookmarkStart w:id="148" w:name="ms8-q096-answer-a-61.90"/>
    <w:p>
      <w:pPr>
        <w:pStyle w:val="Heading3"/>
      </w:pPr>
      <w:r>
        <w:t xml:space="preserve">MS8-Q096 — Answer A: 61.90%</w:t>
      </w:r>
    </w:p>
    <w:p>
      <w:pPr>
        <w:pStyle w:val="FirstParagraph"/>
      </w:pPr>
      <w:r>
        <w:t xml:space="preserve">MDF=130/(130+80)=61.90%. MDF is not a command to call every weak opponent at this frequency.</w:t>
      </w:r>
    </w:p>
    <w:p>
      <w:pPr>
        <w:pStyle w:val="BodyText"/>
      </w:pPr>
      <w:r>
        <w:rPr>
          <w:b/>
          <w:bCs/>
        </w:rPr>
        <w:t xml:space="preserve">A:</w:t>
      </w:r>
      <w:r>
        <w:t xml:space="preserve"> </w:t>
      </w:r>
      <w:r>
        <w:t xml:space="preserve">Correct. MDF is not a command to call every weak opponent at this frequency.</w:t>
      </w:r>
      <w:r>
        <w:br/>
      </w:r>
      <w:r>
        <w:rPr>
          <w:b/>
          <w:bCs/>
        </w:rPr>
        <w:t xml:space="preserve">B:</w:t>
      </w:r>
      <w:r>
        <w:t xml:space="preserve"> </w:t>
      </w:r>
      <w:r>
        <w:t xml:space="preserve">Incorrect (47.90%). The minimum defense benchmark uses pot divided by pot plus the bluff. The verified answer is 61.90%. MDF is not a command to call every weak opponent at this frequency.</w:t>
      </w:r>
      <w:r>
        <w:br/>
      </w:r>
      <w:r>
        <w:rPr>
          <w:b/>
          <w:bCs/>
        </w:rPr>
        <w:t xml:space="preserve">C:</w:t>
      </w:r>
      <w:r>
        <w:t xml:space="preserve"> </w:t>
      </w:r>
      <w:r>
        <w:t xml:space="preserve">Incorrect (54.90%). The minimum defense benchmark uses pot divided by pot plus the bluff. The verified answer is 61.90%. MDF is not a command to call every weak opponent at this frequency.</w:t>
      </w:r>
      <w:r>
        <w:br/>
      </w:r>
      <w:r>
        <w:rPr>
          <w:b/>
          <w:bCs/>
        </w:rPr>
        <w:t xml:space="preserve">D:</w:t>
      </w:r>
      <w:r>
        <w:t xml:space="preserve"> </w:t>
      </w:r>
      <w:r>
        <w:t xml:space="preserve">Incorrect (67.40%). The minimum defense benchmark uses pot divided by pot plus the bluff. The verified answer is 61.90%. MDF is not a command to call every weak opponent at this frequency.</w:t>
      </w:r>
    </w:p>
    <w:bookmarkEnd w:id="148"/>
    <w:bookmarkStart w:id="149" w:name="ms8-q097-answer-d-87.50"/>
    <w:p>
      <w:pPr>
        <w:pStyle w:val="Heading3"/>
      </w:pPr>
      <w:r>
        <w:t xml:space="preserve">MS8-Q097 — Answer D: 87.50%</w:t>
      </w:r>
    </w:p>
    <w:p>
      <w:pPr>
        <w:pStyle w:val="FirstParagraph"/>
      </w:pPr>
      <w:r>
        <w:t xml:space="preserve">MDF=140/(140+20)=87.50%. MDF is not a command to call every weak opponent at this frequency.</w:t>
      </w:r>
    </w:p>
    <w:p>
      <w:pPr>
        <w:pStyle w:val="BodyText"/>
      </w:pPr>
      <w:r>
        <w:rPr>
          <w:b/>
          <w:bCs/>
        </w:rPr>
        <w:t xml:space="preserve">A:</w:t>
      </w:r>
      <w:r>
        <w:t xml:space="preserve"> </w:t>
      </w:r>
      <w:r>
        <w:t xml:space="preserve">Incorrect (73.50%). The minimum defense benchmark uses pot divided by pot plus the bluff. The verified answer is 87.50%. MDF is not a command to call every weak opponent at this frequency.</w:t>
      </w:r>
      <w:r>
        <w:br/>
      </w:r>
      <w:r>
        <w:rPr>
          <w:b/>
          <w:bCs/>
        </w:rPr>
        <w:t xml:space="preserve">B:</w:t>
      </w:r>
      <w:r>
        <w:t xml:space="preserve"> </w:t>
      </w:r>
      <w:r>
        <w:t xml:space="preserve">Incorrect (80.50%). The minimum defense benchmark uses pot divided by pot plus the bluff. The verified answer is 87.50%. MDF is not a command to call every weak opponent at this frequency.</w:t>
      </w:r>
      <w:r>
        <w:br/>
      </w:r>
      <w:r>
        <w:rPr>
          <w:b/>
          <w:bCs/>
        </w:rPr>
        <w:t xml:space="preserve">C:</w:t>
      </w:r>
      <w:r>
        <w:t xml:space="preserve"> </w:t>
      </w:r>
      <w:r>
        <w:t xml:space="preserve">Incorrect (93.00%). The minimum defense benchmark uses pot divided by pot plus the bluff. The verified answer is 87.50%. MDF is not a command to call every weak opponent at this frequency.</w:t>
      </w:r>
      <w:r>
        <w:br/>
      </w:r>
      <w:r>
        <w:rPr>
          <w:b/>
          <w:bCs/>
        </w:rPr>
        <w:t xml:space="preserve">D:</w:t>
      </w:r>
      <w:r>
        <w:t xml:space="preserve"> </w:t>
      </w:r>
      <w:r>
        <w:t xml:space="preserve">Correct. MDF is not a command to call every weak opponent at this frequency.</w:t>
      </w:r>
    </w:p>
    <w:bookmarkEnd w:id="149"/>
    <w:bookmarkStart w:id="150" w:name="ms8-q098-answer-c-78.95"/>
    <w:p>
      <w:pPr>
        <w:pStyle w:val="Heading3"/>
      </w:pPr>
      <w:r>
        <w:t xml:space="preserve">MS8-Q098 — Answer C: 78.95%</w:t>
      </w:r>
    </w:p>
    <w:p>
      <w:pPr>
        <w:pStyle w:val="FirstParagraph"/>
      </w:pPr>
      <w:r>
        <w:t xml:space="preserve">MDF=150/(150+40)=78.95%. MDF is not a command to call every weak opponent at this frequency.</w:t>
      </w:r>
    </w:p>
    <w:p>
      <w:pPr>
        <w:pStyle w:val="BodyText"/>
      </w:pPr>
      <w:r>
        <w:rPr>
          <w:b/>
          <w:bCs/>
        </w:rPr>
        <w:t xml:space="preserve">A:</w:t>
      </w:r>
      <w:r>
        <w:t xml:space="preserve"> </w:t>
      </w:r>
      <w:r>
        <w:t xml:space="preserve">Incorrect (64.95%). The minimum defense benchmark uses pot divided by pot plus the bluff. The verified answer is 78.95%. MDF is not a command to call every weak opponent at this frequency.</w:t>
      </w:r>
      <w:r>
        <w:br/>
      </w:r>
      <w:r>
        <w:rPr>
          <w:b/>
          <w:bCs/>
        </w:rPr>
        <w:t xml:space="preserve">B:</w:t>
      </w:r>
      <w:r>
        <w:t xml:space="preserve"> </w:t>
      </w:r>
      <w:r>
        <w:t xml:space="preserve">Incorrect (71.95%). The minimum defense benchmark uses pot divided by pot plus the bluff. The verified answer is 78.95%. MDF is not a command to call every weak opponent at this frequency.</w:t>
      </w:r>
      <w:r>
        <w:br/>
      </w:r>
      <w:r>
        <w:rPr>
          <w:b/>
          <w:bCs/>
        </w:rPr>
        <w:t xml:space="preserve">C:</w:t>
      </w:r>
      <w:r>
        <w:t xml:space="preserve"> </w:t>
      </w:r>
      <w:r>
        <w:t xml:space="preserve">Correct. MDF is not a command to call every weak opponent at this frequency.</w:t>
      </w:r>
      <w:r>
        <w:br/>
      </w:r>
      <w:r>
        <w:rPr>
          <w:b/>
          <w:bCs/>
        </w:rPr>
        <w:t xml:space="preserve">D:</w:t>
      </w:r>
      <w:r>
        <w:t xml:space="preserve"> </w:t>
      </w:r>
      <w:r>
        <w:t xml:space="preserve">Incorrect (84.45%). The minimum defense benchmark uses pot divided by pot plus the bluff. The verified answer is 78.95%. MDF is not a command to call every weak opponent at this frequency.</w:t>
      </w:r>
    </w:p>
    <w:bookmarkEnd w:id="150"/>
    <w:bookmarkStart w:id="151" w:name="ms8-q099-answer-b-53.85"/>
    <w:p>
      <w:pPr>
        <w:pStyle w:val="Heading3"/>
      </w:pPr>
      <w:r>
        <w:t xml:space="preserve">MS8-Q099 — Answer B: 53.85%</w:t>
      </w:r>
    </w:p>
    <w:p>
      <w:pPr>
        <w:pStyle w:val="FirstParagraph"/>
      </w:pPr>
      <w:r>
        <w:t xml:space="preserve">MDF=70/(70+60)=53.85%. MDF is not a command to call every weak opponent at this frequency.</w:t>
      </w:r>
    </w:p>
    <w:p>
      <w:pPr>
        <w:pStyle w:val="BodyText"/>
      </w:pPr>
      <w:r>
        <w:rPr>
          <w:b/>
          <w:bCs/>
        </w:rPr>
        <w:t xml:space="preserve">A:</w:t>
      </w:r>
      <w:r>
        <w:t xml:space="preserve"> </w:t>
      </w:r>
      <w:r>
        <w:t xml:space="preserve">Incorrect (39.85%). The minimum defense benchmark uses pot divided by pot plus the bluff. The verified answer is 53.85%. MDF is not a command to call every weak opponent at this frequency.</w:t>
      </w:r>
      <w:r>
        <w:br/>
      </w:r>
      <w:r>
        <w:rPr>
          <w:b/>
          <w:bCs/>
        </w:rPr>
        <w:t xml:space="preserve">B:</w:t>
      </w:r>
      <w:r>
        <w:t xml:space="preserve"> </w:t>
      </w:r>
      <w:r>
        <w:t xml:space="preserve">Correct. MDF is not a command to call every weak opponent at this frequency.</w:t>
      </w:r>
      <w:r>
        <w:br/>
      </w:r>
      <w:r>
        <w:rPr>
          <w:b/>
          <w:bCs/>
        </w:rPr>
        <w:t xml:space="preserve">C:</w:t>
      </w:r>
      <w:r>
        <w:t xml:space="preserve"> </w:t>
      </w:r>
      <w:r>
        <w:t xml:space="preserve">Incorrect (46.85%). The minimum defense benchmark uses pot divided by pot plus the bluff. The verified answer is 53.85%. MDF is not a command to call every weak opponent at this frequency.</w:t>
      </w:r>
      <w:r>
        <w:br/>
      </w:r>
      <w:r>
        <w:rPr>
          <w:b/>
          <w:bCs/>
        </w:rPr>
        <w:t xml:space="preserve">D:</w:t>
      </w:r>
      <w:r>
        <w:t xml:space="preserve"> </w:t>
      </w:r>
      <w:r>
        <w:t xml:space="preserve">Incorrect (59.35%). The minimum defense benchmark uses pot divided by pot plus the bluff. The verified answer is 53.85%. MDF is not a command to call every weak opponent at this frequency.</w:t>
      </w:r>
    </w:p>
    <w:bookmarkEnd w:id="151"/>
    <w:bookmarkStart w:id="152" w:name="ms8-q100-answer-a-50.00"/>
    <w:p>
      <w:pPr>
        <w:pStyle w:val="Heading3"/>
      </w:pPr>
      <w:r>
        <w:t xml:space="preserve">MS8-Q100 — Answer A: 50.00%</w:t>
      </w:r>
    </w:p>
    <w:p>
      <w:pPr>
        <w:pStyle w:val="FirstParagraph"/>
      </w:pPr>
      <w:r>
        <w:t xml:space="preserve">MDF=80/(80+80)=50.00%. MDF is not a command to call every weak opponent at this frequency.</w:t>
      </w:r>
    </w:p>
    <w:p>
      <w:pPr>
        <w:pStyle w:val="BodyText"/>
      </w:pPr>
      <w:r>
        <w:rPr>
          <w:b/>
          <w:bCs/>
        </w:rPr>
        <w:t xml:space="preserve">A:</w:t>
      </w:r>
      <w:r>
        <w:t xml:space="preserve"> </w:t>
      </w:r>
      <w:r>
        <w:t xml:space="preserve">Correct. MDF is not a command to call every weak opponent at this frequency.</w:t>
      </w:r>
      <w:r>
        <w:br/>
      </w:r>
      <w:r>
        <w:rPr>
          <w:b/>
          <w:bCs/>
        </w:rPr>
        <w:t xml:space="preserve">B:</w:t>
      </w:r>
      <w:r>
        <w:t xml:space="preserve"> </w:t>
      </w:r>
      <w:r>
        <w:t xml:space="preserve">Incorrect (36.00%). The minimum defense benchmark uses pot divided by pot plus the bluff. The verified answer is 50.00%. MDF is not a command to call every weak opponent at this frequency.</w:t>
      </w:r>
      <w:r>
        <w:br/>
      </w:r>
      <w:r>
        <w:rPr>
          <w:b/>
          <w:bCs/>
        </w:rPr>
        <w:t xml:space="preserve">C:</w:t>
      </w:r>
      <w:r>
        <w:t xml:space="preserve"> </w:t>
      </w:r>
      <w:r>
        <w:t xml:space="preserve">Incorrect (43.00%). The minimum defense benchmark uses pot divided by pot plus the bluff. The verified answer is 50.00%. MDF is not a command to call every weak opponent at this frequency.</w:t>
      </w:r>
      <w:r>
        <w:br/>
      </w:r>
      <w:r>
        <w:rPr>
          <w:b/>
          <w:bCs/>
        </w:rPr>
        <w:t xml:space="preserve">D:</w:t>
      </w:r>
      <w:r>
        <w:t xml:space="preserve"> </w:t>
      </w:r>
      <w:r>
        <w:t xml:space="preserve">Incorrect (55.50%). The minimum defense benchmark uses pot divided by pot plus the bluff. The verified answer is 50.00%. MDF is not a command to call every weak opponent at this frequency.</w:t>
      </w:r>
    </w:p>
    <w:bookmarkEnd w:id="152"/>
    <w:bookmarkEnd w:id="153"/>
    <w:bookmarkStart w:id="174" w:name="X1352b3bab7e05b6d54220795a721eb51d912ce0"/>
    <w:p>
      <w:pPr>
        <w:pStyle w:val="Heading2"/>
      </w:pPr>
      <w:r>
        <w:t xml:space="preserve">Solutions — Unit 06: Bluff-Catching Combinations</w:t>
      </w:r>
    </w:p>
    <w:bookmarkStart w:id="154" w:name="ms8-q101-answer-d-25.00"/>
    <w:p>
      <w:pPr>
        <w:pStyle w:val="Heading3"/>
      </w:pPr>
      <w:r>
        <w:t xml:space="preserve">MS8-Q101 — Answer D: 25.00%</w:t>
      </w:r>
    </w:p>
    <w:p>
      <w:pPr>
        <w:pStyle w:val="FirstParagraph"/>
      </w:pPr>
      <w:r>
        <w:t xml:space="preserve">Win probability=2/(6+2)=25.00%. The counts are scenario assumptions, not observations from a real population.</w:t>
      </w:r>
    </w:p>
    <w:p>
      <w:pPr>
        <w:pStyle w:val="BodyText"/>
      </w:pPr>
      <w:r>
        <w:rPr>
          <w:b/>
          <w:bCs/>
        </w:rPr>
        <w:t xml:space="preserve">A:</w:t>
      </w:r>
      <w:r>
        <w:t xml:space="preserve"> </w:t>
      </w:r>
      <w:r>
        <w:t xml:space="preserve">Incorrect (11.00%). Normalize the bluff combinations by all betting combinations. The verified answer is 25.00%. The counts are scenario assumptions, not observations from a real population.</w:t>
      </w:r>
      <w:r>
        <w:br/>
      </w:r>
      <w:r>
        <w:rPr>
          <w:b/>
          <w:bCs/>
        </w:rPr>
        <w:t xml:space="preserve">B:</w:t>
      </w:r>
      <w:r>
        <w:t xml:space="preserve"> </w:t>
      </w:r>
      <w:r>
        <w:t xml:space="preserve">Incorrect (18.00%). Normalize the bluff combinations by all betting combinations. The verified answer is 25.00%. The counts are scenario assumptions, not observations from a real population.</w:t>
      </w:r>
      <w:r>
        <w:br/>
      </w:r>
      <w:r>
        <w:rPr>
          <w:b/>
          <w:bCs/>
        </w:rPr>
        <w:t xml:space="preserve">C:</w:t>
      </w:r>
      <w:r>
        <w:t xml:space="preserve"> </w:t>
      </w:r>
      <w:r>
        <w:t xml:space="preserve">Incorrect (30.50%). Normalize the bluff combinations by all betting combinations. The verified answer is 25.00%. The counts are scenario assumptions, not observations from a real population.</w:t>
      </w:r>
      <w:r>
        <w:br/>
      </w:r>
      <w:r>
        <w:rPr>
          <w:b/>
          <w:bCs/>
        </w:rPr>
        <w:t xml:space="preserve">D:</w:t>
      </w:r>
      <w:r>
        <w:t xml:space="preserve"> </w:t>
      </w:r>
      <w:r>
        <w:t xml:space="preserve">Correct. The counts are scenario assumptions, not observations from a real population.</w:t>
      </w:r>
    </w:p>
    <w:bookmarkEnd w:id="154"/>
    <w:bookmarkStart w:id="155" w:name="ms8-q102-answer-c-43.75"/>
    <w:p>
      <w:pPr>
        <w:pStyle w:val="Heading3"/>
      </w:pPr>
      <w:r>
        <w:t xml:space="preserve">MS8-Q102 — Answer C: 43.75%</w:t>
      </w:r>
    </w:p>
    <w:p>
      <w:pPr>
        <w:pStyle w:val="FirstParagraph"/>
      </w:pPr>
      <w:r>
        <w:t xml:space="preserve">Win probability=7/(9+7)=43.75%. The counts are scenario assumptions, not observations from a real population.</w:t>
      </w:r>
    </w:p>
    <w:p>
      <w:pPr>
        <w:pStyle w:val="BodyText"/>
      </w:pPr>
      <w:r>
        <w:rPr>
          <w:b/>
          <w:bCs/>
        </w:rPr>
        <w:t xml:space="preserve">A:</w:t>
      </w:r>
      <w:r>
        <w:t xml:space="preserve"> </w:t>
      </w:r>
      <w:r>
        <w:t xml:space="preserve">Incorrect (29.75%). Normalize the bluff combinations by all betting combinations. The verified answer is 43.75%. The counts are scenario assumptions, not observations from a real population.</w:t>
      </w:r>
      <w:r>
        <w:br/>
      </w:r>
      <w:r>
        <w:rPr>
          <w:b/>
          <w:bCs/>
        </w:rPr>
        <w:t xml:space="preserve">B:</w:t>
      </w:r>
      <w:r>
        <w:t xml:space="preserve"> </w:t>
      </w:r>
      <w:r>
        <w:t xml:space="preserve">Incorrect (36.75%). Normalize the bluff combinations by all betting combinations. The verified answer is 43.75%. The counts are scenario assumptions, not observations from a real population.</w:t>
      </w:r>
      <w:r>
        <w:br/>
      </w:r>
      <w:r>
        <w:rPr>
          <w:b/>
          <w:bCs/>
        </w:rPr>
        <w:t xml:space="preserve">C:</w:t>
      </w:r>
      <w:r>
        <w:t xml:space="preserve"> </w:t>
      </w:r>
      <w:r>
        <w:t xml:space="preserve">Correct. The counts are scenario assumptions, not observations from a real population.</w:t>
      </w:r>
      <w:r>
        <w:br/>
      </w:r>
      <w:r>
        <w:rPr>
          <w:b/>
          <w:bCs/>
        </w:rPr>
        <w:t xml:space="preserve">D:</w:t>
      </w:r>
      <w:r>
        <w:t xml:space="preserve"> </w:t>
      </w:r>
      <w:r>
        <w:t xml:space="preserve">Incorrect (49.25%). Normalize the bluff combinations by all betting combinations. The verified answer is 43.75%. The counts are scenario assumptions, not observations from a real population.</w:t>
      </w:r>
    </w:p>
    <w:bookmarkEnd w:id="155"/>
    <w:bookmarkStart w:id="156" w:name="ms8-q103-answer-b-50.00"/>
    <w:p>
      <w:pPr>
        <w:pStyle w:val="Heading3"/>
      </w:pPr>
      <w:r>
        <w:t xml:space="preserve">MS8-Q103 — Answer B: 50.00%</w:t>
      </w:r>
    </w:p>
    <w:p>
      <w:pPr>
        <w:pStyle w:val="FirstParagraph"/>
      </w:pPr>
      <w:r>
        <w:t xml:space="preserve">Win probability=12/(12+12)=50.00%. The counts are scenario assumptions, not observations from a real population.</w:t>
      </w:r>
    </w:p>
    <w:p>
      <w:pPr>
        <w:pStyle w:val="BodyText"/>
      </w:pPr>
      <w:r>
        <w:rPr>
          <w:b/>
          <w:bCs/>
        </w:rPr>
        <w:t xml:space="preserve">A:</w:t>
      </w:r>
      <w:r>
        <w:t xml:space="preserve"> </w:t>
      </w:r>
      <w:r>
        <w:t xml:space="preserve">Incorrect (36.00%). Normalize the bluff combinations by all betting combinations. The verified answer is 50.00%. The counts are scenario assumptions, not observations from a real population.</w:t>
      </w:r>
      <w:r>
        <w:br/>
      </w:r>
      <w:r>
        <w:rPr>
          <w:b/>
          <w:bCs/>
        </w:rPr>
        <w:t xml:space="preserve">B:</w:t>
      </w:r>
      <w:r>
        <w:t xml:space="preserve"> </w:t>
      </w:r>
      <w:r>
        <w:t xml:space="preserve">Correct. The counts are scenario assumptions, not observations from a real population.</w:t>
      </w:r>
      <w:r>
        <w:br/>
      </w:r>
      <w:r>
        <w:rPr>
          <w:b/>
          <w:bCs/>
        </w:rPr>
        <w:t xml:space="preserve">C:</w:t>
      </w:r>
      <w:r>
        <w:t xml:space="preserve"> </w:t>
      </w:r>
      <w:r>
        <w:t xml:space="preserve">Incorrect (43.00%). Normalize the bluff combinations by all betting combinations. The verified answer is 50.00%. The counts are scenario assumptions, not observations from a real population.</w:t>
      </w:r>
      <w:r>
        <w:br/>
      </w:r>
      <w:r>
        <w:rPr>
          <w:b/>
          <w:bCs/>
        </w:rPr>
        <w:t xml:space="preserve">D:</w:t>
      </w:r>
      <w:r>
        <w:t xml:space="preserve"> </w:t>
      </w:r>
      <w:r>
        <w:t xml:space="preserve">Incorrect (55.50%). Normalize the bluff combinations by all betting combinations. The verified answer is 50.00%. The counts are scenario assumptions, not observations from a real population.</w:t>
      </w:r>
    </w:p>
    <w:bookmarkEnd w:id="156"/>
    <w:bookmarkStart w:id="157" w:name="ms8-q104-answer-a-25.00"/>
    <w:p>
      <w:pPr>
        <w:pStyle w:val="Heading3"/>
      </w:pPr>
      <w:r>
        <w:t xml:space="preserve">MS8-Q104 — Answer A: 25.00%</w:t>
      </w:r>
    </w:p>
    <w:p>
      <w:pPr>
        <w:pStyle w:val="FirstParagraph"/>
      </w:pPr>
      <w:r>
        <w:t xml:space="preserve">Win probability=5/(15+5)=25.00%. The counts are scenario assumptions, not observations from a real population.</w:t>
      </w:r>
    </w:p>
    <w:p>
      <w:pPr>
        <w:pStyle w:val="BodyText"/>
      </w:pPr>
      <w:r>
        <w:rPr>
          <w:b/>
          <w:bCs/>
        </w:rPr>
        <w:t xml:space="preserve">A:</w:t>
      </w:r>
      <w:r>
        <w:t xml:space="preserve"> </w:t>
      </w:r>
      <w:r>
        <w:t xml:space="preserve">Correct. The counts are scenario assumptions, not observations from a real population.</w:t>
      </w:r>
      <w:r>
        <w:br/>
      </w:r>
      <w:r>
        <w:rPr>
          <w:b/>
          <w:bCs/>
        </w:rPr>
        <w:t xml:space="preserve">B:</w:t>
      </w:r>
      <w:r>
        <w:t xml:space="preserve"> </w:t>
      </w:r>
      <w:r>
        <w:t xml:space="preserve">Incorrect (11.00%). Normalize the bluff combinations by all betting combinations. The verified answer is 25.00%. The counts are scenario assumptions, not observations from a real population.</w:t>
      </w:r>
      <w:r>
        <w:br/>
      </w:r>
      <w:r>
        <w:rPr>
          <w:b/>
          <w:bCs/>
        </w:rPr>
        <w:t xml:space="preserve">C:</w:t>
      </w:r>
      <w:r>
        <w:t xml:space="preserve"> </w:t>
      </w:r>
      <w:r>
        <w:t xml:space="preserve">Incorrect (18.00%). Normalize the bluff combinations by all betting combinations. The verified answer is 25.00%. The counts are scenario assumptions, not observations from a real population.</w:t>
      </w:r>
      <w:r>
        <w:br/>
      </w:r>
      <w:r>
        <w:rPr>
          <w:b/>
          <w:bCs/>
        </w:rPr>
        <w:t xml:space="preserve">D:</w:t>
      </w:r>
      <w:r>
        <w:t xml:space="preserve"> </w:t>
      </w:r>
      <w:r>
        <w:t xml:space="preserve">Incorrect (30.50%). Normalize the bluff combinations by all betting combinations. The verified answer is 25.00%. The counts are scenario assumptions, not observations from a real population.</w:t>
      </w:r>
    </w:p>
    <w:bookmarkEnd w:id="157"/>
    <w:bookmarkStart w:id="158" w:name="ms8-q105-answer-d-35.71"/>
    <w:p>
      <w:pPr>
        <w:pStyle w:val="Heading3"/>
      </w:pPr>
      <w:r>
        <w:t xml:space="preserve">MS8-Q105 — Answer D: 35.71%</w:t>
      </w:r>
    </w:p>
    <w:p>
      <w:pPr>
        <w:pStyle w:val="FirstParagraph"/>
      </w:pPr>
      <w:r>
        <w:t xml:space="preserve">Win probability=10/(18+10)=35.71%. The counts are scenario assumptions, not observations from a real population.</w:t>
      </w:r>
    </w:p>
    <w:p>
      <w:pPr>
        <w:pStyle w:val="BodyText"/>
      </w:pPr>
      <w:r>
        <w:rPr>
          <w:b/>
          <w:bCs/>
        </w:rPr>
        <w:t xml:space="preserve">A:</w:t>
      </w:r>
      <w:r>
        <w:t xml:space="preserve"> </w:t>
      </w:r>
      <w:r>
        <w:t xml:space="preserve">Incorrect (21.71%). Normalize the bluff combinations by all betting combinations. The verified answer is 35.71%. The counts are scenario assumptions, not observations from a real population.</w:t>
      </w:r>
      <w:r>
        <w:br/>
      </w:r>
      <w:r>
        <w:rPr>
          <w:b/>
          <w:bCs/>
        </w:rPr>
        <w:t xml:space="preserve">B:</w:t>
      </w:r>
      <w:r>
        <w:t xml:space="preserve"> </w:t>
      </w:r>
      <w:r>
        <w:t xml:space="preserve">Incorrect (28.71%). Normalize the bluff combinations by all betting combinations. The verified answer is 35.71%. The counts are scenario assumptions, not observations from a real population.</w:t>
      </w:r>
      <w:r>
        <w:br/>
      </w:r>
      <w:r>
        <w:rPr>
          <w:b/>
          <w:bCs/>
        </w:rPr>
        <w:t xml:space="preserve">C:</w:t>
      </w:r>
      <w:r>
        <w:t xml:space="preserve"> </w:t>
      </w:r>
      <w:r>
        <w:t xml:space="preserve">Incorrect (41.21%). Normalize the bluff combinations by all betting combinations. The verified answer is 35.71%. The counts are scenario assumptions, not observations from a real population.</w:t>
      </w:r>
      <w:r>
        <w:br/>
      </w:r>
      <w:r>
        <w:rPr>
          <w:b/>
          <w:bCs/>
        </w:rPr>
        <w:t xml:space="preserve">D:</w:t>
      </w:r>
      <w:r>
        <w:t xml:space="preserve"> </w:t>
      </w:r>
      <w:r>
        <w:t xml:space="preserve">Correct. The counts are scenario assumptions, not observations from a real population.</w:t>
      </w:r>
    </w:p>
    <w:bookmarkEnd w:id="158"/>
    <w:bookmarkStart w:id="159" w:name="ms8-q106-answer-c-12.50"/>
    <w:p>
      <w:pPr>
        <w:pStyle w:val="Heading3"/>
      </w:pPr>
      <w:r>
        <w:t xml:space="preserve">MS8-Q106 — Answer C: 12.50%</w:t>
      </w:r>
    </w:p>
    <w:p>
      <w:pPr>
        <w:pStyle w:val="FirstParagraph"/>
      </w:pPr>
      <w:r>
        <w:t xml:space="preserve">Win probability=3/(21+3)=12.50%. The counts are scenario assumptions, not observations from a real population.</w:t>
      </w:r>
    </w:p>
    <w:p>
      <w:pPr>
        <w:pStyle w:val="BodyText"/>
      </w:pPr>
      <w:r>
        <w:rPr>
          <w:b/>
          <w:bCs/>
        </w:rPr>
        <w:t xml:space="preserve">A:</w:t>
      </w:r>
      <w:r>
        <w:t xml:space="preserve"> </w:t>
      </w:r>
      <w:r>
        <w:t xml:space="preserve">Incorrect (0.10%). Normalize the bluff combinations by all betting combinations. The verified answer is 12.50%. The counts are scenario assumptions, not observations from a real population.</w:t>
      </w:r>
      <w:r>
        <w:br/>
      </w:r>
      <w:r>
        <w:rPr>
          <w:b/>
          <w:bCs/>
        </w:rPr>
        <w:t xml:space="preserve">B:</w:t>
      </w:r>
      <w:r>
        <w:t xml:space="preserve"> </w:t>
      </w:r>
      <w:r>
        <w:t xml:space="preserve">Incorrect (5.50%). Normalize the bluff combinations by all betting combinations. The verified answer is 12.50%. The counts are scenario assumptions, not observations from a real population.</w:t>
      </w:r>
      <w:r>
        <w:br/>
      </w:r>
      <w:r>
        <w:rPr>
          <w:b/>
          <w:bCs/>
        </w:rPr>
        <w:t xml:space="preserve">C:</w:t>
      </w:r>
      <w:r>
        <w:t xml:space="preserve"> </w:t>
      </w:r>
      <w:r>
        <w:t xml:space="preserve">Correct. The counts are scenario assumptions, not observations from a real population.</w:t>
      </w:r>
      <w:r>
        <w:br/>
      </w:r>
      <w:r>
        <w:rPr>
          <w:b/>
          <w:bCs/>
        </w:rPr>
        <w:t xml:space="preserve">D:</w:t>
      </w:r>
      <w:r>
        <w:t xml:space="preserve"> </w:t>
      </w:r>
      <w:r>
        <w:t xml:space="preserve">Incorrect (18.00%). Normalize the bluff combinations by all betting combinations. The verified answer is 12.50%. The counts are scenario assumptions, not observations from a real population.</w:t>
      </w:r>
    </w:p>
    <w:bookmarkEnd w:id="159"/>
    <w:bookmarkStart w:id="160" w:name="ms8-q107-answer-b-57.14"/>
    <w:p>
      <w:pPr>
        <w:pStyle w:val="Heading3"/>
      </w:pPr>
      <w:r>
        <w:t xml:space="preserve">MS8-Q107 — Answer B: 57.14%</w:t>
      </w:r>
    </w:p>
    <w:p>
      <w:pPr>
        <w:pStyle w:val="FirstParagraph"/>
      </w:pPr>
      <w:r>
        <w:t xml:space="preserve">Win probability=8/(6+8)=57.14%. The counts are scenario assumptions, not observations from a real population.</w:t>
      </w:r>
    </w:p>
    <w:p>
      <w:pPr>
        <w:pStyle w:val="BodyText"/>
      </w:pPr>
      <w:r>
        <w:rPr>
          <w:b/>
          <w:bCs/>
        </w:rPr>
        <w:t xml:space="preserve">A:</w:t>
      </w:r>
      <w:r>
        <w:t xml:space="preserve"> </w:t>
      </w:r>
      <w:r>
        <w:t xml:space="preserve">Incorrect (43.14%). Normalize the bluff combinations by all betting combinations. The verified answer is 57.14%. The counts are scenario assumptions, not observations from a real population.</w:t>
      </w:r>
      <w:r>
        <w:br/>
      </w:r>
      <w:r>
        <w:rPr>
          <w:b/>
          <w:bCs/>
        </w:rPr>
        <w:t xml:space="preserve">B:</w:t>
      </w:r>
      <w:r>
        <w:t xml:space="preserve"> </w:t>
      </w:r>
      <w:r>
        <w:t xml:space="preserve">Correct. The counts are scenario assumptions, not observations from a real population.</w:t>
      </w:r>
      <w:r>
        <w:br/>
      </w:r>
      <w:r>
        <w:rPr>
          <w:b/>
          <w:bCs/>
        </w:rPr>
        <w:t xml:space="preserve">C:</w:t>
      </w:r>
      <w:r>
        <w:t xml:space="preserve"> </w:t>
      </w:r>
      <w:r>
        <w:t xml:space="preserve">Incorrect (50.14%). Normalize the bluff combinations by all betting combinations. The verified answer is 57.14%. The counts are scenario assumptions, not observations from a real population.</w:t>
      </w:r>
      <w:r>
        <w:br/>
      </w:r>
      <w:r>
        <w:rPr>
          <w:b/>
          <w:bCs/>
        </w:rPr>
        <w:t xml:space="preserve">D:</w:t>
      </w:r>
      <w:r>
        <w:t xml:space="preserve"> </w:t>
      </w:r>
      <w:r>
        <w:t xml:space="preserve">Incorrect (62.64%). Normalize the bluff combinations by all betting combinations. The verified answer is 57.14%. The counts are scenario assumptions, not observations from a real population.</w:t>
      </w:r>
    </w:p>
    <w:bookmarkEnd w:id="160"/>
    <w:bookmarkStart w:id="161" w:name="ms8-q108-answer-a-59.09"/>
    <w:p>
      <w:pPr>
        <w:pStyle w:val="Heading3"/>
      </w:pPr>
      <w:r>
        <w:t xml:space="preserve">MS8-Q108 — Answer A: 59.09%</w:t>
      </w:r>
    </w:p>
    <w:p>
      <w:pPr>
        <w:pStyle w:val="FirstParagraph"/>
      </w:pPr>
      <w:r>
        <w:t xml:space="preserve">Win probability=13/(9+13)=59.09%. The counts are scenario assumptions, not observations from a real population.</w:t>
      </w:r>
    </w:p>
    <w:p>
      <w:pPr>
        <w:pStyle w:val="BodyText"/>
      </w:pPr>
      <w:r>
        <w:rPr>
          <w:b/>
          <w:bCs/>
        </w:rPr>
        <w:t xml:space="preserve">A:</w:t>
      </w:r>
      <w:r>
        <w:t xml:space="preserve"> </w:t>
      </w:r>
      <w:r>
        <w:t xml:space="preserve">Correct. The counts are scenario assumptions, not observations from a real population.</w:t>
      </w:r>
      <w:r>
        <w:br/>
      </w:r>
      <w:r>
        <w:rPr>
          <w:b/>
          <w:bCs/>
        </w:rPr>
        <w:t xml:space="preserve">B:</w:t>
      </w:r>
      <w:r>
        <w:t xml:space="preserve"> </w:t>
      </w:r>
      <w:r>
        <w:t xml:space="preserve">Incorrect (45.09%). Normalize the bluff combinations by all betting combinations. The verified answer is 59.09%. The counts are scenario assumptions, not observations from a real population.</w:t>
      </w:r>
      <w:r>
        <w:br/>
      </w:r>
      <w:r>
        <w:rPr>
          <w:b/>
          <w:bCs/>
        </w:rPr>
        <w:t xml:space="preserve">C:</w:t>
      </w:r>
      <w:r>
        <w:t xml:space="preserve"> </w:t>
      </w:r>
      <w:r>
        <w:t xml:space="preserve">Incorrect (52.09%). Normalize the bluff combinations by all betting combinations. The verified answer is 59.09%. The counts are scenario assumptions, not observations from a real population.</w:t>
      </w:r>
      <w:r>
        <w:br/>
      </w:r>
      <w:r>
        <w:rPr>
          <w:b/>
          <w:bCs/>
        </w:rPr>
        <w:t xml:space="preserve">D:</w:t>
      </w:r>
      <w:r>
        <w:t xml:space="preserve"> </w:t>
      </w:r>
      <w:r>
        <w:t xml:space="preserve">Incorrect (64.59%). Normalize the bluff combinations by all betting combinations. The verified answer is 59.09%. The counts are scenario assumptions, not observations from a real population.</w:t>
      </w:r>
    </w:p>
    <w:bookmarkEnd w:id="161"/>
    <w:bookmarkStart w:id="162" w:name="ms8-q109-answer-d-33.33"/>
    <w:p>
      <w:pPr>
        <w:pStyle w:val="Heading3"/>
      </w:pPr>
      <w:r>
        <w:t xml:space="preserve">MS8-Q109 — Answer D: 33.33%</w:t>
      </w:r>
    </w:p>
    <w:p>
      <w:pPr>
        <w:pStyle w:val="FirstParagraph"/>
      </w:pPr>
      <w:r>
        <w:t xml:space="preserve">Win probability=6/(12+6)=33.33%. The counts are scenario assumptions, not observations from a real population.</w:t>
      </w:r>
    </w:p>
    <w:p>
      <w:pPr>
        <w:pStyle w:val="BodyText"/>
      </w:pPr>
      <w:r>
        <w:rPr>
          <w:b/>
          <w:bCs/>
        </w:rPr>
        <w:t xml:space="preserve">A:</w:t>
      </w:r>
      <w:r>
        <w:t xml:space="preserve"> </w:t>
      </w:r>
      <w:r>
        <w:t xml:space="preserve">Incorrect (19.33%). Normalize the bluff combinations by all betting combinations. The verified answer is 33.33%. The counts are scenario assumptions, not observations from a real population.</w:t>
      </w:r>
      <w:r>
        <w:br/>
      </w:r>
      <w:r>
        <w:rPr>
          <w:b/>
          <w:bCs/>
        </w:rPr>
        <w:t xml:space="preserve">B:</w:t>
      </w:r>
      <w:r>
        <w:t xml:space="preserve"> </w:t>
      </w:r>
      <w:r>
        <w:t xml:space="preserve">Incorrect (26.33%). Normalize the bluff combinations by all betting combinations. The verified answer is 33.33%. The counts are scenario assumptions, not observations from a real population.</w:t>
      </w:r>
      <w:r>
        <w:br/>
      </w:r>
      <w:r>
        <w:rPr>
          <w:b/>
          <w:bCs/>
        </w:rPr>
        <w:t xml:space="preserve">C:</w:t>
      </w:r>
      <w:r>
        <w:t xml:space="preserve"> </w:t>
      </w:r>
      <w:r>
        <w:t xml:space="preserve">Incorrect (38.83%). Normalize the bluff combinations by all betting combinations. The verified answer is 33.33%. The counts are scenario assumptions, not observations from a real population.</w:t>
      </w:r>
      <w:r>
        <w:br/>
      </w:r>
      <w:r>
        <w:rPr>
          <w:b/>
          <w:bCs/>
        </w:rPr>
        <w:t xml:space="preserve">D:</w:t>
      </w:r>
      <w:r>
        <w:t xml:space="preserve"> </w:t>
      </w:r>
      <w:r>
        <w:t xml:space="preserve">Correct. The counts are scenario assumptions, not observations from a real population.</w:t>
      </w:r>
    </w:p>
    <w:bookmarkEnd w:id="162"/>
    <w:bookmarkStart w:id="163" w:name="ms8-q110-answer-c-42.31"/>
    <w:p>
      <w:pPr>
        <w:pStyle w:val="Heading3"/>
      </w:pPr>
      <w:r>
        <w:t xml:space="preserve">MS8-Q110 — Answer C: 42.31%</w:t>
      </w:r>
    </w:p>
    <w:p>
      <w:pPr>
        <w:pStyle w:val="FirstParagraph"/>
      </w:pPr>
      <w:r>
        <w:t xml:space="preserve">Win probability=11/(15+11)=42.31%. The counts are scenario assumptions, not observations from a real population.</w:t>
      </w:r>
    </w:p>
    <w:p>
      <w:pPr>
        <w:pStyle w:val="BodyText"/>
      </w:pPr>
      <w:r>
        <w:rPr>
          <w:b/>
          <w:bCs/>
        </w:rPr>
        <w:t xml:space="preserve">A:</w:t>
      </w:r>
      <w:r>
        <w:t xml:space="preserve"> </w:t>
      </w:r>
      <w:r>
        <w:t xml:space="preserve">Incorrect (28.31%). Normalize the bluff combinations by all betting combinations. The verified answer is 42.31%. The counts are scenario assumptions, not observations from a real population.</w:t>
      </w:r>
      <w:r>
        <w:br/>
      </w:r>
      <w:r>
        <w:rPr>
          <w:b/>
          <w:bCs/>
        </w:rPr>
        <w:t xml:space="preserve">B:</w:t>
      </w:r>
      <w:r>
        <w:t xml:space="preserve"> </w:t>
      </w:r>
      <w:r>
        <w:t xml:space="preserve">Incorrect (35.31%). Normalize the bluff combinations by all betting combinations. The verified answer is 42.31%. The counts are scenario assumptions, not observations from a real population.</w:t>
      </w:r>
      <w:r>
        <w:br/>
      </w:r>
      <w:r>
        <w:rPr>
          <w:b/>
          <w:bCs/>
        </w:rPr>
        <w:t xml:space="preserve">C:</w:t>
      </w:r>
      <w:r>
        <w:t xml:space="preserve"> </w:t>
      </w:r>
      <w:r>
        <w:t xml:space="preserve">Correct. The counts are scenario assumptions, not observations from a real population.</w:t>
      </w:r>
      <w:r>
        <w:br/>
      </w:r>
      <w:r>
        <w:rPr>
          <w:b/>
          <w:bCs/>
        </w:rPr>
        <w:t xml:space="preserve">D:</w:t>
      </w:r>
      <w:r>
        <w:t xml:space="preserve"> </w:t>
      </w:r>
      <w:r>
        <w:t xml:space="preserve">Incorrect (47.81%). Normalize the bluff combinations by all betting combinations. The verified answer is 42.31%. The counts are scenario assumptions, not observations from a real population.</w:t>
      </w:r>
    </w:p>
    <w:bookmarkEnd w:id="163"/>
    <w:bookmarkStart w:id="164" w:name="ms8-q111-answer-b-18.18"/>
    <w:p>
      <w:pPr>
        <w:pStyle w:val="Heading3"/>
      </w:pPr>
      <w:r>
        <w:t xml:space="preserve">MS8-Q111 — Answer B: 18.18%</w:t>
      </w:r>
    </w:p>
    <w:p>
      <w:pPr>
        <w:pStyle w:val="FirstParagraph"/>
      </w:pPr>
      <w:r>
        <w:t xml:space="preserve">Win probability=4/(18+4)=18.18%. The counts are scenario assumptions, not observations from a real population.</w:t>
      </w:r>
    </w:p>
    <w:p>
      <w:pPr>
        <w:pStyle w:val="BodyText"/>
      </w:pPr>
      <w:r>
        <w:rPr>
          <w:b/>
          <w:bCs/>
        </w:rPr>
        <w:t xml:space="preserve">A:</w:t>
      </w:r>
      <w:r>
        <w:t xml:space="preserve"> </w:t>
      </w:r>
      <w:r>
        <w:t xml:space="preserve">Incorrect (4.18%). Normalize the bluff combinations by all betting combinations. The verified answer is 18.18%. The counts are scenario assumptions, not observations from a real population.</w:t>
      </w:r>
      <w:r>
        <w:br/>
      </w:r>
      <w:r>
        <w:rPr>
          <w:b/>
          <w:bCs/>
        </w:rPr>
        <w:t xml:space="preserve">B:</w:t>
      </w:r>
      <w:r>
        <w:t xml:space="preserve"> </w:t>
      </w:r>
      <w:r>
        <w:t xml:space="preserve">Correct. The counts are scenario assumptions, not observations from a real population.</w:t>
      </w:r>
      <w:r>
        <w:br/>
      </w:r>
      <w:r>
        <w:rPr>
          <w:b/>
          <w:bCs/>
        </w:rPr>
        <w:t xml:space="preserve">C:</w:t>
      </w:r>
      <w:r>
        <w:t xml:space="preserve"> </w:t>
      </w:r>
      <w:r>
        <w:t xml:space="preserve">Incorrect (11.18%). Normalize the bluff combinations by all betting combinations. The verified answer is 18.18%. The counts are scenario assumptions, not observations from a real population.</w:t>
      </w:r>
      <w:r>
        <w:br/>
      </w:r>
      <w:r>
        <w:rPr>
          <w:b/>
          <w:bCs/>
        </w:rPr>
        <w:t xml:space="preserve">D:</w:t>
      </w:r>
      <w:r>
        <w:t xml:space="preserve"> </w:t>
      </w:r>
      <w:r>
        <w:t xml:space="preserve">Incorrect (23.68%). Normalize the bluff combinations by all betting combinations. The verified answer is 18.18%. The counts are scenario assumptions, not observations from a real population.</w:t>
      </w:r>
    </w:p>
    <w:bookmarkEnd w:id="164"/>
    <w:bookmarkStart w:id="165" w:name="ms8-q112-answer-a-30.00"/>
    <w:p>
      <w:pPr>
        <w:pStyle w:val="Heading3"/>
      </w:pPr>
      <w:r>
        <w:t xml:space="preserve">MS8-Q112 — Answer A: 30.00%</w:t>
      </w:r>
    </w:p>
    <w:p>
      <w:pPr>
        <w:pStyle w:val="FirstParagraph"/>
      </w:pPr>
      <w:r>
        <w:t xml:space="preserve">Win probability=9/(21+9)=30.00%. The counts are scenario assumptions, not observations from a real population.</w:t>
      </w:r>
    </w:p>
    <w:p>
      <w:pPr>
        <w:pStyle w:val="BodyText"/>
      </w:pPr>
      <w:r>
        <w:rPr>
          <w:b/>
          <w:bCs/>
        </w:rPr>
        <w:t xml:space="preserve">A:</w:t>
      </w:r>
      <w:r>
        <w:t xml:space="preserve"> </w:t>
      </w:r>
      <w:r>
        <w:t xml:space="preserve">Correct. The counts are scenario assumptions, not observations from a real population.</w:t>
      </w:r>
      <w:r>
        <w:br/>
      </w:r>
      <w:r>
        <w:rPr>
          <w:b/>
          <w:bCs/>
        </w:rPr>
        <w:t xml:space="preserve">B:</w:t>
      </w:r>
      <w:r>
        <w:t xml:space="preserve"> </w:t>
      </w:r>
      <w:r>
        <w:t xml:space="preserve">Incorrect (16.00%). Normalize the bluff combinations by all betting combinations. The verified answer is 30.00%. The counts are scenario assumptions, not observations from a real population.</w:t>
      </w:r>
      <w:r>
        <w:br/>
      </w:r>
      <w:r>
        <w:rPr>
          <w:b/>
          <w:bCs/>
        </w:rPr>
        <w:t xml:space="preserve">C:</w:t>
      </w:r>
      <w:r>
        <w:t xml:space="preserve"> </w:t>
      </w:r>
      <w:r>
        <w:t xml:space="preserve">Incorrect (23.00%). Normalize the bluff combinations by all betting combinations. The verified answer is 30.00%. The counts are scenario assumptions, not observations from a real population.</w:t>
      </w:r>
      <w:r>
        <w:br/>
      </w:r>
      <w:r>
        <w:rPr>
          <w:b/>
          <w:bCs/>
        </w:rPr>
        <w:t xml:space="preserve">D:</w:t>
      </w:r>
      <w:r>
        <w:t xml:space="preserve"> </w:t>
      </w:r>
      <w:r>
        <w:t xml:space="preserve">Incorrect (35.50%). Normalize the bluff combinations by all betting combinations. The verified answer is 30.00%. The counts are scenario assumptions, not observations from a real population.</w:t>
      </w:r>
    </w:p>
    <w:bookmarkEnd w:id="165"/>
    <w:bookmarkStart w:id="166" w:name="ms8-q113-answer-d-25.00"/>
    <w:p>
      <w:pPr>
        <w:pStyle w:val="Heading3"/>
      </w:pPr>
      <w:r>
        <w:t xml:space="preserve">MS8-Q113 — Answer D: 25.00%</w:t>
      </w:r>
    </w:p>
    <w:p>
      <w:pPr>
        <w:pStyle w:val="FirstParagraph"/>
      </w:pPr>
      <w:r>
        <w:t xml:space="preserve">Win probability=2/(6+2)=25.00%. The counts are scenario assumptions, not observations from a real population.</w:t>
      </w:r>
    </w:p>
    <w:p>
      <w:pPr>
        <w:pStyle w:val="BodyText"/>
      </w:pPr>
      <w:r>
        <w:rPr>
          <w:b/>
          <w:bCs/>
        </w:rPr>
        <w:t xml:space="preserve">A:</w:t>
      </w:r>
      <w:r>
        <w:t xml:space="preserve"> </w:t>
      </w:r>
      <w:r>
        <w:t xml:space="preserve">Incorrect (11.00%). Normalize the bluff combinations by all betting combinations. The verified answer is 25.00%. The counts are scenario assumptions, not observations from a real population.</w:t>
      </w:r>
      <w:r>
        <w:br/>
      </w:r>
      <w:r>
        <w:rPr>
          <w:b/>
          <w:bCs/>
        </w:rPr>
        <w:t xml:space="preserve">B:</w:t>
      </w:r>
      <w:r>
        <w:t xml:space="preserve"> </w:t>
      </w:r>
      <w:r>
        <w:t xml:space="preserve">Incorrect (18.00%). Normalize the bluff combinations by all betting combinations. The verified answer is 25.00%. The counts are scenario assumptions, not observations from a real population.</w:t>
      </w:r>
      <w:r>
        <w:br/>
      </w:r>
      <w:r>
        <w:rPr>
          <w:b/>
          <w:bCs/>
        </w:rPr>
        <w:t xml:space="preserve">C:</w:t>
      </w:r>
      <w:r>
        <w:t xml:space="preserve"> </w:t>
      </w:r>
      <w:r>
        <w:t xml:space="preserve">Incorrect (30.50%). Normalize the bluff combinations by all betting combinations. The verified answer is 25.00%. The counts are scenario assumptions, not observations from a real population.</w:t>
      </w:r>
      <w:r>
        <w:br/>
      </w:r>
      <w:r>
        <w:rPr>
          <w:b/>
          <w:bCs/>
        </w:rPr>
        <w:t xml:space="preserve">D:</w:t>
      </w:r>
      <w:r>
        <w:t xml:space="preserve"> </w:t>
      </w:r>
      <w:r>
        <w:t xml:space="preserve">Correct. The counts are scenario assumptions, not observations from a real population.</w:t>
      </w:r>
    </w:p>
    <w:bookmarkEnd w:id="166"/>
    <w:bookmarkStart w:id="167" w:name="ms8-q114-answer-c-43.75"/>
    <w:p>
      <w:pPr>
        <w:pStyle w:val="Heading3"/>
      </w:pPr>
      <w:r>
        <w:t xml:space="preserve">MS8-Q114 — Answer C: 43.75%</w:t>
      </w:r>
    </w:p>
    <w:p>
      <w:pPr>
        <w:pStyle w:val="FirstParagraph"/>
      </w:pPr>
      <w:r>
        <w:t xml:space="preserve">Win probability=7/(9+7)=43.75%. The counts are scenario assumptions, not observations from a real population.</w:t>
      </w:r>
    </w:p>
    <w:p>
      <w:pPr>
        <w:pStyle w:val="BodyText"/>
      </w:pPr>
      <w:r>
        <w:rPr>
          <w:b/>
          <w:bCs/>
        </w:rPr>
        <w:t xml:space="preserve">A:</w:t>
      </w:r>
      <w:r>
        <w:t xml:space="preserve"> </w:t>
      </w:r>
      <w:r>
        <w:t xml:space="preserve">Incorrect (29.75%). Normalize the bluff combinations by all betting combinations. The verified answer is 43.75%. The counts are scenario assumptions, not observations from a real population.</w:t>
      </w:r>
      <w:r>
        <w:br/>
      </w:r>
      <w:r>
        <w:rPr>
          <w:b/>
          <w:bCs/>
        </w:rPr>
        <w:t xml:space="preserve">B:</w:t>
      </w:r>
      <w:r>
        <w:t xml:space="preserve"> </w:t>
      </w:r>
      <w:r>
        <w:t xml:space="preserve">Incorrect (36.75%). Normalize the bluff combinations by all betting combinations. The verified answer is 43.75%. The counts are scenario assumptions, not observations from a real population.</w:t>
      </w:r>
      <w:r>
        <w:br/>
      </w:r>
      <w:r>
        <w:rPr>
          <w:b/>
          <w:bCs/>
        </w:rPr>
        <w:t xml:space="preserve">C:</w:t>
      </w:r>
      <w:r>
        <w:t xml:space="preserve"> </w:t>
      </w:r>
      <w:r>
        <w:t xml:space="preserve">Correct. The counts are scenario assumptions, not observations from a real population.</w:t>
      </w:r>
      <w:r>
        <w:br/>
      </w:r>
      <w:r>
        <w:rPr>
          <w:b/>
          <w:bCs/>
        </w:rPr>
        <w:t xml:space="preserve">D:</w:t>
      </w:r>
      <w:r>
        <w:t xml:space="preserve"> </w:t>
      </w:r>
      <w:r>
        <w:t xml:space="preserve">Incorrect (49.25%). Normalize the bluff combinations by all betting combinations. The verified answer is 43.75%. The counts are scenario assumptions, not observations from a real population.</w:t>
      </w:r>
    </w:p>
    <w:bookmarkEnd w:id="167"/>
    <w:bookmarkStart w:id="168" w:name="ms8-q115-answer-b-50.00"/>
    <w:p>
      <w:pPr>
        <w:pStyle w:val="Heading3"/>
      </w:pPr>
      <w:r>
        <w:t xml:space="preserve">MS8-Q115 — Answer B: 50.00%</w:t>
      </w:r>
    </w:p>
    <w:p>
      <w:pPr>
        <w:pStyle w:val="FirstParagraph"/>
      </w:pPr>
      <w:r>
        <w:t xml:space="preserve">Win probability=12/(12+12)=50.00%. The counts are scenario assumptions, not observations from a real population.</w:t>
      </w:r>
    </w:p>
    <w:p>
      <w:pPr>
        <w:pStyle w:val="BodyText"/>
      </w:pPr>
      <w:r>
        <w:rPr>
          <w:b/>
          <w:bCs/>
        </w:rPr>
        <w:t xml:space="preserve">A:</w:t>
      </w:r>
      <w:r>
        <w:t xml:space="preserve"> </w:t>
      </w:r>
      <w:r>
        <w:t xml:space="preserve">Incorrect (36.00%). Normalize the bluff combinations by all betting combinations. The verified answer is 50.00%. The counts are scenario assumptions, not observations from a real population.</w:t>
      </w:r>
      <w:r>
        <w:br/>
      </w:r>
      <w:r>
        <w:rPr>
          <w:b/>
          <w:bCs/>
        </w:rPr>
        <w:t xml:space="preserve">B:</w:t>
      </w:r>
      <w:r>
        <w:t xml:space="preserve"> </w:t>
      </w:r>
      <w:r>
        <w:t xml:space="preserve">Correct. The counts are scenario assumptions, not observations from a real population.</w:t>
      </w:r>
      <w:r>
        <w:br/>
      </w:r>
      <w:r>
        <w:rPr>
          <w:b/>
          <w:bCs/>
        </w:rPr>
        <w:t xml:space="preserve">C:</w:t>
      </w:r>
      <w:r>
        <w:t xml:space="preserve"> </w:t>
      </w:r>
      <w:r>
        <w:t xml:space="preserve">Incorrect (43.00%). Normalize the bluff combinations by all betting combinations. The verified answer is 50.00%. The counts are scenario assumptions, not observations from a real population.</w:t>
      </w:r>
      <w:r>
        <w:br/>
      </w:r>
      <w:r>
        <w:rPr>
          <w:b/>
          <w:bCs/>
        </w:rPr>
        <w:t xml:space="preserve">D:</w:t>
      </w:r>
      <w:r>
        <w:t xml:space="preserve"> </w:t>
      </w:r>
      <w:r>
        <w:t xml:space="preserve">Incorrect (55.50%). Normalize the bluff combinations by all betting combinations. The verified answer is 50.00%. The counts are scenario assumptions, not observations from a real population.</w:t>
      </w:r>
    </w:p>
    <w:bookmarkEnd w:id="168"/>
    <w:bookmarkStart w:id="169" w:name="ms8-q116-answer-a-25.00"/>
    <w:p>
      <w:pPr>
        <w:pStyle w:val="Heading3"/>
      </w:pPr>
      <w:r>
        <w:t xml:space="preserve">MS8-Q116 — Answer A: 25.00%</w:t>
      </w:r>
    </w:p>
    <w:p>
      <w:pPr>
        <w:pStyle w:val="FirstParagraph"/>
      </w:pPr>
      <w:r>
        <w:t xml:space="preserve">Win probability=5/(15+5)=25.00%. The counts are scenario assumptions, not observations from a real population.</w:t>
      </w:r>
    </w:p>
    <w:p>
      <w:pPr>
        <w:pStyle w:val="BodyText"/>
      </w:pPr>
      <w:r>
        <w:rPr>
          <w:b/>
          <w:bCs/>
        </w:rPr>
        <w:t xml:space="preserve">A:</w:t>
      </w:r>
      <w:r>
        <w:t xml:space="preserve"> </w:t>
      </w:r>
      <w:r>
        <w:t xml:space="preserve">Correct. The counts are scenario assumptions, not observations from a real population.</w:t>
      </w:r>
      <w:r>
        <w:br/>
      </w:r>
      <w:r>
        <w:rPr>
          <w:b/>
          <w:bCs/>
        </w:rPr>
        <w:t xml:space="preserve">B:</w:t>
      </w:r>
      <w:r>
        <w:t xml:space="preserve"> </w:t>
      </w:r>
      <w:r>
        <w:t xml:space="preserve">Incorrect (11.00%). Normalize the bluff combinations by all betting combinations. The verified answer is 25.00%. The counts are scenario assumptions, not observations from a real population.</w:t>
      </w:r>
      <w:r>
        <w:br/>
      </w:r>
      <w:r>
        <w:rPr>
          <w:b/>
          <w:bCs/>
        </w:rPr>
        <w:t xml:space="preserve">C:</w:t>
      </w:r>
      <w:r>
        <w:t xml:space="preserve"> </w:t>
      </w:r>
      <w:r>
        <w:t xml:space="preserve">Incorrect (18.00%). Normalize the bluff combinations by all betting combinations. The verified answer is 25.00%. The counts are scenario assumptions, not observations from a real population.</w:t>
      </w:r>
      <w:r>
        <w:br/>
      </w:r>
      <w:r>
        <w:rPr>
          <w:b/>
          <w:bCs/>
        </w:rPr>
        <w:t xml:space="preserve">D:</w:t>
      </w:r>
      <w:r>
        <w:t xml:space="preserve"> </w:t>
      </w:r>
      <w:r>
        <w:t xml:space="preserve">Incorrect (30.50%). Normalize the bluff combinations by all betting combinations. The verified answer is 25.00%. The counts are scenario assumptions, not observations from a real population.</w:t>
      </w:r>
    </w:p>
    <w:bookmarkEnd w:id="169"/>
    <w:bookmarkStart w:id="170" w:name="ms8-q117-answer-d-35.71"/>
    <w:p>
      <w:pPr>
        <w:pStyle w:val="Heading3"/>
      </w:pPr>
      <w:r>
        <w:t xml:space="preserve">MS8-Q117 — Answer D: 35.71%</w:t>
      </w:r>
    </w:p>
    <w:p>
      <w:pPr>
        <w:pStyle w:val="FirstParagraph"/>
      </w:pPr>
      <w:r>
        <w:t xml:space="preserve">Win probability=10/(18+10)=35.71%. The counts are scenario assumptions, not observations from a real population.</w:t>
      </w:r>
    </w:p>
    <w:p>
      <w:pPr>
        <w:pStyle w:val="BodyText"/>
      </w:pPr>
      <w:r>
        <w:rPr>
          <w:b/>
          <w:bCs/>
        </w:rPr>
        <w:t xml:space="preserve">A:</w:t>
      </w:r>
      <w:r>
        <w:t xml:space="preserve"> </w:t>
      </w:r>
      <w:r>
        <w:t xml:space="preserve">Incorrect (21.71%). Normalize the bluff combinations by all betting combinations. The verified answer is 35.71%. The counts are scenario assumptions, not observations from a real population.</w:t>
      </w:r>
      <w:r>
        <w:br/>
      </w:r>
      <w:r>
        <w:rPr>
          <w:b/>
          <w:bCs/>
        </w:rPr>
        <w:t xml:space="preserve">B:</w:t>
      </w:r>
      <w:r>
        <w:t xml:space="preserve"> </w:t>
      </w:r>
      <w:r>
        <w:t xml:space="preserve">Incorrect (28.71%). Normalize the bluff combinations by all betting combinations. The verified answer is 35.71%. The counts are scenario assumptions, not observations from a real population.</w:t>
      </w:r>
      <w:r>
        <w:br/>
      </w:r>
      <w:r>
        <w:rPr>
          <w:b/>
          <w:bCs/>
        </w:rPr>
        <w:t xml:space="preserve">C:</w:t>
      </w:r>
      <w:r>
        <w:t xml:space="preserve"> </w:t>
      </w:r>
      <w:r>
        <w:t xml:space="preserve">Incorrect (41.21%). Normalize the bluff combinations by all betting combinations. The verified answer is 35.71%. The counts are scenario assumptions, not observations from a real population.</w:t>
      </w:r>
      <w:r>
        <w:br/>
      </w:r>
      <w:r>
        <w:rPr>
          <w:b/>
          <w:bCs/>
        </w:rPr>
        <w:t xml:space="preserve">D:</w:t>
      </w:r>
      <w:r>
        <w:t xml:space="preserve"> </w:t>
      </w:r>
      <w:r>
        <w:t xml:space="preserve">Correct. The counts are scenario assumptions, not observations from a real population.</w:t>
      </w:r>
    </w:p>
    <w:bookmarkEnd w:id="170"/>
    <w:bookmarkStart w:id="171" w:name="ms8-q118-answer-c-12.50"/>
    <w:p>
      <w:pPr>
        <w:pStyle w:val="Heading3"/>
      </w:pPr>
      <w:r>
        <w:t xml:space="preserve">MS8-Q118 — Answer C: 12.50%</w:t>
      </w:r>
    </w:p>
    <w:p>
      <w:pPr>
        <w:pStyle w:val="FirstParagraph"/>
      </w:pPr>
      <w:r>
        <w:t xml:space="preserve">Win probability=3/(21+3)=12.50%. The counts are scenario assumptions, not observations from a real population.</w:t>
      </w:r>
    </w:p>
    <w:p>
      <w:pPr>
        <w:pStyle w:val="BodyText"/>
      </w:pPr>
      <w:r>
        <w:rPr>
          <w:b/>
          <w:bCs/>
        </w:rPr>
        <w:t xml:space="preserve">A:</w:t>
      </w:r>
      <w:r>
        <w:t xml:space="preserve"> </w:t>
      </w:r>
      <w:r>
        <w:t xml:space="preserve">Incorrect (0.10%). Normalize the bluff combinations by all betting combinations. The verified answer is 12.50%. The counts are scenario assumptions, not observations from a real population.</w:t>
      </w:r>
      <w:r>
        <w:br/>
      </w:r>
      <w:r>
        <w:rPr>
          <w:b/>
          <w:bCs/>
        </w:rPr>
        <w:t xml:space="preserve">B:</w:t>
      </w:r>
      <w:r>
        <w:t xml:space="preserve"> </w:t>
      </w:r>
      <w:r>
        <w:t xml:space="preserve">Incorrect (5.50%). Normalize the bluff combinations by all betting combinations. The verified answer is 12.50%. The counts are scenario assumptions, not observations from a real population.</w:t>
      </w:r>
      <w:r>
        <w:br/>
      </w:r>
      <w:r>
        <w:rPr>
          <w:b/>
          <w:bCs/>
        </w:rPr>
        <w:t xml:space="preserve">C:</w:t>
      </w:r>
      <w:r>
        <w:t xml:space="preserve"> </w:t>
      </w:r>
      <w:r>
        <w:t xml:space="preserve">Correct. The counts are scenario assumptions, not observations from a real population.</w:t>
      </w:r>
      <w:r>
        <w:br/>
      </w:r>
      <w:r>
        <w:rPr>
          <w:b/>
          <w:bCs/>
        </w:rPr>
        <w:t xml:space="preserve">D:</w:t>
      </w:r>
      <w:r>
        <w:t xml:space="preserve"> </w:t>
      </w:r>
      <w:r>
        <w:t xml:space="preserve">Incorrect (18.00%). Normalize the bluff combinations by all betting combinations. The verified answer is 12.50%. The counts are scenario assumptions, not observations from a real population.</w:t>
      </w:r>
    </w:p>
    <w:bookmarkEnd w:id="171"/>
    <w:bookmarkStart w:id="172" w:name="ms8-q119-answer-b-57.14"/>
    <w:p>
      <w:pPr>
        <w:pStyle w:val="Heading3"/>
      </w:pPr>
      <w:r>
        <w:t xml:space="preserve">MS8-Q119 — Answer B: 57.14%</w:t>
      </w:r>
    </w:p>
    <w:p>
      <w:pPr>
        <w:pStyle w:val="FirstParagraph"/>
      </w:pPr>
      <w:r>
        <w:t xml:space="preserve">Win probability=8/(6+8)=57.14%. The counts are scenario assumptions, not observations from a real population.</w:t>
      </w:r>
    </w:p>
    <w:p>
      <w:pPr>
        <w:pStyle w:val="BodyText"/>
      </w:pPr>
      <w:r>
        <w:rPr>
          <w:b/>
          <w:bCs/>
        </w:rPr>
        <w:t xml:space="preserve">A:</w:t>
      </w:r>
      <w:r>
        <w:t xml:space="preserve"> </w:t>
      </w:r>
      <w:r>
        <w:t xml:space="preserve">Incorrect (43.14%). Normalize the bluff combinations by all betting combinations. The verified answer is 57.14%. The counts are scenario assumptions, not observations from a real population.</w:t>
      </w:r>
      <w:r>
        <w:br/>
      </w:r>
      <w:r>
        <w:rPr>
          <w:b/>
          <w:bCs/>
        </w:rPr>
        <w:t xml:space="preserve">B:</w:t>
      </w:r>
      <w:r>
        <w:t xml:space="preserve"> </w:t>
      </w:r>
      <w:r>
        <w:t xml:space="preserve">Correct. The counts are scenario assumptions, not observations from a real population.</w:t>
      </w:r>
      <w:r>
        <w:br/>
      </w:r>
      <w:r>
        <w:rPr>
          <w:b/>
          <w:bCs/>
        </w:rPr>
        <w:t xml:space="preserve">C:</w:t>
      </w:r>
      <w:r>
        <w:t xml:space="preserve"> </w:t>
      </w:r>
      <w:r>
        <w:t xml:space="preserve">Incorrect (50.14%). Normalize the bluff combinations by all betting combinations. The verified answer is 57.14%. The counts are scenario assumptions, not observations from a real population.</w:t>
      </w:r>
      <w:r>
        <w:br/>
      </w:r>
      <w:r>
        <w:rPr>
          <w:b/>
          <w:bCs/>
        </w:rPr>
        <w:t xml:space="preserve">D:</w:t>
      </w:r>
      <w:r>
        <w:t xml:space="preserve"> </w:t>
      </w:r>
      <w:r>
        <w:t xml:space="preserve">Incorrect (62.64%). Normalize the bluff combinations by all betting combinations. The verified answer is 57.14%. The counts are scenario assumptions, not observations from a real population.</w:t>
      </w:r>
    </w:p>
    <w:bookmarkEnd w:id="172"/>
    <w:bookmarkStart w:id="173" w:name="ms8-q120-answer-a-59.09"/>
    <w:p>
      <w:pPr>
        <w:pStyle w:val="Heading3"/>
      </w:pPr>
      <w:r>
        <w:t xml:space="preserve">MS8-Q120 — Answer A: 59.09%</w:t>
      </w:r>
    </w:p>
    <w:p>
      <w:pPr>
        <w:pStyle w:val="FirstParagraph"/>
      </w:pPr>
      <w:r>
        <w:t xml:space="preserve">Win probability=13/(9+13)=59.09%. The counts are scenario assumptions, not observations from a real population.</w:t>
      </w:r>
    </w:p>
    <w:p>
      <w:pPr>
        <w:pStyle w:val="BodyText"/>
      </w:pPr>
      <w:r>
        <w:rPr>
          <w:b/>
          <w:bCs/>
        </w:rPr>
        <w:t xml:space="preserve">A:</w:t>
      </w:r>
      <w:r>
        <w:t xml:space="preserve"> </w:t>
      </w:r>
      <w:r>
        <w:t xml:space="preserve">Correct. The counts are scenario assumptions, not observations from a real population.</w:t>
      </w:r>
      <w:r>
        <w:br/>
      </w:r>
      <w:r>
        <w:rPr>
          <w:b/>
          <w:bCs/>
        </w:rPr>
        <w:t xml:space="preserve">B:</w:t>
      </w:r>
      <w:r>
        <w:t xml:space="preserve"> </w:t>
      </w:r>
      <w:r>
        <w:t xml:space="preserve">Incorrect (45.09%). Normalize the bluff combinations by all betting combinations. The verified answer is 59.09%. The counts are scenario assumptions, not observations from a real population.</w:t>
      </w:r>
      <w:r>
        <w:br/>
      </w:r>
      <w:r>
        <w:rPr>
          <w:b/>
          <w:bCs/>
        </w:rPr>
        <w:t xml:space="preserve">C:</w:t>
      </w:r>
      <w:r>
        <w:t xml:space="preserve"> </w:t>
      </w:r>
      <w:r>
        <w:t xml:space="preserve">Incorrect (52.09%). Normalize the bluff combinations by all betting combinations. The verified answer is 59.09%. The counts are scenario assumptions, not observations from a real population.</w:t>
      </w:r>
      <w:r>
        <w:br/>
      </w:r>
      <w:r>
        <w:rPr>
          <w:b/>
          <w:bCs/>
        </w:rPr>
        <w:t xml:space="preserve">D:</w:t>
      </w:r>
      <w:r>
        <w:t xml:space="preserve"> </w:t>
      </w:r>
      <w:r>
        <w:t xml:space="preserve">Incorrect (64.59%). Normalize the bluff combinations by all betting combinations. The verified answer is 59.09%. The counts are scenario assumptions, not observations from a real population.</w:t>
      </w:r>
    </w:p>
    <w:bookmarkEnd w:id="173"/>
    <w:bookmarkEnd w:id="174"/>
    <w:bookmarkStart w:id="195" w:name="Xc9cf499805fb24bb2aef10f1b5a77b753cd432f"/>
    <w:p>
      <w:pPr>
        <w:pStyle w:val="Heading2"/>
      </w:pPr>
      <w:r>
        <w:t xml:space="preserve">Solutions — Unit 07: Rake-Adjusted Calling Decisions</w:t>
      </w:r>
    </w:p>
    <w:bookmarkStart w:id="175" w:name="ms8-q121-answer-d-21.13"/>
    <w:p>
      <w:pPr>
        <w:pStyle w:val="Heading3"/>
      </w:pPr>
      <w:r>
        <w:t xml:space="preserve">MS8-Q121 — Answer D: 21.13%</w:t>
      </w:r>
    </w:p>
    <w:p>
      <w:pPr>
        <w:pStyle w:val="FirstParagraph"/>
      </w:pPr>
      <w:r>
        <w:t xml:space="preserve">Final pot before rake=85+2×30=$145; threshold=30/(145−3)=21.13%. Deduct modeled rake only from winning outcomes as defined.</w:t>
      </w:r>
    </w:p>
    <w:p>
      <w:pPr>
        <w:pStyle w:val="BodyText"/>
      </w:pPr>
      <w:r>
        <w:rPr>
          <w:b/>
          <w:bCs/>
        </w:rPr>
        <w:t xml:space="preserve">A:</w:t>
      </w:r>
      <w:r>
        <w:t xml:space="preserve"> </w:t>
      </w:r>
      <w:r>
        <w:t xml:space="preserve">Incorrect (7.13%). Subtract the stated rake from the winning showdown pot. The verified answer is 21.13%. Deduct modeled rake only from winning outcomes as defined.</w:t>
      </w:r>
      <w:r>
        <w:br/>
      </w:r>
      <w:r>
        <w:rPr>
          <w:b/>
          <w:bCs/>
        </w:rPr>
        <w:t xml:space="preserve">B:</w:t>
      </w:r>
      <w:r>
        <w:t xml:space="preserve"> </w:t>
      </w:r>
      <w:r>
        <w:t xml:space="preserve">Incorrect (14.13%). Subtract the stated rake from the winning showdown pot. The verified answer is 21.13%. Deduct modeled rake only from winning outcomes as defined.</w:t>
      </w:r>
      <w:r>
        <w:br/>
      </w:r>
      <w:r>
        <w:rPr>
          <w:b/>
          <w:bCs/>
        </w:rPr>
        <w:t xml:space="preserve">C:</w:t>
      </w:r>
      <w:r>
        <w:t xml:space="preserve"> </w:t>
      </w:r>
      <w:r>
        <w:t xml:space="preserve">Incorrect (26.63%). Subtract the stated rake from the winning showdown pot. The verified answer is 21.13%. Deduct modeled rake only from winning outcomes as defined.</w:t>
      </w:r>
      <w:r>
        <w:br/>
      </w:r>
      <w:r>
        <w:rPr>
          <w:b/>
          <w:bCs/>
        </w:rPr>
        <w:t xml:space="preserve">D:</w:t>
      </w:r>
      <w:r>
        <w:t xml:space="preserve"> </w:t>
      </w:r>
      <w:r>
        <w:t xml:space="preserve">Correct. Deduct modeled rake only from winning outcomes as defined.</w:t>
      </w:r>
    </w:p>
    <w:bookmarkEnd w:id="175"/>
    <w:bookmarkStart w:id="176" w:name="ms8-q122-answer-c-24.86"/>
    <w:p>
      <w:pPr>
        <w:pStyle w:val="Heading3"/>
      </w:pPr>
      <w:r>
        <w:t xml:space="preserve">MS8-Q122 — Answer C: 24.86%</w:t>
      </w:r>
    </w:p>
    <w:p>
      <w:pPr>
        <w:pStyle w:val="FirstParagraph"/>
      </w:pPr>
      <w:r>
        <w:t xml:space="preserve">Final pot before rake=95+2×45=$185; threshold=45/(185−4)=24.86%. Deduct modeled rake only from winning outcomes as defined.</w:t>
      </w:r>
    </w:p>
    <w:p>
      <w:pPr>
        <w:pStyle w:val="BodyText"/>
      </w:pPr>
      <w:r>
        <w:rPr>
          <w:b/>
          <w:bCs/>
        </w:rPr>
        <w:t xml:space="preserve">A:</w:t>
      </w:r>
      <w:r>
        <w:t xml:space="preserve"> </w:t>
      </w:r>
      <w:r>
        <w:t xml:space="preserve">Incorrect (10.86%). Subtract the stated rake from the winning showdown pot. The verified answer is 24.86%. Deduct modeled rake only from winning outcomes as defined.</w:t>
      </w:r>
      <w:r>
        <w:br/>
      </w:r>
      <w:r>
        <w:rPr>
          <w:b/>
          <w:bCs/>
        </w:rPr>
        <w:t xml:space="preserve">B:</w:t>
      </w:r>
      <w:r>
        <w:t xml:space="preserve"> </w:t>
      </w:r>
      <w:r>
        <w:t xml:space="preserve">Incorrect (17.86%). Subtract the stated rake from the winning showdown pot. The verified answer is 24.86%. Deduct modeled rake only from winning outcomes as defined.</w:t>
      </w:r>
      <w:r>
        <w:br/>
      </w:r>
      <w:r>
        <w:rPr>
          <w:b/>
          <w:bCs/>
        </w:rPr>
        <w:t xml:space="preserve">C:</w:t>
      </w:r>
      <w:r>
        <w:t xml:space="preserve"> </w:t>
      </w:r>
      <w:r>
        <w:t xml:space="preserve">Correct. Deduct modeled rake only from winning outcomes as defined.</w:t>
      </w:r>
      <w:r>
        <w:br/>
      </w:r>
      <w:r>
        <w:rPr>
          <w:b/>
          <w:bCs/>
        </w:rPr>
        <w:t xml:space="preserve">D:</w:t>
      </w:r>
      <w:r>
        <w:t xml:space="preserve"> </w:t>
      </w:r>
      <w:r>
        <w:t xml:space="preserve">Incorrect (30.36%). Subtract the stated rake from the winning showdown pot. The verified answer is 24.86%. Deduct modeled rake only from winning outcomes as defined.</w:t>
      </w:r>
    </w:p>
    <w:bookmarkEnd w:id="176"/>
    <w:bookmarkStart w:id="177" w:name="ms8-q123-answer-b-27.27"/>
    <w:p>
      <w:pPr>
        <w:pStyle w:val="Heading3"/>
      </w:pPr>
      <w:r>
        <w:t xml:space="preserve">MS8-Q123 — Answer B: 27.27%</w:t>
      </w:r>
    </w:p>
    <w:p>
      <w:pPr>
        <w:pStyle w:val="FirstParagraph"/>
      </w:pPr>
      <w:r>
        <w:t xml:space="preserve">Final pot before rake=105+2×60=$225; threshold=60/(225−5)=27.27%. Deduct modeled rake only from winning outcomes as defined.</w:t>
      </w:r>
    </w:p>
    <w:p>
      <w:pPr>
        <w:pStyle w:val="BodyText"/>
      </w:pPr>
      <w:r>
        <w:rPr>
          <w:b/>
          <w:bCs/>
        </w:rPr>
        <w:t xml:space="preserve">A:</w:t>
      </w:r>
      <w:r>
        <w:t xml:space="preserve"> </w:t>
      </w:r>
      <w:r>
        <w:t xml:space="preserve">Incorrect (13.27%). Subtract the stated rake from the winning showdown pot. The verified answer is 27.27%. Deduct modeled rake only from winning outcomes as defined.</w:t>
      </w:r>
      <w:r>
        <w:br/>
      </w:r>
      <w:r>
        <w:rPr>
          <w:b/>
          <w:bCs/>
        </w:rPr>
        <w:t xml:space="preserve">B:</w:t>
      </w:r>
      <w:r>
        <w:t xml:space="preserve"> </w:t>
      </w:r>
      <w:r>
        <w:t xml:space="preserve">Correct. Deduct modeled rake only from winning outcomes as defined.</w:t>
      </w:r>
      <w:r>
        <w:br/>
      </w:r>
      <w:r>
        <w:rPr>
          <w:b/>
          <w:bCs/>
        </w:rPr>
        <w:t xml:space="preserve">C:</w:t>
      </w:r>
      <w:r>
        <w:t xml:space="preserve"> </w:t>
      </w:r>
      <w:r>
        <w:t xml:space="preserve">Incorrect (20.27%). Subtract the stated rake from the winning showdown pot. The verified answer is 27.27%. Deduct modeled rake only from winning outcomes as defined.</w:t>
      </w:r>
      <w:r>
        <w:br/>
      </w:r>
      <w:r>
        <w:rPr>
          <w:b/>
          <w:bCs/>
        </w:rPr>
        <w:t xml:space="preserve">D:</w:t>
      </w:r>
      <w:r>
        <w:t xml:space="preserve"> </w:t>
      </w:r>
      <w:r>
        <w:t xml:space="preserve">Incorrect (32.77%). Subtract the stated rake from the winning showdown pot. The verified answer is 27.27%. Deduct modeled rake only from winning outcomes as defined.</w:t>
      </w:r>
    </w:p>
    <w:bookmarkEnd w:id="177"/>
    <w:bookmarkStart w:id="178" w:name="ms8-q124-answer-a-28.96"/>
    <w:p>
      <w:pPr>
        <w:pStyle w:val="Heading3"/>
      </w:pPr>
      <w:r>
        <w:t xml:space="preserve">MS8-Q124 — Answer A: 28.96%</w:t>
      </w:r>
    </w:p>
    <w:p>
      <w:pPr>
        <w:pStyle w:val="FirstParagraph"/>
      </w:pPr>
      <w:r>
        <w:t xml:space="preserve">Final pot before rake=115+2×75=$265; threshold=75/(265−6)=28.96%. Deduct modeled rake only from winning outcomes as defined.</w:t>
      </w:r>
    </w:p>
    <w:p>
      <w:pPr>
        <w:pStyle w:val="BodyText"/>
      </w:pPr>
      <w:r>
        <w:rPr>
          <w:b/>
          <w:bCs/>
        </w:rPr>
        <w:t xml:space="preserve">A:</w:t>
      </w:r>
      <w:r>
        <w:t xml:space="preserve"> </w:t>
      </w:r>
      <w:r>
        <w:t xml:space="preserve">Correct. Deduct modeled rake only from winning outcomes as defined.</w:t>
      </w:r>
      <w:r>
        <w:br/>
      </w:r>
      <w:r>
        <w:rPr>
          <w:b/>
          <w:bCs/>
        </w:rPr>
        <w:t xml:space="preserve">B:</w:t>
      </w:r>
      <w:r>
        <w:t xml:space="preserve"> </w:t>
      </w:r>
      <w:r>
        <w:t xml:space="preserve">Incorrect (14.96%). Subtract the stated rake from the winning showdown pot. The verified answer is 28.96%. Deduct modeled rake only from winning outcomes as defined.</w:t>
      </w:r>
      <w:r>
        <w:br/>
      </w:r>
      <w:r>
        <w:rPr>
          <w:b/>
          <w:bCs/>
        </w:rPr>
        <w:t xml:space="preserve">C:</w:t>
      </w:r>
      <w:r>
        <w:t xml:space="preserve"> </w:t>
      </w:r>
      <w:r>
        <w:t xml:space="preserve">Incorrect (21.96%). Subtract the stated rake from the winning showdown pot. The verified answer is 28.96%. Deduct modeled rake only from winning outcomes as defined.</w:t>
      </w:r>
      <w:r>
        <w:br/>
      </w:r>
      <w:r>
        <w:rPr>
          <w:b/>
          <w:bCs/>
        </w:rPr>
        <w:t xml:space="preserve">D:</w:t>
      </w:r>
      <w:r>
        <w:t xml:space="preserve"> </w:t>
      </w:r>
      <w:r>
        <w:t xml:space="preserve">Incorrect (34.46%). Subtract the stated rake from the winning showdown pot. The verified answer is 28.96%. Deduct modeled rake only from winning outcomes as defined.</w:t>
      </w:r>
    </w:p>
    <w:bookmarkEnd w:id="178"/>
    <w:bookmarkStart w:id="179" w:name="ms8-q125-answer-d-30.20"/>
    <w:p>
      <w:pPr>
        <w:pStyle w:val="Heading3"/>
      </w:pPr>
      <w:r>
        <w:t xml:space="preserve">MS8-Q125 — Answer D: 30.20%</w:t>
      </w:r>
    </w:p>
    <w:p>
      <w:pPr>
        <w:pStyle w:val="FirstParagraph"/>
      </w:pPr>
      <w:r>
        <w:t xml:space="preserve">Final pot before rake=125+2×90=$305; threshold=90/(305−7)=30.20%. Deduct modeled rake only from winning outcomes as defined.</w:t>
      </w:r>
    </w:p>
    <w:p>
      <w:pPr>
        <w:pStyle w:val="BodyText"/>
      </w:pPr>
      <w:r>
        <w:rPr>
          <w:b/>
          <w:bCs/>
        </w:rPr>
        <w:t xml:space="preserve">A:</w:t>
      </w:r>
      <w:r>
        <w:t xml:space="preserve"> </w:t>
      </w:r>
      <w:r>
        <w:t xml:space="preserve">Incorrect (16.20%). Subtract the stated rake from the winning showdown pot. The verified answer is 30.20%. Deduct modeled rake only from winning outcomes as defined.</w:t>
      </w:r>
      <w:r>
        <w:br/>
      </w:r>
      <w:r>
        <w:rPr>
          <w:b/>
          <w:bCs/>
        </w:rPr>
        <w:t xml:space="preserve">B:</w:t>
      </w:r>
      <w:r>
        <w:t xml:space="preserve"> </w:t>
      </w:r>
      <w:r>
        <w:t xml:space="preserve">Incorrect (23.20%). Subtract the stated rake from the winning showdown pot. The verified answer is 30.20%. Deduct modeled rake only from winning outcomes as defined.</w:t>
      </w:r>
      <w:r>
        <w:br/>
      </w:r>
      <w:r>
        <w:rPr>
          <w:b/>
          <w:bCs/>
        </w:rPr>
        <w:t xml:space="preserve">C:</w:t>
      </w:r>
      <w:r>
        <w:t xml:space="preserve"> </w:t>
      </w:r>
      <w:r>
        <w:t xml:space="preserve">Incorrect (35.70%). Subtract the stated rake from the winning showdown pot. The verified answer is 30.20%. Deduct modeled rake only from winning outcomes as defined.</w:t>
      </w:r>
      <w:r>
        <w:br/>
      </w:r>
      <w:r>
        <w:rPr>
          <w:b/>
          <w:bCs/>
        </w:rPr>
        <w:t xml:space="preserve">D:</w:t>
      </w:r>
      <w:r>
        <w:t xml:space="preserve"> </w:t>
      </w:r>
      <w:r>
        <w:t xml:space="preserve">Correct. Deduct modeled rake only from winning outcomes as defined.</w:t>
      </w:r>
    </w:p>
    <w:bookmarkEnd w:id="179"/>
    <w:bookmarkStart w:id="180" w:name="ms8-q126-answer-c-16.04"/>
    <w:p>
      <w:pPr>
        <w:pStyle w:val="Heading3"/>
      </w:pPr>
      <w:r>
        <w:t xml:space="preserve">MS8-Q126 — Answer C: 16.04%</w:t>
      </w:r>
    </w:p>
    <w:p>
      <w:pPr>
        <w:pStyle w:val="FirstParagraph"/>
      </w:pPr>
      <w:r>
        <w:t xml:space="preserve">Final pot before rake=135+2×30=$195; threshold=30/(195−8)=16.04%. Deduct modeled rake only from winning outcomes as defined.</w:t>
      </w:r>
    </w:p>
    <w:p>
      <w:pPr>
        <w:pStyle w:val="BodyText"/>
      </w:pPr>
      <w:r>
        <w:rPr>
          <w:b/>
          <w:bCs/>
        </w:rPr>
        <w:t xml:space="preserve">A:</w:t>
      </w:r>
      <w:r>
        <w:t xml:space="preserve"> </w:t>
      </w:r>
      <w:r>
        <w:t xml:space="preserve">Incorrect (2.04%). Subtract the stated rake from the winning showdown pot. The verified answer is 16.04%. Deduct modeled rake only from winning outcomes as defined.</w:t>
      </w:r>
      <w:r>
        <w:br/>
      </w:r>
      <w:r>
        <w:rPr>
          <w:b/>
          <w:bCs/>
        </w:rPr>
        <w:t xml:space="preserve">B:</w:t>
      </w:r>
      <w:r>
        <w:t xml:space="preserve"> </w:t>
      </w:r>
      <w:r>
        <w:t xml:space="preserve">Incorrect (9.04%). Subtract the stated rake from the winning showdown pot. The verified answer is 16.04%. Deduct modeled rake only from winning outcomes as defined.</w:t>
      </w:r>
      <w:r>
        <w:br/>
      </w:r>
      <w:r>
        <w:rPr>
          <w:b/>
          <w:bCs/>
        </w:rPr>
        <w:t xml:space="preserve">C:</w:t>
      </w:r>
      <w:r>
        <w:t xml:space="preserve"> </w:t>
      </w:r>
      <w:r>
        <w:t xml:space="preserve">Correct. Deduct modeled rake only from winning outcomes as defined.</w:t>
      </w:r>
      <w:r>
        <w:br/>
      </w:r>
      <w:r>
        <w:rPr>
          <w:b/>
          <w:bCs/>
        </w:rPr>
        <w:t xml:space="preserve">D:</w:t>
      </w:r>
      <w:r>
        <w:t xml:space="preserve"> </w:t>
      </w:r>
      <w:r>
        <w:t xml:space="preserve">Incorrect (21.54%). Subtract the stated rake from the winning showdown pot. The verified answer is 16.04%. Deduct modeled rake only from winning outcomes as defined.</w:t>
      </w:r>
    </w:p>
    <w:bookmarkEnd w:id="180"/>
    <w:bookmarkStart w:id="181" w:name="ms8-q127-answer-b-19.40"/>
    <w:p>
      <w:pPr>
        <w:pStyle w:val="Heading3"/>
      </w:pPr>
      <w:r>
        <w:t xml:space="preserve">MS8-Q127 — Answer B: 19.40%</w:t>
      </w:r>
    </w:p>
    <w:p>
      <w:pPr>
        <w:pStyle w:val="FirstParagraph"/>
      </w:pPr>
      <w:r>
        <w:t xml:space="preserve">Final pot before rake=145+2×45=$235; threshold=45/(235−3)=19.40%. Deduct modeled rake only from winning outcomes as defined.</w:t>
      </w:r>
    </w:p>
    <w:p>
      <w:pPr>
        <w:pStyle w:val="BodyText"/>
      </w:pPr>
      <w:r>
        <w:rPr>
          <w:b/>
          <w:bCs/>
        </w:rPr>
        <w:t xml:space="preserve">A:</w:t>
      </w:r>
      <w:r>
        <w:t xml:space="preserve"> </w:t>
      </w:r>
      <w:r>
        <w:t xml:space="preserve">Incorrect (5.40%). Subtract the stated rake from the winning showdown pot. The verified answer is 19.40%. Deduct modeled rake only from winning outcomes as defined.</w:t>
      </w:r>
      <w:r>
        <w:br/>
      </w:r>
      <w:r>
        <w:rPr>
          <w:b/>
          <w:bCs/>
        </w:rPr>
        <w:t xml:space="preserve">B:</w:t>
      </w:r>
      <w:r>
        <w:t xml:space="preserve"> </w:t>
      </w:r>
      <w:r>
        <w:t xml:space="preserve">Correct. Deduct modeled rake only from winning outcomes as defined.</w:t>
      </w:r>
      <w:r>
        <w:br/>
      </w:r>
      <w:r>
        <w:rPr>
          <w:b/>
          <w:bCs/>
        </w:rPr>
        <w:t xml:space="preserve">C:</w:t>
      </w:r>
      <w:r>
        <w:t xml:space="preserve"> </w:t>
      </w:r>
      <w:r>
        <w:t xml:space="preserve">Incorrect (12.40%). Subtract the stated rake from the winning showdown pot. The verified answer is 19.40%. Deduct modeled rake only from winning outcomes as defined.</w:t>
      </w:r>
      <w:r>
        <w:br/>
      </w:r>
      <w:r>
        <w:rPr>
          <w:b/>
          <w:bCs/>
        </w:rPr>
        <w:t xml:space="preserve">D:</w:t>
      </w:r>
      <w:r>
        <w:t xml:space="preserve"> </w:t>
      </w:r>
      <w:r>
        <w:t xml:space="preserve">Incorrect (24.90%). Subtract the stated rake from the winning showdown pot. The verified answer is 19.40%. Deduct modeled rake only from winning outcomes as defined.</w:t>
      </w:r>
    </w:p>
    <w:bookmarkEnd w:id="181"/>
    <w:bookmarkStart w:id="182" w:name="ms8-q128-answer-a-22.14"/>
    <w:p>
      <w:pPr>
        <w:pStyle w:val="Heading3"/>
      </w:pPr>
      <w:r>
        <w:t xml:space="preserve">MS8-Q128 — Answer A: 22.14%</w:t>
      </w:r>
    </w:p>
    <w:p>
      <w:pPr>
        <w:pStyle w:val="FirstParagraph"/>
      </w:pPr>
      <w:r>
        <w:t xml:space="preserve">Final pot before rake=155+2×60=$275; threshold=60/(275−4)=22.14%. Deduct modeled rake only from winning outcomes as defined.</w:t>
      </w:r>
    </w:p>
    <w:p>
      <w:pPr>
        <w:pStyle w:val="BodyText"/>
      </w:pPr>
      <w:r>
        <w:rPr>
          <w:b/>
          <w:bCs/>
        </w:rPr>
        <w:t xml:space="preserve">A:</w:t>
      </w:r>
      <w:r>
        <w:t xml:space="preserve"> </w:t>
      </w:r>
      <w:r>
        <w:t xml:space="preserve">Correct. Deduct modeled rake only from winning outcomes as defined.</w:t>
      </w:r>
      <w:r>
        <w:br/>
      </w:r>
      <w:r>
        <w:rPr>
          <w:b/>
          <w:bCs/>
        </w:rPr>
        <w:t xml:space="preserve">B:</w:t>
      </w:r>
      <w:r>
        <w:t xml:space="preserve"> </w:t>
      </w:r>
      <w:r>
        <w:t xml:space="preserve">Incorrect (8.14%). Subtract the stated rake from the winning showdown pot. The verified answer is 22.14%. Deduct modeled rake only from winning outcomes as defined.</w:t>
      </w:r>
      <w:r>
        <w:br/>
      </w:r>
      <w:r>
        <w:rPr>
          <w:b/>
          <w:bCs/>
        </w:rPr>
        <w:t xml:space="preserve">C:</w:t>
      </w:r>
      <w:r>
        <w:t xml:space="preserve"> </w:t>
      </w:r>
      <w:r>
        <w:t xml:space="preserve">Incorrect (15.14%). Subtract the stated rake from the winning showdown pot. The verified answer is 22.14%. Deduct modeled rake only from winning outcomes as defined.</w:t>
      </w:r>
      <w:r>
        <w:br/>
      </w:r>
      <w:r>
        <w:rPr>
          <w:b/>
          <w:bCs/>
        </w:rPr>
        <w:t xml:space="preserve">D:</w:t>
      </w:r>
      <w:r>
        <w:t xml:space="preserve"> </w:t>
      </w:r>
      <w:r>
        <w:t xml:space="preserve">Incorrect (27.64%). Subtract the stated rake from the winning showdown pot. The verified answer is 22.14%. Deduct modeled rake only from winning outcomes as defined.</w:t>
      </w:r>
    </w:p>
    <w:bookmarkEnd w:id="182"/>
    <w:bookmarkStart w:id="183" w:name="ms8-q129-answer-d-24.19"/>
    <w:p>
      <w:pPr>
        <w:pStyle w:val="Heading3"/>
      </w:pPr>
      <w:r>
        <w:t xml:space="preserve">MS8-Q129 — Answer D: 24.19%</w:t>
      </w:r>
    </w:p>
    <w:p>
      <w:pPr>
        <w:pStyle w:val="FirstParagraph"/>
      </w:pPr>
      <w:r>
        <w:t xml:space="preserve">Final pot before rake=165+2×75=$315; threshold=75/(315−5)=24.19%. Deduct modeled rake only from winning outcomes as defined.</w:t>
      </w:r>
    </w:p>
    <w:p>
      <w:pPr>
        <w:pStyle w:val="BodyText"/>
      </w:pPr>
      <w:r>
        <w:rPr>
          <w:b/>
          <w:bCs/>
        </w:rPr>
        <w:t xml:space="preserve">A:</w:t>
      </w:r>
      <w:r>
        <w:t xml:space="preserve"> </w:t>
      </w:r>
      <w:r>
        <w:t xml:space="preserve">Incorrect (10.19%). Subtract the stated rake from the winning showdown pot. The verified answer is 24.19%. Deduct modeled rake only from winning outcomes as defined.</w:t>
      </w:r>
      <w:r>
        <w:br/>
      </w:r>
      <w:r>
        <w:rPr>
          <w:b/>
          <w:bCs/>
        </w:rPr>
        <w:t xml:space="preserve">B:</w:t>
      </w:r>
      <w:r>
        <w:t xml:space="preserve"> </w:t>
      </w:r>
      <w:r>
        <w:t xml:space="preserve">Incorrect (17.19%). Subtract the stated rake from the winning showdown pot. The verified answer is 24.19%. Deduct modeled rake only from winning outcomes as defined.</w:t>
      </w:r>
      <w:r>
        <w:br/>
      </w:r>
      <w:r>
        <w:rPr>
          <w:b/>
          <w:bCs/>
        </w:rPr>
        <w:t xml:space="preserve">C:</w:t>
      </w:r>
      <w:r>
        <w:t xml:space="preserve"> </w:t>
      </w:r>
      <w:r>
        <w:t xml:space="preserve">Incorrect (29.69%). Subtract the stated rake from the winning showdown pot. The verified answer is 24.19%. Deduct modeled rake only from winning outcomes as defined.</w:t>
      </w:r>
      <w:r>
        <w:br/>
      </w:r>
      <w:r>
        <w:rPr>
          <w:b/>
          <w:bCs/>
        </w:rPr>
        <w:t xml:space="preserve">D:</w:t>
      </w:r>
      <w:r>
        <w:t xml:space="preserve"> </w:t>
      </w:r>
      <w:r>
        <w:t xml:space="preserve">Correct. Deduct modeled rake only from winning outcomes as defined.</w:t>
      </w:r>
    </w:p>
    <w:bookmarkEnd w:id="183"/>
    <w:bookmarkStart w:id="184" w:name="ms8-q130-answer-c-25.79"/>
    <w:p>
      <w:pPr>
        <w:pStyle w:val="Heading3"/>
      </w:pPr>
      <w:r>
        <w:t xml:space="preserve">MS8-Q130 — Answer C: 25.79%</w:t>
      </w:r>
    </w:p>
    <w:p>
      <w:pPr>
        <w:pStyle w:val="FirstParagraph"/>
      </w:pPr>
      <w:r>
        <w:t xml:space="preserve">Final pot before rake=175+2×90=$355; threshold=90/(355−6)=25.79%. Deduct modeled rake only from winning outcomes as defined.</w:t>
      </w:r>
    </w:p>
    <w:p>
      <w:pPr>
        <w:pStyle w:val="BodyText"/>
      </w:pPr>
      <w:r>
        <w:rPr>
          <w:b/>
          <w:bCs/>
        </w:rPr>
        <w:t xml:space="preserve">A:</w:t>
      </w:r>
      <w:r>
        <w:t xml:space="preserve"> </w:t>
      </w:r>
      <w:r>
        <w:t xml:space="preserve">Incorrect (11.79%). Subtract the stated rake from the winning showdown pot. The verified answer is 25.79%. Deduct modeled rake only from winning outcomes as defined.</w:t>
      </w:r>
      <w:r>
        <w:br/>
      </w:r>
      <w:r>
        <w:rPr>
          <w:b/>
          <w:bCs/>
        </w:rPr>
        <w:t xml:space="preserve">B:</w:t>
      </w:r>
      <w:r>
        <w:t xml:space="preserve"> </w:t>
      </w:r>
      <w:r>
        <w:t xml:space="preserve">Incorrect (18.79%). Subtract the stated rake from the winning showdown pot. The verified answer is 25.79%. Deduct modeled rake only from winning outcomes as defined.</w:t>
      </w:r>
      <w:r>
        <w:br/>
      </w:r>
      <w:r>
        <w:rPr>
          <w:b/>
          <w:bCs/>
        </w:rPr>
        <w:t xml:space="preserve">C:</w:t>
      </w:r>
      <w:r>
        <w:t xml:space="preserve"> </w:t>
      </w:r>
      <w:r>
        <w:t xml:space="preserve">Correct. Deduct modeled rake only from winning outcomes as defined.</w:t>
      </w:r>
      <w:r>
        <w:br/>
      </w:r>
      <w:r>
        <w:rPr>
          <w:b/>
          <w:bCs/>
        </w:rPr>
        <w:t xml:space="preserve">D:</w:t>
      </w:r>
      <w:r>
        <w:t xml:space="preserve"> </w:t>
      </w:r>
      <w:r>
        <w:t xml:space="preserve">Incorrect (31.29%). Subtract the stated rake from the winning showdown pot. The verified answer is 25.79%. Deduct modeled rake only from winning outcomes as defined.</w:t>
      </w:r>
    </w:p>
    <w:bookmarkEnd w:id="184"/>
    <w:bookmarkStart w:id="185" w:name="ms8-q131-answer-b-12.61"/>
    <w:p>
      <w:pPr>
        <w:pStyle w:val="Heading3"/>
      </w:pPr>
      <w:r>
        <w:t xml:space="preserve">MS8-Q131 — Answer B: 12.61%</w:t>
      </w:r>
    </w:p>
    <w:p>
      <w:pPr>
        <w:pStyle w:val="FirstParagraph"/>
      </w:pPr>
      <w:r>
        <w:t xml:space="preserve">Final pot before rake=185+2×30=$245; threshold=30/(245−7)=12.61%. Deduct modeled rake only from winning outcomes as defined.</w:t>
      </w:r>
    </w:p>
    <w:p>
      <w:pPr>
        <w:pStyle w:val="BodyText"/>
      </w:pPr>
      <w:r>
        <w:rPr>
          <w:b/>
          <w:bCs/>
        </w:rPr>
        <w:t xml:space="preserve">A:</w:t>
      </w:r>
      <w:r>
        <w:t xml:space="preserve"> </w:t>
      </w:r>
      <w:r>
        <w:t xml:space="preserve">Incorrect (0.10%). Subtract the stated rake from the winning showdown pot. The verified answer is 12.61%. Deduct modeled rake only from winning outcomes as defined.</w:t>
      </w:r>
      <w:r>
        <w:br/>
      </w:r>
      <w:r>
        <w:rPr>
          <w:b/>
          <w:bCs/>
        </w:rPr>
        <w:t xml:space="preserve">B:</w:t>
      </w:r>
      <w:r>
        <w:t xml:space="preserve"> </w:t>
      </w:r>
      <w:r>
        <w:t xml:space="preserve">Correct. Deduct modeled rake only from winning outcomes as defined.</w:t>
      </w:r>
      <w:r>
        <w:br/>
      </w:r>
      <w:r>
        <w:rPr>
          <w:b/>
          <w:bCs/>
        </w:rPr>
        <w:t xml:space="preserve">C:</w:t>
      </w:r>
      <w:r>
        <w:t xml:space="preserve"> </w:t>
      </w:r>
      <w:r>
        <w:t xml:space="preserve">Incorrect (5.61%). Subtract the stated rake from the winning showdown pot. The verified answer is 12.61%. Deduct modeled rake only from winning outcomes as defined.</w:t>
      </w:r>
      <w:r>
        <w:br/>
      </w:r>
      <w:r>
        <w:rPr>
          <w:b/>
          <w:bCs/>
        </w:rPr>
        <w:t xml:space="preserve">D:</w:t>
      </w:r>
      <w:r>
        <w:t xml:space="preserve"> </w:t>
      </w:r>
      <w:r>
        <w:t xml:space="preserve">Incorrect (18.11%). Subtract the stated rake from the winning showdown pot. The verified answer is 12.61%. Deduct modeled rake only from winning outcomes as defined.</w:t>
      </w:r>
    </w:p>
    <w:bookmarkEnd w:id="185"/>
    <w:bookmarkStart w:id="186" w:name="ms8-q132-answer-a-26.95"/>
    <w:p>
      <w:pPr>
        <w:pStyle w:val="Heading3"/>
      </w:pPr>
      <w:r>
        <w:t xml:space="preserve">MS8-Q132 — Answer A: 26.95%</w:t>
      </w:r>
    </w:p>
    <w:p>
      <w:pPr>
        <w:pStyle w:val="FirstParagraph"/>
      </w:pPr>
      <w:r>
        <w:t xml:space="preserve">Final pot before rake=85+2×45=$175; threshold=45/(175−8)=26.95%. Deduct modeled rake only from winning outcomes as defined.</w:t>
      </w:r>
    </w:p>
    <w:p>
      <w:pPr>
        <w:pStyle w:val="BodyText"/>
      </w:pPr>
      <w:r>
        <w:rPr>
          <w:b/>
          <w:bCs/>
        </w:rPr>
        <w:t xml:space="preserve">A:</w:t>
      </w:r>
      <w:r>
        <w:t xml:space="preserve"> </w:t>
      </w:r>
      <w:r>
        <w:t xml:space="preserve">Correct. Deduct modeled rake only from winning outcomes as defined.</w:t>
      </w:r>
      <w:r>
        <w:br/>
      </w:r>
      <w:r>
        <w:rPr>
          <w:b/>
          <w:bCs/>
        </w:rPr>
        <w:t xml:space="preserve">B:</w:t>
      </w:r>
      <w:r>
        <w:t xml:space="preserve"> </w:t>
      </w:r>
      <w:r>
        <w:t xml:space="preserve">Incorrect (12.95%). Subtract the stated rake from the winning showdown pot. The verified answer is 26.95%. Deduct modeled rake only from winning outcomes as defined.</w:t>
      </w:r>
      <w:r>
        <w:br/>
      </w:r>
      <w:r>
        <w:rPr>
          <w:b/>
          <w:bCs/>
        </w:rPr>
        <w:t xml:space="preserve">C:</w:t>
      </w:r>
      <w:r>
        <w:t xml:space="preserve"> </w:t>
      </w:r>
      <w:r>
        <w:t xml:space="preserve">Incorrect (19.95%). Subtract the stated rake from the winning showdown pot. The verified answer is 26.95%. Deduct modeled rake only from winning outcomes as defined.</w:t>
      </w:r>
      <w:r>
        <w:br/>
      </w:r>
      <w:r>
        <w:rPr>
          <w:b/>
          <w:bCs/>
        </w:rPr>
        <w:t xml:space="preserve">D:</w:t>
      </w:r>
      <w:r>
        <w:t xml:space="preserve"> </w:t>
      </w:r>
      <w:r>
        <w:t xml:space="preserve">Incorrect (32.45%). Subtract the stated rake from the winning showdown pot. The verified answer is 26.95%. Deduct modeled rake only from winning outcomes as defined.</w:t>
      </w:r>
    </w:p>
    <w:bookmarkEnd w:id="186"/>
    <w:bookmarkStart w:id="187" w:name="ms8-q133-answer-d-28.30"/>
    <w:p>
      <w:pPr>
        <w:pStyle w:val="Heading3"/>
      </w:pPr>
      <w:r>
        <w:t xml:space="preserve">MS8-Q133 — Answer D: 28.30%</w:t>
      </w:r>
    </w:p>
    <w:p>
      <w:pPr>
        <w:pStyle w:val="FirstParagraph"/>
      </w:pPr>
      <w:r>
        <w:t xml:space="preserve">Final pot before rake=95+2×60=$215; threshold=60/(215−3)=28.30%. Deduct modeled rake only from winning outcomes as defined.</w:t>
      </w:r>
    </w:p>
    <w:p>
      <w:pPr>
        <w:pStyle w:val="BodyText"/>
      </w:pPr>
      <w:r>
        <w:rPr>
          <w:b/>
          <w:bCs/>
        </w:rPr>
        <w:t xml:space="preserve">A:</w:t>
      </w:r>
      <w:r>
        <w:t xml:space="preserve"> </w:t>
      </w:r>
      <w:r>
        <w:t xml:space="preserve">Incorrect (14.30%). Subtract the stated rake from the winning showdown pot. The verified answer is 28.30%. Deduct modeled rake only from winning outcomes as defined.</w:t>
      </w:r>
      <w:r>
        <w:br/>
      </w:r>
      <w:r>
        <w:rPr>
          <w:b/>
          <w:bCs/>
        </w:rPr>
        <w:t xml:space="preserve">B:</w:t>
      </w:r>
      <w:r>
        <w:t xml:space="preserve"> </w:t>
      </w:r>
      <w:r>
        <w:t xml:space="preserve">Incorrect (21.30%). Subtract the stated rake from the winning showdown pot. The verified answer is 28.30%. Deduct modeled rake only from winning outcomes as defined.</w:t>
      </w:r>
      <w:r>
        <w:br/>
      </w:r>
      <w:r>
        <w:rPr>
          <w:b/>
          <w:bCs/>
        </w:rPr>
        <w:t xml:space="preserve">C:</w:t>
      </w:r>
      <w:r>
        <w:t xml:space="preserve"> </w:t>
      </w:r>
      <w:r>
        <w:t xml:space="preserve">Incorrect (33.80%). Subtract the stated rake from the winning showdown pot. The verified answer is 28.30%. Deduct modeled rake only from winning outcomes as defined.</w:t>
      </w:r>
      <w:r>
        <w:br/>
      </w:r>
      <w:r>
        <w:rPr>
          <w:b/>
          <w:bCs/>
        </w:rPr>
        <w:t xml:space="preserve">D:</w:t>
      </w:r>
      <w:r>
        <w:t xml:space="preserve"> </w:t>
      </w:r>
      <w:r>
        <w:t xml:space="preserve">Correct. Deduct modeled rake only from winning outcomes as defined.</w:t>
      </w:r>
    </w:p>
    <w:bookmarkEnd w:id="187"/>
    <w:bookmarkStart w:id="188" w:name="ms8-q134-answer-c-29.88"/>
    <w:p>
      <w:pPr>
        <w:pStyle w:val="Heading3"/>
      </w:pPr>
      <w:r>
        <w:t xml:space="preserve">MS8-Q134 — Answer C: 29.88%</w:t>
      </w:r>
    </w:p>
    <w:p>
      <w:pPr>
        <w:pStyle w:val="FirstParagraph"/>
      </w:pPr>
      <w:r>
        <w:t xml:space="preserve">Final pot before rake=105+2×75=$255; threshold=75/(255−4)=29.88%. Deduct modeled rake only from winning outcomes as defined.</w:t>
      </w:r>
    </w:p>
    <w:p>
      <w:pPr>
        <w:pStyle w:val="BodyText"/>
      </w:pPr>
      <w:r>
        <w:rPr>
          <w:b/>
          <w:bCs/>
        </w:rPr>
        <w:t xml:space="preserve">A:</w:t>
      </w:r>
      <w:r>
        <w:t xml:space="preserve"> </w:t>
      </w:r>
      <w:r>
        <w:t xml:space="preserve">Incorrect (15.88%). Subtract the stated rake from the winning showdown pot. The verified answer is 29.88%. Deduct modeled rake only from winning outcomes as defined.</w:t>
      </w:r>
      <w:r>
        <w:br/>
      </w:r>
      <w:r>
        <w:rPr>
          <w:b/>
          <w:bCs/>
        </w:rPr>
        <w:t xml:space="preserve">B:</w:t>
      </w:r>
      <w:r>
        <w:t xml:space="preserve"> </w:t>
      </w:r>
      <w:r>
        <w:t xml:space="preserve">Incorrect (22.88%). Subtract the stated rake from the winning showdown pot. The verified answer is 29.88%. Deduct modeled rake only from winning outcomes as defined.</w:t>
      </w:r>
      <w:r>
        <w:br/>
      </w:r>
      <w:r>
        <w:rPr>
          <w:b/>
          <w:bCs/>
        </w:rPr>
        <w:t xml:space="preserve">C:</w:t>
      </w:r>
      <w:r>
        <w:t xml:space="preserve"> </w:t>
      </w:r>
      <w:r>
        <w:t xml:space="preserve">Correct. Deduct modeled rake only from winning outcomes as defined.</w:t>
      </w:r>
      <w:r>
        <w:br/>
      </w:r>
      <w:r>
        <w:rPr>
          <w:b/>
          <w:bCs/>
        </w:rPr>
        <w:t xml:space="preserve">D:</w:t>
      </w:r>
      <w:r>
        <w:t xml:space="preserve"> </w:t>
      </w:r>
      <w:r>
        <w:t xml:space="preserve">Incorrect (35.38%). Subtract the stated rake from the winning showdown pot. The verified answer is 29.88%. Deduct modeled rake only from winning outcomes as defined.</w:t>
      </w:r>
    </w:p>
    <w:bookmarkEnd w:id="188"/>
    <w:bookmarkStart w:id="189" w:name="ms8-q135-answer-b-31.03"/>
    <w:p>
      <w:pPr>
        <w:pStyle w:val="Heading3"/>
      </w:pPr>
      <w:r>
        <w:t xml:space="preserve">MS8-Q135 — Answer B: 31.03%</w:t>
      </w:r>
    </w:p>
    <w:p>
      <w:pPr>
        <w:pStyle w:val="FirstParagraph"/>
      </w:pPr>
      <w:r>
        <w:t xml:space="preserve">Final pot before rake=115+2×90=$295; threshold=90/(295−5)=31.03%. Deduct modeled rake only from winning outcomes as defined.</w:t>
      </w:r>
    </w:p>
    <w:p>
      <w:pPr>
        <w:pStyle w:val="BodyText"/>
      </w:pPr>
      <w:r>
        <w:rPr>
          <w:b/>
          <w:bCs/>
        </w:rPr>
        <w:t xml:space="preserve">A:</w:t>
      </w:r>
      <w:r>
        <w:t xml:space="preserve"> </w:t>
      </w:r>
      <w:r>
        <w:t xml:space="preserve">Incorrect (17.03%). Subtract the stated rake from the winning showdown pot. The verified answer is 31.03%. Deduct modeled rake only from winning outcomes as defined.</w:t>
      </w:r>
      <w:r>
        <w:br/>
      </w:r>
      <w:r>
        <w:rPr>
          <w:b/>
          <w:bCs/>
        </w:rPr>
        <w:t xml:space="preserve">B:</w:t>
      </w:r>
      <w:r>
        <w:t xml:space="preserve"> </w:t>
      </w:r>
      <w:r>
        <w:t xml:space="preserve">Correct. Deduct modeled rake only from winning outcomes as defined.</w:t>
      </w:r>
      <w:r>
        <w:br/>
      </w:r>
      <w:r>
        <w:rPr>
          <w:b/>
          <w:bCs/>
        </w:rPr>
        <w:t xml:space="preserve">C:</w:t>
      </w:r>
      <w:r>
        <w:t xml:space="preserve"> </w:t>
      </w:r>
      <w:r>
        <w:t xml:space="preserve">Incorrect (24.03%). Subtract the stated rake from the winning showdown pot. The verified answer is 31.03%. Deduct modeled rake only from winning outcomes as defined.</w:t>
      </w:r>
      <w:r>
        <w:br/>
      </w:r>
      <w:r>
        <w:rPr>
          <w:b/>
          <w:bCs/>
        </w:rPr>
        <w:t xml:space="preserve">D:</w:t>
      </w:r>
      <w:r>
        <w:t xml:space="preserve"> </w:t>
      </w:r>
      <w:r>
        <w:t xml:space="preserve">Incorrect (36.53%). Subtract the stated rake from the winning showdown pot. The verified answer is 31.03%. Deduct modeled rake only from winning outcomes as defined.</w:t>
      </w:r>
    </w:p>
    <w:bookmarkEnd w:id="189"/>
    <w:bookmarkStart w:id="190" w:name="ms8-q136-answer-a-16.76"/>
    <w:p>
      <w:pPr>
        <w:pStyle w:val="Heading3"/>
      </w:pPr>
      <w:r>
        <w:t xml:space="preserve">MS8-Q136 — Answer A: 16.76%</w:t>
      </w:r>
    </w:p>
    <w:p>
      <w:pPr>
        <w:pStyle w:val="FirstParagraph"/>
      </w:pPr>
      <w:r>
        <w:t xml:space="preserve">Final pot before rake=125+2×30=$185; threshold=30/(185−6)=16.76%. Deduct modeled rake only from winning outcomes as defined.</w:t>
      </w:r>
    </w:p>
    <w:p>
      <w:pPr>
        <w:pStyle w:val="BodyText"/>
      </w:pPr>
      <w:r>
        <w:rPr>
          <w:b/>
          <w:bCs/>
        </w:rPr>
        <w:t xml:space="preserve">A:</w:t>
      </w:r>
      <w:r>
        <w:t xml:space="preserve"> </w:t>
      </w:r>
      <w:r>
        <w:t xml:space="preserve">Correct. Deduct modeled rake only from winning outcomes as defined.</w:t>
      </w:r>
      <w:r>
        <w:br/>
      </w:r>
      <w:r>
        <w:rPr>
          <w:b/>
          <w:bCs/>
        </w:rPr>
        <w:t xml:space="preserve">B:</w:t>
      </w:r>
      <w:r>
        <w:t xml:space="preserve"> </w:t>
      </w:r>
      <w:r>
        <w:t xml:space="preserve">Incorrect (2.76%). Subtract the stated rake from the winning showdown pot. The verified answer is 16.76%. Deduct modeled rake only from winning outcomes as defined.</w:t>
      </w:r>
      <w:r>
        <w:br/>
      </w:r>
      <w:r>
        <w:rPr>
          <w:b/>
          <w:bCs/>
        </w:rPr>
        <w:t xml:space="preserve">C:</w:t>
      </w:r>
      <w:r>
        <w:t xml:space="preserve"> </w:t>
      </w:r>
      <w:r>
        <w:t xml:space="preserve">Incorrect (9.76%). Subtract the stated rake from the winning showdown pot. The verified answer is 16.76%. Deduct modeled rake only from winning outcomes as defined.</w:t>
      </w:r>
      <w:r>
        <w:br/>
      </w:r>
      <w:r>
        <w:rPr>
          <w:b/>
          <w:bCs/>
        </w:rPr>
        <w:t xml:space="preserve">D:</w:t>
      </w:r>
      <w:r>
        <w:t xml:space="preserve"> </w:t>
      </w:r>
      <w:r>
        <w:t xml:space="preserve">Incorrect (22.26%). Subtract the stated rake from the winning showdown pot. The verified answer is 16.76%. Deduct modeled rake only from winning outcomes as defined.</w:t>
      </w:r>
    </w:p>
    <w:bookmarkEnd w:id="190"/>
    <w:bookmarkStart w:id="191" w:name="ms8-q137-answer-d-20.64"/>
    <w:p>
      <w:pPr>
        <w:pStyle w:val="Heading3"/>
      </w:pPr>
      <w:r>
        <w:t xml:space="preserve">MS8-Q137 — Answer D: 20.64%</w:t>
      </w:r>
    </w:p>
    <w:p>
      <w:pPr>
        <w:pStyle w:val="FirstParagraph"/>
      </w:pPr>
      <w:r>
        <w:t xml:space="preserve">Final pot before rake=135+2×45=$225; threshold=45/(225−7)=20.64%. Deduct modeled rake only from winning outcomes as defined.</w:t>
      </w:r>
    </w:p>
    <w:p>
      <w:pPr>
        <w:pStyle w:val="BodyText"/>
      </w:pPr>
      <w:r>
        <w:rPr>
          <w:b/>
          <w:bCs/>
        </w:rPr>
        <w:t xml:space="preserve">A:</w:t>
      </w:r>
      <w:r>
        <w:t xml:space="preserve"> </w:t>
      </w:r>
      <w:r>
        <w:t xml:space="preserve">Incorrect (6.64%). Subtract the stated rake from the winning showdown pot. The verified answer is 20.64%. Deduct modeled rake only from winning outcomes as defined.</w:t>
      </w:r>
      <w:r>
        <w:br/>
      </w:r>
      <w:r>
        <w:rPr>
          <w:b/>
          <w:bCs/>
        </w:rPr>
        <w:t xml:space="preserve">B:</w:t>
      </w:r>
      <w:r>
        <w:t xml:space="preserve"> </w:t>
      </w:r>
      <w:r>
        <w:t xml:space="preserve">Incorrect (13.64%). Subtract the stated rake from the winning showdown pot. The verified answer is 20.64%. Deduct modeled rake only from winning outcomes as defined.</w:t>
      </w:r>
      <w:r>
        <w:br/>
      </w:r>
      <w:r>
        <w:rPr>
          <w:b/>
          <w:bCs/>
        </w:rPr>
        <w:t xml:space="preserve">C:</w:t>
      </w:r>
      <w:r>
        <w:t xml:space="preserve"> </w:t>
      </w:r>
      <w:r>
        <w:t xml:space="preserve">Incorrect (26.14%). Subtract the stated rake from the winning showdown pot. The verified answer is 20.64%. Deduct modeled rake only from winning outcomes as defined.</w:t>
      </w:r>
      <w:r>
        <w:br/>
      </w:r>
      <w:r>
        <w:rPr>
          <w:b/>
          <w:bCs/>
        </w:rPr>
        <w:t xml:space="preserve">D:</w:t>
      </w:r>
      <w:r>
        <w:t xml:space="preserve"> </w:t>
      </w:r>
      <w:r>
        <w:t xml:space="preserve">Correct. Deduct modeled rake only from winning outcomes as defined.</w:t>
      </w:r>
    </w:p>
    <w:bookmarkEnd w:id="191"/>
    <w:bookmarkStart w:id="192" w:name="ms8-q138-answer-c-23.35"/>
    <w:p>
      <w:pPr>
        <w:pStyle w:val="Heading3"/>
      </w:pPr>
      <w:r>
        <w:t xml:space="preserve">MS8-Q138 — Answer C: 23.35%</w:t>
      </w:r>
    </w:p>
    <w:p>
      <w:pPr>
        <w:pStyle w:val="FirstParagraph"/>
      </w:pPr>
      <w:r>
        <w:t xml:space="preserve">Final pot before rake=145+2×60=$265; threshold=60/(265−8)=23.35%. Deduct modeled rake only from winning outcomes as defined.</w:t>
      </w:r>
    </w:p>
    <w:p>
      <w:pPr>
        <w:pStyle w:val="BodyText"/>
      </w:pPr>
      <w:r>
        <w:rPr>
          <w:b/>
          <w:bCs/>
        </w:rPr>
        <w:t xml:space="preserve">A:</w:t>
      </w:r>
      <w:r>
        <w:t xml:space="preserve"> </w:t>
      </w:r>
      <w:r>
        <w:t xml:space="preserve">Incorrect (9.35%). Subtract the stated rake from the winning showdown pot. The verified answer is 23.35%. Deduct modeled rake only from winning outcomes as defined.</w:t>
      </w:r>
      <w:r>
        <w:br/>
      </w:r>
      <w:r>
        <w:rPr>
          <w:b/>
          <w:bCs/>
        </w:rPr>
        <w:t xml:space="preserve">B:</w:t>
      </w:r>
      <w:r>
        <w:t xml:space="preserve"> </w:t>
      </w:r>
      <w:r>
        <w:t xml:space="preserve">Incorrect (16.35%). Subtract the stated rake from the winning showdown pot. The verified answer is 23.35%. Deduct modeled rake only from winning outcomes as defined.</w:t>
      </w:r>
      <w:r>
        <w:br/>
      </w:r>
      <w:r>
        <w:rPr>
          <w:b/>
          <w:bCs/>
        </w:rPr>
        <w:t xml:space="preserve">C:</w:t>
      </w:r>
      <w:r>
        <w:t xml:space="preserve"> </w:t>
      </w:r>
      <w:r>
        <w:t xml:space="preserve">Correct. Deduct modeled rake only from winning outcomes as defined.</w:t>
      </w:r>
      <w:r>
        <w:br/>
      </w:r>
      <w:r>
        <w:rPr>
          <w:b/>
          <w:bCs/>
        </w:rPr>
        <w:t xml:space="preserve">D:</w:t>
      </w:r>
      <w:r>
        <w:t xml:space="preserve"> </w:t>
      </w:r>
      <w:r>
        <w:t xml:space="preserve">Incorrect (28.85%). Subtract the stated rake from the winning showdown pot. The verified answer is 23.35%. Deduct modeled rake only from winning outcomes as defined.</w:t>
      </w:r>
    </w:p>
    <w:bookmarkEnd w:id="192"/>
    <w:bookmarkStart w:id="193" w:name="ms8-q139-answer-b-24.83"/>
    <w:p>
      <w:pPr>
        <w:pStyle w:val="Heading3"/>
      </w:pPr>
      <w:r>
        <w:t xml:space="preserve">MS8-Q139 — Answer B: 24.83%</w:t>
      </w:r>
    </w:p>
    <w:p>
      <w:pPr>
        <w:pStyle w:val="FirstParagraph"/>
      </w:pPr>
      <w:r>
        <w:t xml:space="preserve">Final pot before rake=155+2×75=$305; threshold=75/(305−3)=24.83%. Deduct modeled rake only from winning outcomes as defined.</w:t>
      </w:r>
    </w:p>
    <w:p>
      <w:pPr>
        <w:pStyle w:val="BodyText"/>
      </w:pPr>
      <w:r>
        <w:rPr>
          <w:b/>
          <w:bCs/>
        </w:rPr>
        <w:t xml:space="preserve">A:</w:t>
      </w:r>
      <w:r>
        <w:t xml:space="preserve"> </w:t>
      </w:r>
      <w:r>
        <w:t xml:space="preserve">Incorrect (10.83%). Subtract the stated rake from the winning showdown pot. The verified answer is 24.83%. Deduct modeled rake only from winning outcomes as defined.</w:t>
      </w:r>
      <w:r>
        <w:br/>
      </w:r>
      <w:r>
        <w:rPr>
          <w:b/>
          <w:bCs/>
        </w:rPr>
        <w:t xml:space="preserve">B:</w:t>
      </w:r>
      <w:r>
        <w:t xml:space="preserve"> </w:t>
      </w:r>
      <w:r>
        <w:t xml:space="preserve">Correct. Deduct modeled rake only from winning outcomes as defined.</w:t>
      </w:r>
      <w:r>
        <w:br/>
      </w:r>
      <w:r>
        <w:rPr>
          <w:b/>
          <w:bCs/>
        </w:rPr>
        <w:t xml:space="preserve">C:</w:t>
      </w:r>
      <w:r>
        <w:t xml:space="preserve"> </w:t>
      </w:r>
      <w:r>
        <w:t xml:space="preserve">Incorrect (17.83%). Subtract the stated rake from the winning showdown pot. The verified answer is 24.83%. Deduct modeled rake only from winning outcomes as defined.</w:t>
      </w:r>
      <w:r>
        <w:br/>
      </w:r>
      <w:r>
        <w:rPr>
          <w:b/>
          <w:bCs/>
        </w:rPr>
        <w:t xml:space="preserve">D:</w:t>
      </w:r>
      <w:r>
        <w:t xml:space="preserve"> </w:t>
      </w:r>
      <w:r>
        <w:t xml:space="preserve">Incorrect (30.33%). Subtract the stated rake from the winning showdown pot. The verified answer is 24.83%. Deduct modeled rake only from winning outcomes as defined.</w:t>
      </w:r>
    </w:p>
    <w:bookmarkEnd w:id="193"/>
    <w:bookmarkStart w:id="194" w:name="ms8-q140-answer-a-26.39"/>
    <w:p>
      <w:pPr>
        <w:pStyle w:val="Heading3"/>
      </w:pPr>
      <w:r>
        <w:t xml:space="preserve">MS8-Q140 — Answer A: 26.39%</w:t>
      </w:r>
    </w:p>
    <w:p>
      <w:pPr>
        <w:pStyle w:val="FirstParagraph"/>
      </w:pPr>
      <w:r>
        <w:t xml:space="preserve">Final pot before rake=165+2×90=$345; threshold=90/(345−4)=26.39%. Deduct modeled rake only from winning outcomes as defined.</w:t>
      </w:r>
    </w:p>
    <w:p>
      <w:pPr>
        <w:pStyle w:val="BodyText"/>
      </w:pPr>
      <w:r>
        <w:rPr>
          <w:b/>
          <w:bCs/>
        </w:rPr>
        <w:t xml:space="preserve">A:</w:t>
      </w:r>
      <w:r>
        <w:t xml:space="preserve"> </w:t>
      </w:r>
      <w:r>
        <w:t xml:space="preserve">Correct. Deduct modeled rake only from winning outcomes as defined.</w:t>
      </w:r>
      <w:r>
        <w:br/>
      </w:r>
      <w:r>
        <w:rPr>
          <w:b/>
          <w:bCs/>
        </w:rPr>
        <w:t xml:space="preserve">B:</w:t>
      </w:r>
      <w:r>
        <w:t xml:space="preserve"> </w:t>
      </w:r>
      <w:r>
        <w:t xml:space="preserve">Incorrect (12.39%). Subtract the stated rake from the winning showdown pot. The verified answer is 26.39%. Deduct modeled rake only from winning outcomes as defined.</w:t>
      </w:r>
      <w:r>
        <w:br/>
      </w:r>
      <w:r>
        <w:rPr>
          <w:b/>
          <w:bCs/>
        </w:rPr>
        <w:t xml:space="preserve">C:</w:t>
      </w:r>
      <w:r>
        <w:t xml:space="preserve"> </w:t>
      </w:r>
      <w:r>
        <w:t xml:space="preserve">Incorrect (19.39%). Subtract the stated rake from the winning showdown pot. The verified answer is 26.39%. Deduct modeled rake only from winning outcomes as defined.</w:t>
      </w:r>
      <w:r>
        <w:br/>
      </w:r>
      <w:r>
        <w:rPr>
          <w:b/>
          <w:bCs/>
        </w:rPr>
        <w:t xml:space="preserve">D:</w:t>
      </w:r>
      <w:r>
        <w:t xml:space="preserve"> </w:t>
      </w:r>
      <w:r>
        <w:t xml:space="preserve">Incorrect (31.89%). Subtract the stated rake from the winning showdown pot. The verified answer is 26.39%. Deduct modeled rake only from winning outcomes as defined.</w:t>
      </w:r>
    </w:p>
    <w:bookmarkEnd w:id="194"/>
    <w:bookmarkEnd w:id="195"/>
    <w:bookmarkStart w:id="216" w:name="solutions-unit-08-weighted-river-ranges"/>
    <w:p>
      <w:pPr>
        <w:pStyle w:val="Heading2"/>
      </w:pPr>
      <w:r>
        <w:t xml:space="preserve">Solutions — Unit 08: Weighted River Ranges</w:t>
      </w:r>
    </w:p>
    <w:bookmarkStart w:id="196" w:name="ms8-q141-answer-d-12.50"/>
    <w:p>
      <w:pPr>
        <w:pStyle w:val="Heading3"/>
      </w:pPr>
      <w:r>
        <w:t xml:space="preserve">MS8-Q141 — Answer D: 12.50%</w:t>
      </w:r>
    </w:p>
    <w:p>
      <w:pPr>
        <w:pStyle w:val="FirstParagraph"/>
      </w:pPr>
      <w:r>
        <w:t xml:space="preserve">Weighted bluffs=4×1/4=1.00; share=(1.00)/(7+1.00)=12.50%. Candidate combos and actual betting combos are different quantities.</w:t>
      </w:r>
    </w:p>
    <w:p>
      <w:pPr>
        <w:pStyle w:val="BodyText"/>
      </w:pPr>
      <w:r>
        <w:rPr>
          <w:b/>
          <w:bCs/>
        </w:rPr>
        <w:t xml:space="preserve">A:</w:t>
      </w:r>
      <w:r>
        <w:t xml:space="preserve"> </w:t>
      </w:r>
      <w:r>
        <w:t xml:space="preserve">Incorrect (0.10%). Apply the bet frequency BEFORE normalizing the bluff share. The verified answer is 12.50%. Candidate combos and actual betting combos are different quantities.</w:t>
      </w:r>
      <w:r>
        <w:br/>
      </w:r>
      <w:r>
        <w:rPr>
          <w:b/>
          <w:bCs/>
        </w:rPr>
        <w:t xml:space="preserve">B:</w:t>
      </w:r>
      <w:r>
        <w:t xml:space="preserve"> </w:t>
      </w:r>
      <w:r>
        <w:t xml:space="preserve">Incorrect (5.50%). Apply the bet frequency BEFORE normalizing the bluff share. The verified answer is 12.50%. Candidate combos and actual betting combos are different quantities.</w:t>
      </w:r>
      <w:r>
        <w:br/>
      </w:r>
      <w:r>
        <w:rPr>
          <w:b/>
          <w:bCs/>
        </w:rPr>
        <w:t xml:space="preserve">C:</w:t>
      </w:r>
      <w:r>
        <w:t xml:space="preserve"> </w:t>
      </w:r>
      <w:r>
        <w:t xml:space="preserve">Incorrect (18.00%). Apply the bet frequency BEFORE normalizing the bluff share. The verified answer is 12.50%. Candidate combos and actual betting combos are different quantities.</w:t>
      </w:r>
      <w:r>
        <w:br/>
      </w:r>
      <w:r>
        <w:rPr>
          <w:b/>
          <w:bCs/>
        </w:rPr>
        <w:t xml:space="preserve">D:</w:t>
      </w:r>
      <w:r>
        <w:t xml:space="preserve"> </w:t>
      </w:r>
      <w:r>
        <w:t xml:space="preserve">Correct. Candidate combos and actual betting combos are different quantities.</w:t>
      </w:r>
    </w:p>
    <w:bookmarkEnd w:id="196"/>
    <w:bookmarkStart w:id="197" w:name="ms8-q142-answer-c-28.00"/>
    <w:p>
      <w:pPr>
        <w:pStyle w:val="Heading3"/>
      </w:pPr>
      <w:r>
        <w:t xml:space="preserve">MS8-Q142 — Answer C: 28.00%</w:t>
      </w:r>
    </w:p>
    <w:p>
      <w:pPr>
        <w:pStyle w:val="FirstParagraph"/>
      </w:pPr>
      <w:r>
        <w:t xml:space="preserve">Weighted bluffs=7×1/2=3.50; share=(3.50)/(9+3.50)=28.00%. Candidate combos and actual betting combos are different quantities.</w:t>
      </w:r>
    </w:p>
    <w:p>
      <w:pPr>
        <w:pStyle w:val="BodyText"/>
      </w:pPr>
      <w:r>
        <w:rPr>
          <w:b/>
          <w:bCs/>
        </w:rPr>
        <w:t xml:space="preserve">A:</w:t>
      </w:r>
      <w:r>
        <w:t xml:space="preserve"> </w:t>
      </w:r>
      <w:r>
        <w:t xml:space="preserve">Incorrect (14.00%). Apply the bet frequency BEFORE normalizing the bluff share. The verified answer is 28.00%. Candidate combos and actual betting combos are different quantities.</w:t>
      </w:r>
      <w:r>
        <w:br/>
      </w:r>
      <w:r>
        <w:rPr>
          <w:b/>
          <w:bCs/>
        </w:rPr>
        <w:t xml:space="preserve">B:</w:t>
      </w:r>
      <w:r>
        <w:t xml:space="preserve"> </w:t>
      </w:r>
      <w:r>
        <w:t xml:space="preserve">Incorrect (21.00%). Apply the bet frequency BEFORE normalizing the bluff share. The verified answer is 28.00%. Candidate combos and actual betting combos are different quantities.</w:t>
      </w:r>
      <w:r>
        <w:br/>
      </w:r>
      <w:r>
        <w:rPr>
          <w:b/>
          <w:bCs/>
        </w:rPr>
        <w:t xml:space="preserve">C:</w:t>
      </w:r>
      <w:r>
        <w:t xml:space="preserve"> </w:t>
      </w:r>
      <w:r>
        <w:t xml:space="preserve">Correct. Candidate combos and actual betting combos are different quantities.</w:t>
      </w:r>
      <w:r>
        <w:br/>
      </w:r>
      <w:r>
        <w:rPr>
          <w:b/>
          <w:bCs/>
        </w:rPr>
        <w:t xml:space="preserve">D:</w:t>
      </w:r>
      <w:r>
        <w:t xml:space="preserve"> </w:t>
      </w:r>
      <w:r>
        <w:t xml:space="preserve">Incorrect (33.50%). Apply the bet frequency BEFORE normalizing the bluff share. The verified answer is 28.00%. Candidate combos and actual betting combos are different quantities.</w:t>
      </w:r>
    </w:p>
    <w:bookmarkEnd w:id="197"/>
    <w:bookmarkStart w:id="198" w:name="ms8-q143-answer-b-40.54"/>
    <w:p>
      <w:pPr>
        <w:pStyle w:val="Heading3"/>
      </w:pPr>
      <w:r>
        <w:t xml:space="preserve">MS8-Q143 — Answer B: 40.54%</w:t>
      </w:r>
    </w:p>
    <w:p>
      <w:pPr>
        <w:pStyle w:val="FirstParagraph"/>
      </w:pPr>
      <w:r>
        <w:t xml:space="preserve">Weighted bluffs=10×3/4=7.50; share=(7.50)/(11+7.50)=40.54%. Candidate combos and actual betting combos are different quantities.</w:t>
      </w:r>
    </w:p>
    <w:p>
      <w:pPr>
        <w:pStyle w:val="BodyText"/>
      </w:pPr>
      <w:r>
        <w:rPr>
          <w:b/>
          <w:bCs/>
        </w:rPr>
        <w:t xml:space="preserve">A:</w:t>
      </w:r>
      <w:r>
        <w:t xml:space="preserve"> </w:t>
      </w:r>
      <w:r>
        <w:t xml:space="preserve">Incorrect (26.54%). Apply the bet frequency BEFORE normalizing the bluff share. The verified answer is 40.54%. Candidate combos and actual betting combos are different quantities.</w:t>
      </w:r>
      <w:r>
        <w:br/>
      </w:r>
      <w:r>
        <w:rPr>
          <w:b/>
          <w:bCs/>
        </w:rPr>
        <w:t xml:space="preserve">B:</w:t>
      </w:r>
      <w:r>
        <w:t xml:space="preserve"> </w:t>
      </w:r>
      <w:r>
        <w:t xml:space="preserve">Correct. Candidate combos and actual betting combos are different quantities.</w:t>
      </w:r>
      <w:r>
        <w:br/>
      </w:r>
      <w:r>
        <w:rPr>
          <w:b/>
          <w:bCs/>
        </w:rPr>
        <w:t xml:space="preserve">C:</w:t>
      </w:r>
      <w:r>
        <w:t xml:space="preserve"> </w:t>
      </w:r>
      <w:r>
        <w:t xml:space="preserve">Incorrect (33.54%). Apply the bet frequency BEFORE normalizing the bluff share. The verified answer is 40.54%. Candidate combos and actual betting combos are different quantities.</w:t>
      </w:r>
      <w:r>
        <w:br/>
      </w:r>
      <w:r>
        <w:rPr>
          <w:b/>
          <w:bCs/>
        </w:rPr>
        <w:t xml:space="preserve">D:</w:t>
      </w:r>
      <w:r>
        <w:t xml:space="preserve"> </w:t>
      </w:r>
      <w:r>
        <w:t xml:space="preserve">Incorrect (46.04%). Apply the bet frequency BEFORE normalizing the bluff share. The verified answer is 40.54%. Candidate combos and actual betting combos are different quantities.</w:t>
      </w:r>
    </w:p>
    <w:bookmarkEnd w:id="198"/>
    <w:bookmarkStart w:id="199" w:name="ms8-q144-answer-a-50.00"/>
    <w:p>
      <w:pPr>
        <w:pStyle w:val="Heading3"/>
      </w:pPr>
      <w:r>
        <w:t xml:space="preserve">MS8-Q144 — Answer A: 50.00%</w:t>
      </w:r>
    </w:p>
    <w:p>
      <w:pPr>
        <w:pStyle w:val="FirstParagraph"/>
      </w:pPr>
      <w:r>
        <w:t xml:space="preserve">Weighted bluffs=13×1=13.00; share=(13.00)/(13+13.00)=50.00%. Candidate combos and actual betting combos are different quantities.</w:t>
      </w:r>
    </w:p>
    <w:p>
      <w:pPr>
        <w:pStyle w:val="BodyText"/>
      </w:pPr>
      <w:r>
        <w:rPr>
          <w:b/>
          <w:bCs/>
        </w:rPr>
        <w:t xml:space="preserve">A:</w:t>
      </w:r>
      <w:r>
        <w:t xml:space="preserve"> </w:t>
      </w:r>
      <w:r>
        <w:t xml:space="preserve">Correct. Candidate combos and actual betting combos are different quantities.</w:t>
      </w:r>
      <w:r>
        <w:br/>
      </w:r>
      <w:r>
        <w:rPr>
          <w:b/>
          <w:bCs/>
        </w:rPr>
        <w:t xml:space="preserve">B:</w:t>
      </w:r>
      <w:r>
        <w:t xml:space="preserve"> </w:t>
      </w:r>
      <w:r>
        <w:t xml:space="preserve">Incorrect (36.00%). Apply the bet frequency BEFORE normalizing the bluff share. The verified answer is 50.00%. Candidate combos and actual betting combos are different quantities.</w:t>
      </w:r>
      <w:r>
        <w:br/>
      </w:r>
      <w:r>
        <w:rPr>
          <w:b/>
          <w:bCs/>
        </w:rPr>
        <w:t xml:space="preserve">C:</w:t>
      </w:r>
      <w:r>
        <w:t xml:space="preserve"> </w:t>
      </w:r>
      <w:r>
        <w:t xml:space="preserve">Incorrect (43.00%). Apply the bet frequency BEFORE normalizing the bluff share. The verified answer is 50.00%. Candidate combos and actual betting combos are different quantities.</w:t>
      </w:r>
      <w:r>
        <w:br/>
      </w:r>
      <w:r>
        <w:rPr>
          <w:b/>
          <w:bCs/>
        </w:rPr>
        <w:t xml:space="preserve">D:</w:t>
      </w:r>
      <w:r>
        <w:t xml:space="preserve"> </w:t>
      </w:r>
      <w:r>
        <w:t xml:space="preserve">Incorrect (55.50%). Apply the bet frequency BEFORE normalizing the bluff share. The verified answer is 50.00%. Candidate combos and actual betting combos are different quantities.</w:t>
      </w:r>
    </w:p>
    <w:bookmarkEnd w:id="199"/>
    <w:bookmarkStart w:id="200" w:name="ms8-q145-answer-d-21.05"/>
    <w:p>
      <w:pPr>
        <w:pStyle w:val="Heading3"/>
      </w:pPr>
      <w:r>
        <w:t xml:space="preserve">MS8-Q145 — Answer D: 21.05%</w:t>
      </w:r>
    </w:p>
    <w:p>
      <w:pPr>
        <w:pStyle w:val="FirstParagraph"/>
      </w:pPr>
      <w:r>
        <w:t xml:space="preserve">Weighted bluffs=16×1/4=4.00; share=(4.00)/(15+4.00)=21.05%. Candidate combos and actual betting combos are different quantities.</w:t>
      </w:r>
    </w:p>
    <w:p>
      <w:pPr>
        <w:pStyle w:val="BodyText"/>
      </w:pPr>
      <w:r>
        <w:rPr>
          <w:b/>
          <w:bCs/>
        </w:rPr>
        <w:t xml:space="preserve">A:</w:t>
      </w:r>
      <w:r>
        <w:t xml:space="preserve"> </w:t>
      </w:r>
      <w:r>
        <w:t xml:space="preserve">Incorrect (7.05%). Apply the bet frequency BEFORE normalizing the bluff share. The verified answer is 21.05%. Candidate combos and actual betting combos are different quantities.</w:t>
      </w:r>
      <w:r>
        <w:br/>
      </w:r>
      <w:r>
        <w:rPr>
          <w:b/>
          <w:bCs/>
        </w:rPr>
        <w:t xml:space="preserve">B:</w:t>
      </w:r>
      <w:r>
        <w:t xml:space="preserve"> </w:t>
      </w:r>
      <w:r>
        <w:t xml:space="preserve">Incorrect (14.05%). Apply the bet frequency BEFORE normalizing the bluff share. The verified answer is 21.05%. Candidate combos and actual betting combos are different quantities.</w:t>
      </w:r>
      <w:r>
        <w:br/>
      </w:r>
      <w:r>
        <w:rPr>
          <w:b/>
          <w:bCs/>
        </w:rPr>
        <w:t xml:space="preserve">C:</w:t>
      </w:r>
      <w:r>
        <w:t xml:space="preserve"> </w:t>
      </w:r>
      <w:r>
        <w:t xml:space="preserve">Incorrect (26.55%). Apply the bet frequency BEFORE normalizing the bluff share. The verified answer is 21.05%. Candidate combos and actual betting combos are different quantities.</w:t>
      </w:r>
      <w:r>
        <w:br/>
      </w:r>
      <w:r>
        <w:rPr>
          <w:b/>
          <w:bCs/>
        </w:rPr>
        <w:t xml:space="preserve">D:</w:t>
      </w:r>
      <w:r>
        <w:t xml:space="preserve"> </w:t>
      </w:r>
      <w:r>
        <w:t xml:space="preserve">Correct. Candidate combos and actual betting combos are different quantities.</w:t>
      </w:r>
    </w:p>
    <w:bookmarkEnd w:id="200"/>
    <w:bookmarkStart w:id="201" w:name="ms8-q146-answer-c-15.00"/>
    <w:p>
      <w:pPr>
        <w:pStyle w:val="Heading3"/>
      </w:pPr>
      <w:r>
        <w:t xml:space="preserve">MS8-Q146 — Answer C: 15.00%</w:t>
      </w:r>
    </w:p>
    <w:p>
      <w:pPr>
        <w:pStyle w:val="FirstParagraph"/>
      </w:pPr>
      <w:r>
        <w:t xml:space="preserve">Weighted bluffs=6×1/2=3.00; share=(3.00)/(17+3.00)=15.00%. Candidate combos and actual betting combos are different quantities.</w:t>
      </w:r>
    </w:p>
    <w:p>
      <w:pPr>
        <w:pStyle w:val="BodyText"/>
      </w:pPr>
      <w:r>
        <w:rPr>
          <w:b/>
          <w:bCs/>
        </w:rPr>
        <w:t xml:space="preserve">A:</w:t>
      </w:r>
      <w:r>
        <w:t xml:space="preserve"> </w:t>
      </w:r>
      <w:r>
        <w:t xml:space="preserve">Incorrect (1.00%). Apply the bet frequency BEFORE normalizing the bluff share. The verified answer is 15.00%. Candidate combos and actual betting combos are different quantities.</w:t>
      </w:r>
      <w:r>
        <w:br/>
      </w:r>
      <w:r>
        <w:rPr>
          <w:b/>
          <w:bCs/>
        </w:rPr>
        <w:t xml:space="preserve">B:</w:t>
      </w:r>
      <w:r>
        <w:t xml:space="preserve"> </w:t>
      </w:r>
      <w:r>
        <w:t xml:space="preserve">Incorrect (8.00%). Apply the bet frequency BEFORE normalizing the bluff share. The verified answer is 15.00%. Candidate combos and actual betting combos are different quantities.</w:t>
      </w:r>
      <w:r>
        <w:br/>
      </w:r>
      <w:r>
        <w:rPr>
          <w:b/>
          <w:bCs/>
        </w:rPr>
        <w:t xml:space="preserve">C:</w:t>
      </w:r>
      <w:r>
        <w:t xml:space="preserve"> </w:t>
      </w:r>
      <w:r>
        <w:t xml:space="preserve">Correct. Candidate combos and actual betting combos are different quantities.</w:t>
      </w:r>
      <w:r>
        <w:br/>
      </w:r>
      <w:r>
        <w:rPr>
          <w:b/>
          <w:bCs/>
        </w:rPr>
        <w:t xml:space="preserve">D:</w:t>
      </w:r>
      <w:r>
        <w:t xml:space="preserve"> </w:t>
      </w:r>
      <w:r>
        <w:t xml:space="preserve">Incorrect (20.50%). Apply the bet frequency BEFORE normalizing the bluff share. The verified answer is 15.00%. Candidate combos and actual betting combos are different quantities.</w:t>
      </w:r>
    </w:p>
    <w:bookmarkEnd w:id="201"/>
    <w:bookmarkStart w:id="202" w:name="ms8-q147-answer-b-26.21"/>
    <w:p>
      <w:pPr>
        <w:pStyle w:val="Heading3"/>
      </w:pPr>
      <w:r>
        <w:t xml:space="preserve">MS8-Q147 — Answer B: 26.21%</w:t>
      </w:r>
    </w:p>
    <w:p>
      <w:pPr>
        <w:pStyle w:val="FirstParagraph"/>
      </w:pPr>
      <w:r>
        <w:t xml:space="preserve">Weighted bluffs=9×3/4=6.75; share=(6.75)/(19+6.75)=26.21%. Candidate combos and actual betting combos are different quantities.</w:t>
      </w:r>
    </w:p>
    <w:p>
      <w:pPr>
        <w:pStyle w:val="BodyText"/>
      </w:pPr>
      <w:r>
        <w:rPr>
          <w:b/>
          <w:bCs/>
        </w:rPr>
        <w:t xml:space="preserve">A:</w:t>
      </w:r>
      <w:r>
        <w:t xml:space="preserve"> </w:t>
      </w:r>
      <w:r>
        <w:t xml:space="preserve">Incorrect (12.21%). Apply the bet frequency BEFORE normalizing the bluff share. The verified answer is 26.21%. Candidate combos and actual betting combos are different quantities.</w:t>
      </w:r>
      <w:r>
        <w:br/>
      </w:r>
      <w:r>
        <w:rPr>
          <w:b/>
          <w:bCs/>
        </w:rPr>
        <w:t xml:space="preserve">B:</w:t>
      </w:r>
      <w:r>
        <w:t xml:space="preserve"> </w:t>
      </w:r>
      <w:r>
        <w:t xml:space="preserve">Correct. Candidate combos and actual betting combos are different quantities.</w:t>
      </w:r>
      <w:r>
        <w:br/>
      </w:r>
      <w:r>
        <w:rPr>
          <w:b/>
          <w:bCs/>
        </w:rPr>
        <w:t xml:space="preserve">C:</w:t>
      </w:r>
      <w:r>
        <w:t xml:space="preserve"> </w:t>
      </w:r>
      <w:r>
        <w:t xml:space="preserve">Incorrect (19.21%). Apply the bet frequency BEFORE normalizing the bluff share. The verified answer is 26.21%. Candidate combos and actual betting combos are different quantities.</w:t>
      </w:r>
      <w:r>
        <w:br/>
      </w:r>
      <w:r>
        <w:rPr>
          <w:b/>
          <w:bCs/>
        </w:rPr>
        <w:t xml:space="preserve">D:</w:t>
      </w:r>
      <w:r>
        <w:t xml:space="preserve"> </w:t>
      </w:r>
      <w:r>
        <w:t xml:space="preserve">Incorrect (31.71%). Apply the bet frequency BEFORE normalizing the bluff share. The verified answer is 26.21%. Candidate combos and actual betting combos are different quantities.</w:t>
      </w:r>
    </w:p>
    <w:bookmarkEnd w:id="202"/>
    <w:bookmarkStart w:id="203" w:name="ms8-q148-answer-a-36.36"/>
    <w:p>
      <w:pPr>
        <w:pStyle w:val="Heading3"/>
      </w:pPr>
      <w:r>
        <w:t xml:space="preserve">MS8-Q148 — Answer A: 36.36%</w:t>
      </w:r>
    </w:p>
    <w:p>
      <w:pPr>
        <w:pStyle w:val="FirstParagraph"/>
      </w:pPr>
      <w:r>
        <w:t xml:space="preserve">Weighted bluffs=12×1=12.00; share=(12.00)/(21+12.00)=36.36%. Candidate combos and actual betting combos are different quantities.</w:t>
      </w:r>
    </w:p>
    <w:p>
      <w:pPr>
        <w:pStyle w:val="BodyText"/>
      </w:pPr>
      <w:r>
        <w:rPr>
          <w:b/>
          <w:bCs/>
        </w:rPr>
        <w:t xml:space="preserve">A:</w:t>
      </w:r>
      <w:r>
        <w:t xml:space="preserve"> </w:t>
      </w:r>
      <w:r>
        <w:t xml:space="preserve">Correct. Candidate combos and actual betting combos are different quantities.</w:t>
      </w:r>
      <w:r>
        <w:br/>
      </w:r>
      <w:r>
        <w:rPr>
          <w:b/>
          <w:bCs/>
        </w:rPr>
        <w:t xml:space="preserve">B:</w:t>
      </w:r>
      <w:r>
        <w:t xml:space="preserve"> </w:t>
      </w:r>
      <w:r>
        <w:t xml:space="preserve">Incorrect (22.36%). Apply the bet frequency BEFORE normalizing the bluff share. The verified answer is 36.36%. Candidate combos and actual betting combos are different quantities.</w:t>
      </w:r>
      <w:r>
        <w:br/>
      </w:r>
      <w:r>
        <w:rPr>
          <w:b/>
          <w:bCs/>
        </w:rPr>
        <w:t xml:space="preserve">C:</w:t>
      </w:r>
      <w:r>
        <w:t xml:space="preserve"> </w:t>
      </w:r>
      <w:r>
        <w:t xml:space="preserve">Incorrect (29.36%). Apply the bet frequency BEFORE normalizing the bluff share. The verified answer is 36.36%. Candidate combos and actual betting combos are different quantities.</w:t>
      </w:r>
      <w:r>
        <w:br/>
      </w:r>
      <w:r>
        <w:rPr>
          <w:b/>
          <w:bCs/>
        </w:rPr>
        <w:t xml:space="preserve">D:</w:t>
      </w:r>
      <w:r>
        <w:t xml:space="preserve"> </w:t>
      </w:r>
      <w:r>
        <w:t xml:space="preserve">Incorrect (41.86%). Apply the bet frequency BEFORE normalizing the bluff share. The verified answer is 36.36%. Candidate combos and actual betting combos are different quantities.</w:t>
      </w:r>
    </w:p>
    <w:bookmarkEnd w:id="203"/>
    <w:bookmarkStart w:id="204" w:name="ms8-q149-answer-d-14.02"/>
    <w:p>
      <w:pPr>
        <w:pStyle w:val="Heading3"/>
      </w:pPr>
      <w:r>
        <w:t xml:space="preserve">MS8-Q149 — Answer D: 14.02%</w:t>
      </w:r>
    </w:p>
    <w:p>
      <w:pPr>
        <w:pStyle w:val="FirstParagraph"/>
      </w:pPr>
      <w:r>
        <w:t xml:space="preserve">Weighted bluffs=15×1/4=3.75; share=(3.75)/(23+3.75)=14.02%. Candidate combos and actual betting combos are different quantities.</w:t>
      </w:r>
    </w:p>
    <w:p>
      <w:pPr>
        <w:pStyle w:val="BodyText"/>
      </w:pPr>
      <w:r>
        <w:rPr>
          <w:b/>
          <w:bCs/>
        </w:rPr>
        <w:t xml:space="preserve">A:</w:t>
      </w:r>
      <w:r>
        <w:t xml:space="preserve"> </w:t>
      </w:r>
      <w:r>
        <w:t xml:space="preserve">Incorrect (0.10%). Apply the bet frequency BEFORE normalizing the bluff share. The verified answer is 14.02%. Candidate combos and actual betting combos are different quantities.</w:t>
      </w:r>
      <w:r>
        <w:br/>
      </w:r>
      <w:r>
        <w:rPr>
          <w:b/>
          <w:bCs/>
        </w:rPr>
        <w:t xml:space="preserve">B:</w:t>
      </w:r>
      <w:r>
        <w:t xml:space="preserve"> </w:t>
      </w:r>
      <w:r>
        <w:t xml:space="preserve">Incorrect (7.02%). Apply the bet frequency BEFORE normalizing the bluff share. The verified answer is 14.02%. Candidate combos and actual betting combos are different quantities.</w:t>
      </w:r>
      <w:r>
        <w:br/>
      </w:r>
      <w:r>
        <w:rPr>
          <w:b/>
          <w:bCs/>
        </w:rPr>
        <w:t xml:space="preserve">C:</w:t>
      </w:r>
      <w:r>
        <w:t xml:space="preserve"> </w:t>
      </w:r>
      <w:r>
        <w:t xml:space="preserve">Incorrect (19.52%). Apply the bet frequency BEFORE normalizing the bluff share. The verified answer is 14.02%. Candidate combos and actual betting combos are different quantities.</w:t>
      </w:r>
      <w:r>
        <w:br/>
      </w:r>
      <w:r>
        <w:rPr>
          <w:b/>
          <w:bCs/>
        </w:rPr>
        <w:t xml:space="preserve">D:</w:t>
      </w:r>
      <w:r>
        <w:t xml:space="preserve"> </w:t>
      </w:r>
      <w:r>
        <w:t xml:space="preserve">Correct. Candidate combos and actual betting combos are different quantities.</w:t>
      </w:r>
    </w:p>
    <w:bookmarkEnd w:id="204"/>
    <w:bookmarkStart w:id="205" w:name="ms8-q150-answer-c-9.09"/>
    <w:p>
      <w:pPr>
        <w:pStyle w:val="Heading3"/>
      </w:pPr>
      <w:r>
        <w:t xml:space="preserve">MS8-Q150 — Answer C: 9.09%</w:t>
      </w:r>
    </w:p>
    <w:p>
      <w:pPr>
        <w:pStyle w:val="FirstParagraph"/>
      </w:pPr>
      <w:r>
        <w:t xml:space="preserve">Weighted bluffs=5×1/2=2.50; share=(2.50)/(25+2.50)=9.09%. Candidate combos and actual betting combos are different quantities.</w:t>
      </w:r>
    </w:p>
    <w:p>
      <w:pPr>
        <w:pStyle w:val="BodyText"/>
      </w:pPr>
      <w:r>
        <w:rPr>
          <w:b/>
          <w:bCs/>
        </w:rPr>
        <w:t xml:space="preserve">A:</w:t>
      </w:r>
      <w:r>
        <w:t xml:space="preserve"> </w:t>
      </w:r>
      <w:r>
        <w:t xml:space="preserve">Incorrect (0.10%). Apply the bet frequency BEFORE normalizing the bluff share. The verified answer is 9.09%. Candidate combos and actual betting combos are different quantities.</w:t>
      </w:r>
      <w:r>
        <w:br/>
      </w:r>
      <w:r>
        <w:rPr>
          <w:b/>
          <w:bCs/>
        </w:rPr>
        <w:t xml:space="preserve">B:</w:t>
      </w:r>
      <w:r>
        <w:t xml:space="preserve"> </w:t>
      </w:r>
      <w:r>
        <w:t xml:space="preserve">Incorrect (2.09%). Apply the bet frequency BEFORE normalizing the bluff share. The verified answer is 9.09%. Candidate combos and actual betting combos are different quantities.</w:t>
      </w:r>
      <w:r>
        <w:br/>
      </w:r>
      <w:r>
        <w:rPr>
          <w:b/>
          <w:bCs/>
        </w:rPr>
        <w:t xml:space="preserve">C:</w:t>
      </w:r>
      <w:r>
        <w:t xml:space="preserve"> </w:t>
      </w:r>
      <w:r>
        <w:t xml:space="preserve">Correct. Candidate combos and actual betting combos are different quantities.</w:t>
      </w:r>
      <w:r>
        <w:br/>
      </w:r>
      <w:r>
        <w:rPr>
          <w:b/>
          <w:bCs/>
        </w:rPr>
        <w:t xml:space="preserve">D:</w:t>
      </w:r>
      <w:r>
        <w:t xml:space="preserve"> </w:t>
      </w:r>
      <w:r>
        <w:t xml:space="preserve">Incorrect (14.59%). Apply the bet frequency BEFORE normalizing the bluff share. The verified answer is 9.09%. Candidate combos and actual betting combos are different quantities.</w:t>
      </w:r>
    </w:p>
    <w:bookmarkEnd w:id="205"/>
    <w:bookmarkStart w:id="206" w:name="ms8-q151-answer-b-42.86"/>
    <w:p>
      <w:pPr>
        <w:pStyle w:val="Heading3"/>
      </w:pPr>
      <w:r>
        <w:t xml:space="preserve">MS8-Q151 — Answer B: 42.86%</w:t>
      </w:r>
    </w:p>
    <w:p>
      <w:pPr>
        <w:pStyle w:val="FirstParagraph"/>
      </w:pPr>
      <w:r>
        <w:t xml:space="preserve">Weighted bluffs=8×3/4=6.00; share=(6.00)/(8+6.00)=42.86%. Candidate combos and actual betting combos are different quantities.</w:t>
      </w:r>
    </w:p>
    <w:p>
      <w:pPr>
        <w:pStyle w:val="BodyText"/>
      </w:pPr>
      <w:r>
        <w:rPr>
          <w:b/>
          <w:bCs/>
        </w:rPr>
        <w:t xml:space="preserve">A:</w:t>
      </w:r>
      <w:r>
        <w:t xml:space="preserve"> </w:t>
      </w:r>
      <w:r>
        <w:t xml:space="preserve">Incorrect (28.86%). Apply the bet frequency BEFORE normalizing the bluff share. The verified answer is 42.86%. Candidate combos and actual betting combos are different quantities.</w:t>
      </w:r>
      <w:r>
        <w:br/>
      </w:r>
      <w:r>
        <w:rPr>
          <w:b/>
          <w:bCs/>
        </w:rPr>
        <w:t xml:space="preserve">B:</w:t>
      </w:r>
      <w:r>
        <w:t xml:space="preserve"> </w:t>
      </w:r>
      <w:r>
        <w:t xml:space="preserve">Correct. Candidate combos and actual betting combos are different quantities.</w:t>
      </w:r>
      <w:r>
        <w:br/>
      </w:r>
      <w:r>
        <w:rPr>
          <w:b/>
          <w:bCs/>
        </w:rPr>
        <w:t xml:space="preserve">C:</w:t>
      </w:r>
      <w:r>
        <w:t xml:space="preserve"> </w:t>
      </w:r>
      <w:r>
        <w:t xml:space="preserve">Incorrect (35.86%). Apply the bet frequency BEFORE normalizing the bluff share. The verified answer is 42.86%. Candidate combos and actual betting combos are different quantities.</w:t>
      </w:r>
      <w:r>
        <w:br/>
      </w:r>
      <w:r>
        <w:rPr>
          <w:b/>
          <w:bCs/>
        </w:rPr>
        <w:t xml:space="preserve">D:</w:t>
      </w:r>
      <w:r>
        <w:t xml:space="preserve"> </w:t>
      </w:r>
      <w:r>
        <w:t xml:space="preserve">Incorrect (48.36%). Apply the bet frequency BEFORE normalizing the bluff share. The verified answer is 42.86%. Candidate combos and actual betting combos are different quantities.</w:t>
      </w:r>
    </w:p>
    <w:bookmarkEnd w:id="206"/>
    <w:bookmarkStart w:id="207" w:name="ms8-q152-answer-a-52.38"/>
    <w:p>
      <w:pPr>
        <w:pStyle w:val="Heading3"/>
      </w:pPr>
      <w:r>
        <w:t xml:space="preserve">MS8-Q152 — Answer A: 52.38%</w:t>
      </w:r>
    </w:p>
    <w:p>
      <w:pPr>
        <w:pStyle w:val="FirstParagraph"/>
      </w:pPr>
      <w:r>
        <w:t xml:space="preserve">Weighted bluffs=11×1=11.00; share=(11.00)/(10+11.00)=52.38%. Candidate combos and actual betting combos are different quantities.</w:t>
      </w:r>
    </w:p>
    <w:p>
      <w:pPr>
        <w:pStyle w:val="BodyText"/>
      </w:pPr>
      <w:r>
        <w:rPr>
          <w:b/>
          <w:bCs/>
        </w:rPr>
        <w:t xml:space="preserve">A:</w:t>
      </w:r>
      <w:r>
        <w:t xml:space="preserve"> </w:t>
      </w:r>
      <w:r>
        <w:t xml:space="preserve">Correct. Candidate combos and actual betting combos are different quantities.</w:t>
      </w:r>
      <w:r>
        <w:br/>
      </w:r>
      <w:r>
        <w:rPr>
          <w:b/>
          <w:bCs/>
        </w:rPr>
        <w:t xml:space="preserve">B:</w:t>
      </w:r>
      <w:r>
        <w:t xml:space="preserve"> </w:t>
      </w:r>
      <w:r>
        <w:t xml:space="preserve">Incorrect (38.38%). Apply the bet frequency BEFORE normalizing the bluff share. The verified answer is 52.38%. Candidate combos and actual betting combos are different quantities.</w:t>
      </w:r>
      <w:r>
        <w:br/>
      </w:r>
      <w:r>
        <w:rPr>
          <w:b/>
          <w:bCs/>
        </w:rPr>
        <w:t xml:space="preserve">C:</w:t>
      </w:r>
      <w:r>
        <w:t xml:space="preserve"> </w:t>
      </w:r>
      <w:r>
        <w:t xml:space="preserve">Incorrect (45.38%). Apply the bet frequency BEFORE normalizing the bluff share. The verified answer is 52.38%. Candidate combos and actual betting combos are different quantities.</w:t>
      </w:r>
      <w:r>
        <w:br/>
      </w:r>
      <w:r>
        <w:rPr>
          <w:b/>
          <w:bCs/>
        </w:rPr>
        <w:t xml:space="preserve">D:</w:t>
      </w:r>
      <w:r>
        <w:t xml:space="preserve"> </w:t>
      </w:r>
      <w:r>
        <w:t xml:space="preserve">Incorrect (57.88%). Apply the bet frequency BEFORE normalizing the bluff share. The verified answer is 52.38%. Candidate combos and actual betting combos are different quantities.</w:t>
      </w:r>
    </w:p>
    <w:bookmarkEnd w:id="207"/>
    <w:bookmarkStart w:id="208" w:name="ms8-q153-answer-d-22.58"/>
    <w:p>
      <w:pPr>
        <w:pStyle w:val="Heading3"/>
      </w:pPr>
      <w:r>
        <w:t xml:space="preserve">MS8-Q153 — Answer D: 22.58%</w:t>
      </w:r>
    </w:p>
    <w:p>
      <w:pPr>
        <w:pStyle w:val="FirstParagraph"/>
      </w:pPr>
      <w:r>
        <w:t xml:space="preserve">Weighted bluffs=14×1/4=3.50; share=(3.50)/(12+3.50)=22.58%. Candidate combos and actual betting combos are different quantities.</w:t>
      </w:r>
    </w:p>
    <w:p>
      <w:pPr>
        <w:pStyle w:val="BodyText"/>
      </w:pPr>
      <w:r>
        <w:rPr>
          <w:b/>
          <w:bCs/>
        </w:rPr>
        <w:t xml:space="preserve">A:</w:t>
      </w:r>
      <w:r>
        <w:t xml:space="preserve"> </w:t>
      </w:r>
      <w:r>
        <w:t xml:space="preserve">Incorrect (8.58%). Apply the bet frequency BEFORE normalizing the bluff share. The verified answer is 22.58%. Candidate combos and actual betting combos are different quantities.</w:t>
      </w:r>
      <w:r>
        <w:br/>
      </w:r>
      <w:r>
        <w:rPr>
          <w:b/>
          <w:bCs/>
        </w:rPr>
        <w:t xml:space="preserve">B:</w:t>
      </w:r>
      <w:r>
        <w:t xml:space="preserve"> </w:t>
      </w:r>
      <w:r>
        <w:t xml:space="preserve">Incorrect (15.58%). Apply the bet frequency BEFORE normalizing the bluff share. The verified answer is 22.58%. Candidate combos and actual betting combos are different quantities.</w:t>
      </w:r>
      <w:r>
        <w:br/>
      </w:r>
      <w:r>
        <w:rPr>
          <w:b/>
          <w:bCs/>
        </w:rPr>
        <w:t xml:space="preserve">C:</w:t>
      </w:r>
      <w:r>
        <w:t xml:space="preserve"> </w:t>
      </w:r>
      <w:r>
        <w:t xml:space="preserve">Incorrect (28.08%). Apply the bet frequency BEFORE normalizing the bluff share. The verified answer is 22.58%. Candidate combos and actual betting combos are different quantities.</w:t>
      </w:r>
      <w:r>
        <w:br/>
      </w:r>
      <w:r>
        <w:rPr>
          <w:b/>
          <w:bCs/>
        </w:rPr>
        <w:t xml:space="preserve">D:</w:t>
      </w:r>
      <w:r>
        <w:t xml:space="preserve"> </w:t>
      </w:r>
      <w:r>
        <w:t xml:space="preserve">Correct. Candidate combos and actual betting combos are different quantities.</w:t>
      </w:r>
    </w:p>
    <w:bookmarkEnd w:id="208"/>
    <w:bookmarkStart w:id="209" w:name="ms8-q154-answer-c-12.50"/>
    <w:p>
      <w:pPr>
        <w:pStyle w:val="Heading3"/>
      </w:pPr>
      <w:r>
        <w:t xml:space="preserve">MS8-Q154 — Answer C: 12.50%</w:t>
      </w:r>
    </w:p>
    <w:p>
      <w:pPr>
        <w:pStyle w:val="FirstParagraph"/>
      </w:pPr>
      <w:r>
        <w:t xml:space="preserve">Weighted bluffs=4×1/2=2.00; share=(2.00)/(14+2.00)=12.50%. Candidate combos and actual betting combos are different quantities.</w:t>
      </w:r>
    </w:p>
    <w:p>
      <w:pPr>
        <w:pStyle w:val="BodyText"/>
      </w:pPr>
      <w:r>
        <w:rPr>
          <w:b/>
          <w:bCs/>
        </w:rPr>
        <w:t xml:space="preserve">A:</w:t>
      </w:r>
      <w:r>
        <w:t xml:space="preserve"> </w:t>
      </w:r>
      <w:r>
        <w:t xml:space="preserve">Incorrect (0.10%). Apply the bet frequency BEFORE normalizing the bluff share. The verified answer is 12.50%. Candidate combos and actual betting combos are different quantities.</w:t>
      </w:r>
      <w:r>
        <w:br/>
      </w:r>
      <w:r>
        <w:rPr>
          <w:b/>
          <w:bCs/>
        </w:rPr>
        <w:t xml:space="preserve">B:</w:t>
      </w:r>
      <w:r>
        <w:t xml:space="preserve"> </w:t>
      </w:r>
      <w:r>
        <w:t xml:space="preserve">Incorrect (5.50%). Apply the bet frequency BEFORE normalizing the bluff share. The verified answer is 12.50%. Candidate combos and actual betting combos are different quantities.</w:t>
      </w:r>
      <w:r>
        <w:br/>
      </w:r>
      <w:r>
        <w:rPr>
          <w:b/>
          <w:bCs/>
        </w:rPr>
        <w:t xml:space="preserve">C:</w:t>
      </w:r>
      <w:r>
        <w:t xml:space="preserve"> </w:t>
      </w:r>
      <w:r>
        <w:t xml:space="preserve">Correct. Candidate combos and actual betting combos are different quantities.</w:t>
      </w:r>
      <w:r>
        <w:br/>
      </w:r>
      <w:r>
        <w:rPr>
          <w:b/>
          <w:bCs/>
        </w:rPr>
        <w:t xml:space="preserve">D:</w:t>
      </w:r>
      <w:r>
        <w:t xml:space="preserve"> </w:t>
      </w:r>
      <w:r>
        <w:t xml:space="preserve">Incorrect (18.00%). Apply the bet frequency BEFORE normalizing the bluff share. The verified answer is 12.50%. Candidate combos and actual betting combos are different quantities.</w:t>
      </w:r>
    </w:p>
    <w:bookmarkEnd w:id="209"/>
    <w:bookmarkStart w:id="210" w:name="ms8-q155-answer-b-24.71"/>
    <w:p>
      <w:pPr>
        <w:pStyle w:val="Heading3"/>
      </w:pPr>
      <w:r>
        <w:t xml:space="preserve">MS8-Q155 — Answer B: 24.71%</w:t>
      </w:r>
    </w:p>
    <w:p>
      <w:pPr>
        <w:pStyle w:val="FirstParagraph"/>
      </w:pPr>
      <w:r>
        <w:t xml:space="preserve">Weighted bluffs=7×3/4=5.25; share=(5.25)/(16+5.25)=24.71%. Candidate combos and actual betting combos are different quantities.</w:t>
      </w:r>
    </w:p>
    <w:p>
      <w:pPr>
        <w:pStyle w:val="BodyText"/>
      </w:pPr>
      <w:r>
        <w:rPr>
          <w:b/>
          <w:bCs/>
        </w:rPr>
        <w:t xml:space="preserve">A:</w:t>
      </w:r>
      <w:r>
        <w:t xml:space="preserve"> </w:t>
      </w:r>
      <w:r>
        <w:t xml:space="preserve">Incorrect (10.71%). Apply the bet frequency BEFORE normalizing the bluff share. The verified answer is 24.71%. Candidate combos and actual betting combos are different quantities.</w:t>
      </w:r>
      <w:r>
        <w:br/>
      </w:r>
      <w:r>
        <w:rPr>
          <w:b/>
          <w:bCs/>
        </w:rPr>
        <w:t xml:space="preserve">B:</w:t>
      </w:r>
      <w:r>
        <w:t xml:space="preserve"> </w:t>
      </w:r>
      <w:r>
        <w:t xml:space="preserve">Correct. Candidate combos and actual betting combos are different quantities.</w:t>
      </w:r>
      <w:r>
        <w:br/>
      </w:r>
      <w:r>
        <w:rPr>
          <w:b/>
          <w:bCs/>
        </w:rPr>
        <w:t xml:space="preserve">C:</w:t>
      </w:r>
      <w:r>
        <w:t xml:space="preserve"> </w:t>
      </w:r>
      <w:r>
        <w:t xml:space="preserve">Incorrect (17.71%). Apply the bet frequency BEFORE normalizing the bluff share. The verified answer is 24.71%. Candidate combos and actual betting combos are different quantities.</w:t>
      </w:r>
      <w:r>
        <w:br/>
      </w:r>
      <w:r>
        <w:rPr>
          <w:b/>
          <w:bCs/>
        </w:rPr>
        <w:t xml:space="preserve">D:</w:t>
      </w:r>
      <w:r>
        <w:t xml:space="preserve"> </w:t>
      </w:r>
      <w:r>
        <w:t xml:space="preserve">Incorrect (30.21%). Apply the bet frequency BEFORE normalizing the bluff share. The verified answer is 24.71%. Candidate combos and actual betting combos are different quantities.</w:t>
      </w:r>
    </w:p>
    <w:bookmarkEnd w:id="210"/>
    <w:bookmarkStart w:id="211" w:name="ms8-q156-answer-a-35.71"/>
    <w:p>
      <w:pPr>
        <w:pStyle w:val="Heading3"/>
      </w:pPr>
      <w:r>
        <w:t xml:space="preserve">MS8-Q156 — Answer A: 35.71%</w:t>
      </w:r>
    </w:p>
    <w:p>
      <w:pPr>
        <w:pStyle w:val="FirstParagraph"/>
      </w:pPr>
      <w:r>
        <w:t xml:space="preserve">Weighted bluffs=10×1=10.00; share=(10.00)/(18+10.00)=35.71%. Candidate combos and actual betting combos are different quantities.</w:t>
      </w:r>
    </w:p>
    <w:p>
      <w:pPr>
        <w:pStyle w:val="BodyText"/>
      </w:pPr>
      <w:r>
        <w:rPr>
          <w:b/>
          <w:bCs/>
        </w:rPr>
        <w:t xml:space="preserve">A:</w:t>
      </w:r>
      <w:r>
        <w:t xml:space="preserve"> </w:t>
      </w:r>
      <w:r>
        <w:t xml:space="preserve">Correct. Candidate combos and actual betting combos are different quantities.</w:t>
      </w:r>
      <w:r>
        <w:br/>
      </w:r>
      <w:r>
        <w:rPr>
          <w:b/>
          <w:bCs/>
        </w:rPr>
        <w:t xml:space="preserve">B:</w:t>
      </w:r>
      <w:r>
        <w:t xml:space="preserve"> </w:t>
      </w:r>
      <w:r>
        <w:t xml:space="preserve">Incorrect (21.71%). Apply the bet frequency BEFORE normalizing the bluff share. The verified answer is 35.71%. Candidate combos and actual betting combos are different quantities.</w:t>
      </w:r>
      <w:r>
        <w:br/>
      </w:r>
      <w:r>
        <w:rPr>
          <w:b/>
          <w:bCs/>
        </w:rPr>
        <w:t xml:space="preserve">C:</w:t>
      </w:r>
      <w:r>
        <w:t xml:space="preserve"> </w:t>
      </w:r>
      <w:r>
        <w:t xml:space="preserve">Incorrect (28.71%). Apply the bet frequency BEFORE normalizing the bluff share. The verified answer is 35.71%. Candidate combos and actual betting combos are different quantities.</w:t>
      </w:r>
      <w:r>
        <w:br/>
      </w:r>
      <w:r>
        <w:rPr>
          <w:b/>
          <w:bCs/>
        </w:rPr>
        <w:t xml:space="preserve">D:</w:t>
      </w:r>
      <w:r>
        <w:t xml:space="preserve"> </w:t>
      </w:r>
      <w:r>
        <w:t xml:space="preserve">Incorrect (41.21%). Apply the bet frequency BEFORE normalizing the bluff share. The verified answer is 35.71%. Candidate combos and actual betting combos are different quantities.</w:t>
      </w:r>
    </w:p>
    <w:bookmarkEnd w:id="211"/>
    <w:bookmarkStart w:id="212" w:name="ms8-q157-answer-d-13.98"/>
    <w:p>
      <w:pPr>
        <w:pStyle w:val="Heading3"/>
      </w:pPr>
      <w:r>
        <w:t xml:space="preserve">MS8-Q157 — Answer D: 13.98%</w:t>
      </w:r>
    </w:p>
    <w:p>
      <w:pPr>
        <w:pStyle w:val="FirstParagraph"/>
      </w:pPr>
      <w:r>
        <w:t xml:space="preserve">Weighted bluffs=13×1/4=3.25; share=(3.25)/(20+3.25)=13.98%. Candidate combos and actual betting combos are different quantities.</w:t>
      </w:r>
    </w:p>
    <w:p>
      <w:pPr>
        <w:pStyle w:val="BodyText"/>
      </w:pPr>
      <w:r>
        <w:rPr>
          <w:b/>
          <w:bCs/>
        </w:rPr>
        <w:t xml:space="preserve">A:</w:t>
      </w:r>
      <w:r>
        <w:t xml:space="preserve"> </w:t>
      </w:r>
      <w:r>
        <w:t xml:space="preserve">Incorrect (0.10%). Apply the bet frequency BEFORE normalizing the bluff share. The verified answer is 13.98%. Candidate combos and actual betting combos are different quantities.</w:t>
      </w:r>
      <w:r>
        <w:br/>
      </w:r>
      <w:r>
        <w:rPr>
          <w:b/>
          <w:bCs/>
        </w:rPr>
        <w:t xml:space="preserve">B:</w:t>
      </w:r>
      <w:r>
        <w:t xml:space="preserve"> </w:t>
      </w:r>
      <w:r>
        <w:t xml:space="preserve">Incorrect (6.98%). Apply the bet frequency BEFORE normalizing the bluff share. The verified answer is 13.98%. Candidate combos and actual betting combos are different quantities.</w:t>
      </w:r>
      <w:r>
        <w:br/>
      </w:r>
      <w:r>
        <w:rPr>
          <w:b/>
          <w:bCs/>
        </w:rPr>
        <w:t xml:space="preserve">C:</w:t>
      </w:r>
      <w:r>
        <w:t xml:space="preserve"> </w:t>
      </w:r>
      <w:r>
        <w:t xml:space="preserve">Incorrect (19.48%). Apply the bet frequency BEFORE normalizing the bluff share. The verified answer is 13.98%. Candidate combos and actual betting combos are different quantities.</w:t>
      </w:r>
      <w:r>
        <w:br/>
      </w:r>
      <w:r>
        <w:rPr>
          <w:b/>
          <w:bCs/>
        </w:rPr>
        <w:t xml:space="preserve">D:</w:t>
      </w:r>
      <w:r>
        <w:t xml:space="preserve"> </w:t>
      </w:r>
      <w:r>
        <w:t xml:space="preserve">Correct. Candidate combos and actual betting combos are different quantities.</w:t>
      </w:r>
    </w:p>
    <w:bookmarkEnd w:id="212"/>
    <w:bookmarkStart w:id="213" w:name="ms8-q158-answer-c-26.67"/>
    <w:p>
      <w:pPr>
        <w:pStyle w:val="Heading3"/>
      </w:pPr>
      <w:r>
        <w:t xml:space="preserve">MS8-Q158 — Answer C: 26.67%</w:t>
      </w:r>
    </w:p>
    <w:p>
      <w:pPr>
        <w:pStyle w:val="FirstParagraph"/>
      </w:pPr>
      <w:r>
        <w:t xml:space="preserve">Weighted bluffs=16×1/2=8.00; share=(8.00)/(22+8.00)=26.67%. Candidate combos and actual betting combos are different quantities.</w:t>
      </w:r>
    </w:p>
    <w:p>
      <w:pPr>
        <w:pStyle w:val="BodyText"/>
      </w:pPr>
      <w:r>
        <w:rPr>
          <w:b/>
          <w:bCs/>
        </w:rPr>
        <w:t xml:space="preserve">A:</w:t>
      </w:r>
      <w:r>
        <w:t xml:space="preserve"> </w:t>
      </w:r>
      <w:r>
        <w:t xml:space="preserve">Incorrect (12.67%). Apply the bet frequency BEFORE normalizing the bluff share. The verified answer is 26.67%. Candidate combos and actual betting combos are different quantities.</w:t>
      </w:r>
      <w:r>
        <w:br/>
      </w:r>
      <w:r>
        <w:rPr>
          <w:b/>
          <w:bCs/>
        </w:rPr>
        <w:t xml:space="preserve">B:</w:t>
      </w:r>
      <w:r>
        <w:t xml:space="preserve"> </w:t>
      </w:r>
      <w:r>
        <w:t xml:space="preserve">Incorrect (19.67%). Apply the bet frequency BEFORE normalizing the bluff share. The verified answer is 26.67%. Candidate combos and actual betting combos are different quantities.</w:t>
      </w:r>
      <w:r>
        <w:br/>
      </w:r>
      <w:r>
        <w:rPr>
          <w:b/>
          <w:bCs/>
        </w:rPr>
        <w:t xml:space="preserve">C:</w:t>
      </w:r>
      <w:r>
        <w:t xml:space="preserve"> </w:t>
      </w:r>
      <w:r>
        <w:t xml:space="preserve">Correct. Candidate combos and actual betting combos are different quantities.</w:t>
      </w:r>
      <w:r>
        <w:br/>
      </w:r>
      <w:r>
        <w:rPr>
          <w:b/>
          <w:bCs/>
        </w:rPr>
        <w:t xml:space="preserve">D:</w:t>
      </w:r>
      <w:r>
        <w:t xml:space="preserve"> </w:t>
      </w:r>
      <w:r>
        <w:t xml:space="preserve">Incorrect (32.17%). Apply the bet frequency BEFORE normalizing the bluff share. The verified answer is 26.67%. Candidate combos and actual betting combos are different quantities.</w:t>
      </w:r>
    </w:p>
    <w:bookmarkEnd w:id="213"/>
    <w:bookmarkStart w:id="214" w:name="ms8-q159-answer-b-15.79"/>
    <w:p>
      <w:pPr>
        <w:pStyle w:val="Heading3"/>
      </w:pPr>
      <w:r>
        <w:t xml:space="preserve">MS8-Q159 — Answer B: 15.79%</w:t>
      </w:r>
    </w:p>
    <w:p>
      <w:pPr>
        <w:pStyle w:val="FirstParagraph"/>
      </w:pPr>
      <w:r>
        <w:t xml:space="preserve">Weighted bluffs=6×3/4=4.50; share=(4.50)/(24+4.50)=15.79%. Candidate combos and actual betting combos are different quantities.</w:t>
      </w:r>
    </w:p>
    <w:p>
      <w:pPr>
        <w:pStyle w:val="BodyText"/>
      </w:pPr>
      <w:r>
        <w:rPr>
          <w:b/>
          <w:bCs/>
        </w:rPr>
        <w:t xml:space="preserve">A:</w:t>
      </w:r>
      <w:r>
        <w:t xml:space="preserve"> </w:t>
      </w:r>
      <w:r>
        <w:t xml:space="preserve">Incorrect (1.79%). Apply the bet frequency BEFORE normalizing the bluff share. The verified answer is 15.79%. Candidate combos and actual betting combos are different quantities.</w:t>
      </w:r>
      <w:r>
        <w:br/>
      </w:r>
      <w:r>
        <w:rPr>
          <w:b/>
          <w:bCs/>
        </w:rPr>
        <w:t xml:space="preserve">B:</w:t>
      </w:r>
      <w:r>
        <w:t xml:space="preserve"> </w:t>
      </w:r>
      <w:r>
        <w:t xml:space="preserve">Correct. Candidate combos and actual betting combos are different quantities.</w:t>
      </w:r>
      <w:r>
        <w:br/>
      </w:r>
      <w:r>
        <w:rPr>
          <w:b/>
          <w:bCs/>
        </w:rPr>
        <w:t xml:space="preserve">C:</w:t>
      </w:r>
      <w:r>
        <w:t xml:space="preserve"> </w:t>
      </w:r>
      <w:r>
        <w:t xml:space="preserve">Incorrect (8.79%). Apply the bet frequency BEFORE normalizing the bluff share. The verified answer is 15.79%. Candidate combos and actual betting combos are different quantities.</w:t>
      </w:r>
      <w:r>
        <w:br/>
      </w:r>
      <w:r>
        <w:rPr>
          <w:b/>
          <w:bCs/>
        </w:rPr>
        <w:t xml:space="preserve">D:</w:t>
      </w:r>
      <w:r>
        <w:t xml:space="preserve"> </w:t>
      </w:r>
      <w:r>
        <w:t xml:space="preserve">Incorrect (21.29%). Apply the bet frequency BEFORE normalizing the bluff share. The verified answer is 15.79%. Candidate combos and actual betting combos are different quantities.</w:t>
      </w:r>
    </w:p>
    <w:bookmarkEnd w:id="214"/>
    <w:bookmarkStart w:id="215" w:name="ms8-q160-answer-a-56.25"/>
    <w:p>
      <w:pPr>
        <w:pStyle w:val="Heading3"/>
      </w:pPr>
      <w:r>
        <w:t xml:space="preserve">MS8-Q160 — Answer A: 56.25%</w:t>
      </w:r>
    </w:p>
    <w:p>
      <w:pPr>
        <w:pStyle w:val="FirstParagraph"/>
      </w:pPr>
      <w:r>
        <w:t xml:space="preserve">Weighted bluffs=9×1=9.00; share=(9.00)/(7+9.00)=56.25%. Candidate combos and actual betting combos are different quantities.</w:t>
      </w:r>
    </w:p>
    <w:p>
      <w:pPr>
        <w:pStyle w:val="BodyText"/>
      </w:pPr>
      <w:r>
        <w:rPr>
          <w:b/>
          <w:bCs/>
        </w:rPr>
        <w:t xml:space="preserve">A:</w:t>
      </w:r>
      <w:r>
        <w:t xml:space="preserve"> </w:t>
      </w:r>
      <w:r>
        <w:t xml:space="preserve">Correct. Candidate combos and actual betting combos are different quantities.</w:t>
      </w:r>
      <w:r>
        <w:br/>
      </w:r>
      <w:r>
        <w:rPr>
          <w:b/>
          <w:bCs/>
        </w:rPr>
        <w:t xml:space="preserve">B:</w:t>
      </w:r>
      <w:r>
        <w:t xml:space="preserve"> </w:t>
      </w:r>
      <w:r>
        <w:t xml:space="preserve">Incorrect (42.25%). Apply the bet frequency BEFORE normalizing the bluff share. The verified answer is 56.25%. Candidate combos and actual betting combos are different quantities.</w:t>
      </w:r>
      <w:r>
        <w:br/>
      </w:r>
      <w:r>
        <w:rPr>
          <w:b/>
          <w:bCs/>
        </w:rPr>
        <w:t xml:space="preserve">C:</w:t>
      </w:r>
      <w:r>
        <w:t xml:space="preserve"> </w:t>
      </w:r>
      <w:r>
        <w:t xml:space="preserve">Incorrect (49.25%). Apply the bet frequency BEFORE normalizing the bluff share. The verified answer is 56.25%. Candidate combos and actual betting combos are different quantities.</w:t>
      </w:r>
      <w:r>
        <w:br/>
      </w:r>
      <w:r>
        <w:rPr>
          <w:b/>
          <w:bCs/>
        </w:rPr>
        <w:t xml:space="preserve">D:</w:t>
      </w:r>
      <w:r>
        <w:t xml:space="preserve"> </w:t>
      </w:r>
      <w:r>
        <w:t xml:space="preserve">Incorrect (61.75%). Apply the bet frequency BEFORE normalizing the bluff share. The verified answer is 56.25%. Candidate combos and actual betting combos are different quantities.</w:t>
      </w:r>
    </w:p>
    <w:bookmarkEnd w:id="215"/>
    <w:bookmarkEnd w:id="216"/>
    <w:bookmarkStart w:id="237" w:name="solutions-unit-09-stack-to-pot-ratio"/>
    <w:p>
      <w:pPr>
        <w:pStyle w:val="Heading2"/>
      </w:pPr>
      <w:r>
        <w:t xml:space="preserve">Solutions — Unit 09: Stack-to-Pot Ratio</w:t>
      </w:r>
    </w:p>
    <w:bookmarkStart w:id="217" w:name="ms8-q161-answer-d-4.29"/>
    <w:p>
      <w:pPr>
        <w:pStyle w:val="Heading3"/>
      </w:pPr>
      <w:r>
        <w:t xml:space="preserve">MS8-Q161 — Answer D: 4.29</w:t>
      </w:r>
    </w:p>
    <w:p>
      <w:pPr>
        <w:pStyle w:val="FirstParagraph"/>
      </w:pPr>
      <w:r>
        <w:t xml:space="preserve">SPR=150/35=4.29. SPR compares remaining effective stack against the current pot.</w:t>
      </w:r>
    </w:p>
    <w:p>
      <w:pPr>
        <w:pStyle w:val="BodyText"/>
      </w:pPr>
      <w:r>
        <w:rPr>
          <w:b/>
          <w:bCs/>
        </w:rPr>
        <w:t xml:space="preserve">A:</w:t>
      </w:r>
      <w:r>
        <w:t xml:space="preserve"> </w:t>
      </w:r>
      <w:r>
        <w:t xml:space="preserve">Incorrect (5.54). SPR uses the remaining effective stack, not the original buy-in. The verified answer is 4.29. SPR compares remaining effective stack against the current pot.</w:t>
      </w:r>
      <w:r>
        <w:br/>
      </w:r>
      <w:r>
        <w:rPr>
          <w:b/>
          <w:bCs/>
        </w:rPr>
        <w:t xml:space="preserve">B:</w:t>
      </w:r>
      <w:r>
        <w:t xml:space="preserve"> </w:t>
      </w:r>
      <w:r>
        <w:t xml:space="preserve">Incorrect (7.29). SPR uses the remaining effective stack, not the original buy-in. The verified answer is 4.29. SPR compares remaining effective stack against the current pot.</w:t>
      </w:r>
      <w:r>
        <w:br/>
      </w:r>
      <w:r>
        <w:rPr>
          <w:b/>
          <w:bCs/>
        </w:rPr>
        <w:t xml:space="preserve">C:</w:t>
      </w:r>
      <w:r>
        <w:t xml:space="preserve"> </w:t>
      </w:r>
      <w:r>
        <w:t xml:space="preserve">Incorrect (3.54). SPR uses the remaining effective stack, not the original buy-in. The verified answer is 4.29. SPR compares remaining effective stack against the current pot.</w:t>
      </w:r>
      <w:r>
        <w:br/>
      </w:r>
      <w:r>
        <w:rPr>
          <w:b/>
          <w:bCs/>
        </w:rPr>
        <w:t xml:space="preserve">D:</w:t>
      </w:r>
      <w:r>
        <w:t xml:space="preserve"> </w:t>
      </w:r>
      <w:r>
        <w:t xml:space="preserve">Correct. SPR compares remaining effective stack against the current pot.</w:t>
      </w:r>
    </w:p>
    <w:bookmarkEnd w:id="217"/>
    <w:bookmarkStart w:id="218" w:name="ms8-q162-answer-c-5.00"/>
    <w:p>
      <w:pPr>
        <w:pStyle w:val="Heading3"/>
      </w:pPr>
      <w:r>
        <w:t xml:space="preserve">MS8-Q162 — Answer C: 5.00</w:t>
      </w:r>
    </w:p>
    <w:p>
      <w:pPr>
        <w:pStyle w:val="FirstParagraph"/>
      </w:pPr>
      <w:r>
        <w:t xml:space="preserve">SPR=225/45=5.00. SPR compares remaining effective stack against the current pot.</w:t>
      </w:r>
    </w:p>
    <w:p>
      <w:pPr>
        <w:pStyle w:val="BodyText"/>
      </w:pPr>
      <w:r>
        <w:rPr>
          <w:b/>
          <w:bCs/>
        </w:rPr>
        <w:t xml:space="preserve">A:</w:t>
      </w:r>
      <w:r>
        <w:t xml:space="preserve"> </w:t>
      </w:r>
      <w:r>
        <w:t xml:space="preserve">Incorrect (6.25). SPR uses the remaining effective stack, not the original buy-in. The verified answer is 5.00. SPR compares remaining effective stack against the current pot.</w:t>
      </w:r>
      <w:r>
        <w:br/>
      </w:r>
      <w:r>
        <w:rPr>
          <w:b/>
          <w:bCs/>
        </w:rPr>
        <w:t xml:space="preserve">B:</w:t>
      </w:r>
      <w:r>
        <w:t xml:space="preserve"> </w:t>
      </w:r>
      <w:r>
        <w:t xml:space="preserve">Incorrect (8.00). SPR uses the remaining effective stack, not the original buy-in. The verified answer is 5.00. SPR compares remaining effective stack against the current pot.</w:t>
      </w:r>
      <w:r>
        <w:br/>
      </w:r>
      <w:r>
        <w:rPr>
          <w:b/>
          <w:bCs/>
        </w:rPr>
        <w:t xml:space="preserve">C:</w:t>
      </w:r>
      <w:r>
        <w:t xml:space="preserve"> </w:t>
      </w:r>
      <w:r>
        <w:t xml:space="preserve">Correct. SPR compares remaining effective stack against the current pot.</w:t>
      </w:r>
      <w:r>
        <w:br/>
      </w:r>
      <w:r>
        <w:rPr>
          <w:b/>
          <w:bCs/>
        </w:rPr>
        <w:t xml:space="preserve">D:</w:t>
      </w:r>
      <w:r>
        <w:t xml:space="preserve"> </w:t>
      </w:r>
      <w:r>
        <w:t xml:space="preserve">Incorrect (4.25). SPR uses the remaining effective stack, not the original buy-in. The verified answer is 5.00. SPR compares remaining effective stack against the current pot.</w:t>
      </w:r>
    </w:p>
    <w:bookmarkEnd w:id="218"/>
    <w:bookmarkStart w:id="219" w:name="ms8-q163-answer-b-5.45"/>
    <w:p>
      <w:pPr>
        <w:pStyle w:val="Heading3"/>
      </w:pPr>
      <w:r>
        <w:t xml:space="preserve">MS8-Q163 — Answer B: 5.45</w:t>
      </w:r>
    </w:p>
    <w:p>
      <w:pPr>
        <w:pStyle w:val="FirstParagraph"/>
      </w:pPr>
      <w:r>
        <w:t xml:space="preserve">SPR=300/55=5.45. SPR compares remaining effective stack against the current pot.</w:t>
      </w:r>
    </w:p>
    <w:p>
      <w:pPr>
        <w:pStyle w:val="BodyText"/>
      </w:pPr>
      <w:r>
        <w:rPr>
          <w:b/>
          <w:bCs/>
        </w:rPr>
        <w:t xml:space="preserve">A:</w:t>
      </w:r>
      <w:r>
        <w:t xml:space="preserve"> </w:t>
      </w:r>
      <w:r>
        <w:t xml:space="preserve">Incorrect (6.70). SPR uses the remaining effective stack, not the original buy-in. The verified answer is 5.45. SPR compares remaining effective stack against the current pot.</w:t>
      </w:r>
      <w:r>
        <w:br/>
      </w:r>
      <w:r>
        <w:rPr>
          <w:b/>
          <w:bCs/>
        </w:rPr>
        <w:t xml:space="preserve">B:</w:t>
      </w:r>
      <w:r>
        <w:t xml:space="preserve"> </w:t>
      </w:r>
      <w:r>
        <w:t xml:space="preserve">Correct. SPR compares remaining effective stack against the current pot.</w:t>
      </w:r>
      <w:r>
        <w:br/>
      </w:r>
      <w:r>
        <w:rPr>
          <w:b/>
          <w:bCs/>
        </w:rPr>
        <w:t xml:space="preserve">C:</w:t>
      </w:r>
      <w:r>
        <w:t xml:space="preserve"> </w:t>
      </w:r>
      <w:r>
        <w:t xml:space="preserve">Incorrect (8.45). SPR uses the remaining effective stack, not the original buy-in. The verified answer is 5.45. SPR compares remaining effective stack against the current pot.</w:t>
      </w:r>
      <w:r>
        <w:br/>
      </w:r>
      <w:r>
        <w:rPr>
          <w:b/>
          <w:bCs/>
        </w:rPr>
        <w:t xml:space="preserve">D:</w:t>
      </w:r>
      <w:r>
        <w:t xml:space="preserve"> </w:t>
      </w:r>
      <w:r>
        <w:t xml:space="preserve">Incorrect (4.70). SPR uses the remaining effective stack, not the original buy-in. The verified answer is 5.45. SPR compares remaining effective stack against the current pot.</w:t>
      </w:r>
    </w:p>
    <w:bookmarkEnd w:id="219"/>
    <w:bookmarkStart w:id="220" w:name="ms8-q164-answer-a-5.77"/>
    <w:p>
      <w:pPr>
        <w:pStyle w:val="Heading3"/>
      </w:pPr>
      <w:r>
        <w:t xml:space="preserve">MS8-Q164 — Answer A: 5.77</w:t>
      </w:r>
    </w:p>
    <w:p>
      <w:pPr>
        <w:pStyle w:val="FirstParagraph"/>
      </w:pPr>
      <w:r>
        <w:t xml:space="preserve">SPR=375/65=5.77. SPR compares remaining effective stack against the current pot.</w:t>
      </w:r>
    </w:p>
    <w:p>
      <w:pPr>
        <w:pStyle w:val="BodyText"/>
      </w:pPr>
      <w:r>
        <w:rPr>
          <w:b/>
          <w:bCs/>
        </w:rPr>
        <w:t xml:space="preserve">A:</w:t>
      </w:r>
      <w:r>
        <w:t xml:space="preserve"> </w:t>
      </w:r>
      <w:r>
        <w:t xml:space="preserve">Correct. SPR compares remaining effective stack against the current pot.</w:t>
      </w:r>
      <w:r>
        <w:br/>
      </w:r>
      <w:r>
        <w:rPr>
          <w:b/>
          <w:bCs/>
        </w:rPr>
        <w:t xml:space="preserve">B:</w:t>
      </w:r>
      <w:r>
        <w:t xml:space="preserve"> </w:t>
      </w:r>
      <w:r>
        <w:t xml:space="preserve">Incorrect (7.02). SPR uses the remaining effective stack, not the original buy-in. The verified answer is 5.77. SPR compares remaining effective stack against the current pot.</w:t>
      </w:r>
      <w:r>
        <w:br/>
      </w:r>
      <w:r>
        <w:rPr>
          <w:b/>
          <w:bCs/>
        </w:rPr>
        <w:t xml:space="preserve">C:</w:t>
      </w:r>
      <w:r>
        <w:t xml:space="preserve"> </w:t>
      </w:r>
      <w:r>
        <w:t xml:space="preserve">Incorrect (8.77). SPR uses the remaining effective stack, not the original buy-in. The verified answer is 5.77. SPR compares remaining effective stack against the current pot.</w:t>
      </w:r>
      <w:r>
        <w:br/>
      </w:r>
      <w:r>
        <w:rPr>
          <w:b/>
          <w:bCs/>
        </w:rPr>
        <w:t xml:space="preserve">D:</w:t>
      </w:r>
      <w:r>
        <w:t xml:space="preserve"> </w:t>
      </w:r>
      <w:r>
        <w:t xml:space="preserve">Incorrect (5.02). SPR uses the remaining effective stack, not the original buy-in. The verified answer is 5.77. SPR compares remaining effective stack against the current pot.</w:t>
      </w:r>
    </w:p>
    <w:bookmarkEnd w:id="220"/>
    <w:bookmarkStart w:id="221" w:name="ms8-q165-answer-d-6.00"/>
    <w:p>
      <w:pPr>
        <w:pStyle w:val="Heading3"/>
      </w:pPr>
      <w:r>
        <w:t xml:space="preserve">MS8-Q165 — Answer D: 6.00</w:t>
      </w:r>
    </w:p>
    <w:p>
      <w:pPr>
        <w:pStyle w:val="FirstParagraph"/>
      </w:pPr>
      <w:r>
        <w:t xml:space="preserve">SPR=450/75=6.00. SPR compares remaining effective stack against the current pot.</w:t>
      </w:r>
    </w:p>
    <w:p>
      <w:pPr>
        <w:pStyle w:val="BodyText"/>
      </w:pPr>
      <w:r>
        <w:rPr>
          <w:b/>
          <w:bCs/>
        </w:rPr>
        <w:t xml:space="preserve">A:</w:t>
      </w:r>
      <w:r>
        <w:t xml:space="preserve"> </w:t>
      </w:r>
      <w:r>
        <w:t xml:space="preserve">Incorrect (7.25). SPR uses the remaining effective stack, not the original buy-in. The verified answer is 6.00. SPR compares remaining effective stack against the current pot.</w:t>
      </w:r>
      <w:r>
        <w:br/>
      </w:r>
      <w:r>
        <w:rPr>
          <w:b/>
          <w:bCs/>
        </w:rPr>
        <w:t xml:space="preserve">B:</w:t>
      </w:r>
      <w:r>
        <w:t xml:space="preserve"> </w:t>
      </w:r>
      <w:r>
        <w:t xml:space="preserve">Incorrect (9.00). SPR uses the remaining effective stack, not the original buy-in. The verified answer is 6.00. SPR compares remaining effective stack against the current pot.</w:t>
      </w:r>
      <w:r>
        <w:br/>
      </w:r>
      <w:r>
        <w:rPr>
          <w:b/>
          <w:bCs/>
        </w:rPr>
        <w:t xml:space="preserve">C:</w:t>
      </w:r>
      <w:r>
        <w:t xml:space="preserve"> </w:t>
      </w:r>
      <w:r>
        <w:t xml:space="preserve">Incorrect (5.25). SPR uses the remaining effective stack, not the original buy-in. The verified answer is 6.00. SPR compares remaining effective stack against the current pot.</w:t>
      </w:r>
      <w:r>
        <w:br/>
      </w:r>
      <w:r>
        <w:rPr>
          <w:b/>
          <w:bCs/>
        </w:rPr>
        <w:t xml:space="preserve">D:</w:t>
      </w:r>
      <w:r>
        <w:t xml:space="preserve"> </w:t>
      </w:r>
      <w:r>
        <w:t xml:space="preserve">Correct. SPR compares remaining effective stack against the current pot.</w:t>
      </w:r>
    </w:p>
    <w:bookmarkEnd w:id="221"/>
    <w:bookmarkStart w:id="222" w:name="ms8-q166-answer-c-2.35"/>
    <w:p>
      <w:pPr>
        <w:pStyle w:val="Heading3"/>
      </w:pPr>
      <w:r>
        <w:t xml:space="preserve">MS8-Q166 — Answer C: 2.35</w:t>
      </w:r>
    </w:p>
    <w:p>
      <w:pPr>
        <w:pStyle w:val="FirstParagraph"/>
      </w:pPr>
      <w:r>
        <w:t xml:space="preserve">SPR=200/85=2.35. SPR compares remaining effective stack against the current pot.</w:t>
      </w:r>
    </w:p>
    <w:p>
      <w:pPr>
        <w:pStyle w:val="BodyText"/>
      </w:pPr>
      <w:r>
        <w:rPr>
          <w:b/>
          <w:bCs/>
        </w:rPr>
        <w:t xml:space="preserve">A:</w:t>
      </w:r>
      <w:r>
        <w:t xml:space="preserve"> </w:t>
      </w:r>
      <w:r>
        <w:t xml:space="preserve">Incorrect (3.60). SPR uses the remaining effective stack, not the original buy-in. The verified answer is 2.35. SPR compares remaining effective stack against the current pot.</w:t>
      </w:r>
      <w:r>
        <w:br/>
      </w:r>
      <w:r>
        <w:rPr>
          <w:b/>
          <w:bCs/>
        </w:rPr>
        <w:t xml:space="preserve">B:</w:t>
      </w:r>
      <w:r>
        <w:t xml:space="preserve"> </w:t>
      </w:r>
      <w:r>
        <w:t xml:space="preserve">Incorrect (5.35). SPR uses the remaining effective stack, not the original buy-in. The verified answer is 2.35. SPR compares remaining effective stack against the current pot.</w:t>
      </w:r>
      <w:r>
        <w:br/>
      </w:r>
      <w:r>
        <w:rPr>
          <w:b/>
          <w:bCs/>
        </w:rPr>
        <w:t xml:space="preserve">C:</w:t>
      </w:r>
      <w:r>
        <w:t xml:space="preserve"> </w:t>
      </w:r>
      <w:r>
        <w:t xml:space="preserve">Correct. SPR compares remaining effective stack against the current pot.</w:t>
      </w:r>
      <w:r>
        <w:br/>
      </w:r>
      <w:r>
        <w:rPr>
          <w:b/>
          <w:bCs/>
        </w:rPr>
        <w:t xml:space="preserve">D:</w:t>
      </w:r>
      <w:r>
        <w:t xml:space="preserve"> </w:t>
      </w:r>
      <w:r>
        <w:t xml:space="preserve">Incorrect (1.60). SPR uses the remaining effective stack, not the original buy-in. The verified answer is 2.35. SPR compares remaining effective stack against the current pot.</w:t>
      </w:r>
    </w:p>
    <w:bookmarkEnd w:id="222"/>
    <w:bookmarkStart w:id="223" w:name="ms8-q167-answer-b-2.89"/>
    <w:p>
      <w:pPr>
        <w:pStyle w:val="Heading3"/>
      </w:pPr>
      <w:r>
        <w:t xml:space="preserve">MS8-Q167 — Answer B: 2.89</w:t>
      </w:r>
    </w:p>
    <w:p>
      <w:pPr>
        <w:pStyle w:val="FirstParagraph"/>
      </w:pPr>
      <w:r>
        <w:t xml:space="preserve">SPR=275/95=2.89. SPR compares remaining effective stack against the current pot.</w:t>
      </w:r>
    </w:p>
    <w:p>
      <w:pPr>
        <w:pStyle w:val="BodyText"/>
      </w:pPr>
      <w:r>
        <w:rPr>
          <w:b/>
          <w:bCs/>
        </w:rPr>
        <w:t xml:space="preserve">A:</w:t>
      </w:r>
      <w:r>
        <w:t xml:space="preserve"> </w:t>
      </w:r>
      <w:r>
        <w:t xml:space="preserve">Incorrect (4.14). SPR uses the remaining effective stack, not the original buy-in. The verified answer is 2.89. SPR compares remaining effective stack against the current pot.</w:t>
      </w:r>
      <w:r>
        <w:br/>
      </w:r>
      <w:r>
        <w:rPr>
          <w:b/>
          <w:bCs/>
        </w:rPr>
        <w:t xml:space="preserve">B:</w:t>
      </w:r>
      <w:r>
        <w:t xml:space="preserve"> </w:t>
      </w:r>
      <w:r>
        <w:t xml:space="preserve">Correct. SPR compares remaining effective stack against the current pot.</w:t>
      </w:r>
      <w:r>
        <w:br/>
      </w:r>
      <w:r>
        <w:rPr>
          <w:b/>
          <w:bCs/>
        </w:rPr>
        <w:t xml:space="preserve">C:</w:t>
      </w:r>
      <w:r>
        <w:t xml:space="preserve"> </w:t>
      </w:r>
      <w:r>
        <w:t xml:space="preserve">Incorrect (5.89). SPR uses the remaining effective stack, not the original buy-in. The verified answer is 2.89. SPR compares remaining effective stack against the current pot.</w:t>
      </w:r>
      <w:r>
        <w:br/>
      </w:r>
      <w:r>
        <w:rPr>
          <w:b/>
          <w:bCs/>
        </w:rPr>
        <w:t xml:space="preserve">D:</w:t>
      </w:r>
      <w:r>
        <w:t xml:space="preserve"> </w:t>
      </w:r>
      <w:r>
        <w:t xml:space="preserve">Incorrect (2.14). SPR uses the remaining effective stack, not the original buy-in. The verified answer is 2.89. SPR compares remaining effective stack against the current pot.</w:t>
      </w:r>
    </w:p>
    <w:bookmarkEnd w:id="223"/>
    <w:bookmarkStart w:id="224" w:name="ms8-q168-answer-a-3.33"/>
    <w:p>
      <w:pPr>
        <w:pStyle w:val="Heading3"/>
      </w:pPr>
      <w:r>
        <w:t xml:space="preserve">MS8-Q168 — Answer A: 3.33</w:t>
      </w:r>
    </w:p>
    <w:p>
      <w:pPr>
        <w:pStyle w:val="FirstParagraph"/>
      </w:pPr>
      <w:r>
        <w:t xml:space="preserve">SPR=350/105=3.33. SPR compares remaining effective stack against the current pot.</w:t>
      </w:r>
    </w:p>
    <w:p>
      <w:pPr>
        <w:pStyle w:val="BodyText"/>
      </w:pPr>
      <w:r>
        <w:rPr>
          <w:b/>
          <w:bCs/>
        </w:rPr>
        <w:t xml:space="preserve">A:</w:t>
      </w:r>
      <w:r>
        <w:t xml:space="preserve"> </w:t>
      </w:r>
      <w:r>
        <w:t xml:space="preserve">Correct. SPR compares remaining effective stack against the current pot.</w:t>
      </w:r>
      <w:r>
        <w:br/>
      </w:r>
      <w:r>
        <w:rPr>
          <w:b/>
          <w:bCs/>
        </w:rPr>
        <w:t xml:space="preserve">B:</w:t>
      </w:r>
      <w:r>
        <w:t xml:space="preserve"> </w:t>
      </w:r>
      <w:r>
        <w:t xml:space="preserve">Incorrect (4.58). SPR uses the remaining effective stack, not the original buy-in. The verified answer is 3.33. SPR compares remaining effective stack against the current pot.</w:t>
      </w:r>
      <w:r>
        <w:br/>
      </w:r>
      <w:r>
        <w:rPr>
          <w:b/>
          <w:bCs/>
        </w:rPr>
        <w:t xml:space="preserve">C:</w:t>
      </w:r>
      <w:r>
        <w:t xml:space="preserve"> </w:t>
      </w:r>
      <w:r>
        <w:t xml:space="preserve">Incorrect (6.33). SPR uses the remaining effective stack, not the original buy-in. The verified answer is 3.33. SPR compares remaining effective stack against the current pot.</w:t>
      </w:r>
      <w:r>
        <w:br/>
      </w:r>
      <w:r>
        <w:rPr>
          <w:b/>
          <w:bCs/>
        </w:rPr>
        <w:t xml:space="preserve">D:</w:t>
      </w:r>
      <w:r>
        <w:t xml:space="preserve"> </w:t>
      </w:r>
      <w:r>
        <w:t xml:space="preserve">Incorrect (2.58). SPR uses the remaining effective stack, not the original buy-in. The verified answer is 3.33. SPR compares remaining effective stack against the current pot.</w:t>
      </w:r>
    </w:p>
    <w:bookmarkEnd w:id="224"/>
    <w:bookmarkStart w:id="225" w:name="ms8-q169-answer-d-12.14"/>
    <w:p>
      <w:pPr>
        <w:pStyle w:val="Heading3"/>
      </w:pPr>
      <w:r>
        <w:t xml:space="preserve">MS8-Q169 — Answer D: 12.14</w:t>
      </w:r>
    </w:p>
    <w:p>
      <w:pPr>
        <w:pStyle w:val="FirstParagraph"/>
      </w:pPr>
      <w:r>
        <w:t xml:space="preserve">SPR=425/35=12.14. SPR compares remaining effective stack against the current pot.</w:t>
      </w:r>
    </w:p>
    <w:p>
      <w:pPr>
        <w:pStyle w:val="BodyText"/>
      </w:pPr>
      <w:r>
        <w:rPr>
          <w:b/>
          <w:bCs/>
        </w:rPr>
        <w:t xml:space="preserve">A:</w:t>
      </w:r>
      <w:r>
        <w:t xml:space="preserve"> </w:t>
      </w:r>
      <w:r>
        <w:t xml:space="preserve">Incorrect (13.39). SPR uses the remaining effective stack, not the original buy-in. The verified answer is 12.14. SPR compares remaining effective stack against the current pot.</w:t>
      </w:r>
      <w:r>
        <w:br/>
      </w:r>
      <w:r>
        <w:rPr>
          <w:b/>
          <w:bCs/>
        </w:rPr>
        <w:t xml:space="preserve">B:</w:t>
      </w:r>
      <w:r>
        <w:t xml:space="preserve"> </w:t>
      </w:r>
      <w:r>
        <w:t xml:space="preserve">Incorrect (15.14). SPR uses the remaining effective stack, not the original buy-in. The verified answer is 12.14. SPR compares remaining effective stack against the current pot.</w:t>
      </w:r>
      <w:r>
        <w:br/>
      </w:r>
      <w:r>
        <w:rPr>
          <w:b/>
          <w:bCs/>
        </w:rPr>
        <w:t xml:space="preserve">C:</w:t>
      </w:r>
      <w:r>
        <w:t xml:space="preserve"> </w:t>
      </w:r>
      <w:r>
        <w:t xml:space="preserve">Incorrect (11.39). SPR uses the remaining effective stack, not the original buy-in. The verified answer is 12.14. SPR compares remaining effective stack against the current pot.</w:t>
      </w:r>
      <w:r>
        <w:br/>
      </w:r>
      <w:r>
        <w:rPr>
          <w:b/>
          <w:bCs/>
        </w:rPr>
        <w:t xml:space="preserve">D:</w:t>
      </w:r>
      <w:r>
        <w:t xml:space="preserve"> </w:t>
      </w:r>
      <w:r>
        <w:t xml:space="preserve">Correct. SPR compares remaining effective stack against the current pot.</w:t>
      </w:r>
    </w:p>
    <w:bookmarkEnd w:id="225"/>
    <w:bookmarkStart w:id="226" w:name="ms8-q170-answer-c-3.89"/>
    <w:p>
      <w:pPr>
        <w:pStyle w:val="Heading3"/>
      </w:pPr>
      <w:r>
        <w:t xml:space="preserve">MS8-Q170 — Answer C: 3.89</w:t>
      </w:r>
    </w:p>
    <w:p>
      <w:pPr>
        <w:pStyle w:val="FirstParagraph"/>
      </w:pPr>
      <w:r>
        <w:t xml:space="preserve">SPR=175/45=3.89. SPR compares remaining effective stack against the current pot.</w:t>
      </w:r>
    </w:p>
    <w:p>
      <w:pPr>
        <w:pStyle w:val="BodyText"/>
      </w:pPr>
      <w:r>
        <w:rPr>
          <w:b/>
          <w:bCs/>
        </w:rPr>
        <w:t xml:space="preserve">A:</w:t>
      </w:r>
      <w:r>
        <w:t xml:space="preserve"> </w:t>
      </w:r>
      <w:r>
        <w:t xml:space="preserve">Incorrect (5.14). SPR uses the remaining effective stack, not the original buy-in. The verified answer is 3.89. SPR compares remaining effective stack against the current pot.</w:t>
      </w:r>
      <w:r>
        <w:br/>
      </w:r>
      <w:r>
        <w:rPr>
          <w:b/>
          <w:bCs/>
        </w:rPr>
        <w:t xml:space="preserve">B:</w:t>
      </w:r>
      <w:r>
        <w:t xml:space="preserve"> </w:t>
      </w:r>
      <w:r>
        <w:t xml:space="preserve">Incorrect (6.89). SPR uses the remaining effective stack, not the original buy-in. The verified answer is 3.89. SPR compares remaining effective stack against the current pot.</w:t>
      </w:r>
      <w:r>
        <w:br/>
      </w:r>
      <w:r>
        <w:rPr>
          <w:b/>
          <w:bCs/>
        </w:rPr>
        <w:t xml:space="preserve">C:</w:t>
      </w:r>
      <w:r>
        <w:t xml:space="preserve"> </w:t>
      </w:r>
      <w:r>
        <w:t xml:space="preserve">Correct. SPR compares remaining effective stack against the current pot.</w:t>
      </w:r>
      <w:r>
        <w:br/>
      </w:r>
      <w:r>
        <w:rPr>
          <w:b/>
          <w:bCs/>
        </w:rPr>
        <w:t xml:space="preserve">D:</w:t>
      </w:r>
      <w:r>
        <w:t xml:space="preserve"> </w:t>
      </w:r>
      <w:r>
        <w:t xml:space="preserve">Incorrect (3.14). SPR uses the remaining effective stack, not the original buy-in. The verified answer is 3.89. SPR compares remaining effective stack against the current pot.</w:t>
      </w:r>
    </w:p>
    <w:bookmarkEnd w:id="226"/>
    <w:bookmarkStart w:id="227" w:name="ms8-q171-answer-b-4.55"/>
    <w:p>
      <w:pPr>
        <w:pStyle w:val="Heading3"/>
      </w:pPr>
      <w:r>
        <w:t xml:space="preserve">MS8-Q171 — Answer B: 4.55</w:t>
      </w:r>
    </w:p>
    <w:p>
      <w:pPr>
        <w:pStyle w:val="FirstParagraph"/>
      </w:pPr>
      <w:r>
        <w:t xml:space="preserve">SPR=250/55=4.55. SPR compares remaining effective stack against the current pot.</w:t>
      </w:r>
    </w:p>
    <w:p>
      <w:pPr>
        <w:pStyle w:val="BodyText"/>
      </w:pPr>
      <w:r>
        <w:rPr>
          <w:b/>
          <w:bCs/>
        </w:rPr>
        <w:t xml:space="preserve">A:</w:t>
      </w:r>
      <w:r>
        <w:t xml:space="preserve"> </w:t>
      </w:r>
      <w:r>
        <w:t xml:space="preserve">Incorrect (5.80). SPR uses the remaining effective stack, not the original buy-in. The verified answer is 4.55. SPR compares remaining effective stack against the current pot.</w:t>
      </w:r>
      <w:r>
        <w:br/>
      </w:r>
      <w:r>
        <w:rPr>
          <w:b/>
          <w:bCs/>
        </w:rPr>
        <w:t xml:space="preserve">B:</w:t>
      </w:r>
      <w:r>
        <w:t xml:space="preserve"> </w:t>
      </w:r>
      <w:r>
        <w:t xml:space="preserve">Correct. SPR compares remaining effective stack against the current pot.</w:t>
      </w:r>
      <w:r>
        <w:br/>
      </w:r>
      <w:r>
        <w:rPr>
          <w:b/>
          <w:bCs/>
        </w:rPr>
        <w:t xml:space="preserve">C:</w:t>
      </w:r>
      <w:r>
        <w:t xml:space="preserve"> </w:t>
      </w:r>
      <w:r>
        <w:t xml:space="preserve">Incorrect (7.55). SPR uses the remaining effective stack, not the original buy-in. The verified answer is 4.55. SPR compares remaining effective stack against the current pot.</w:t>
      </w:r>
      <w:r>
        <w:br/>
      </w:r>
      <w:r>
        <w:rPr>
          <w:b/>
          <w:bCs/>
        </w:rPr>
        <w:t xml:space="preserve">D:</w:t>
      </w:r>
      <w:r>
        <w:t xml:space="preserve"> </w:t>
      </w:r>
      <w:r>
        <w:t xml:space="preserve">Incorrect (3.80). SPR uses the remaining effective stack, not the original buy-in. The verified answer is 4.55. SPR compares remaining effective stack against the current pot.</w:t>
      </w:r>
    </w:p>
    <w:bookmarkEnd w:id="227"/>
    <w:bookmarkStart w:id="228" w:name="ms8-q172-answer-a-5.00"/>
    <w:p>
      <w:pPr>
        <w:pStyle w:val="Heading3"/>
      </w:pPr>
      <w:r>
        <w:t xml:space="preserve">MS8-Q172 — Answer A: 5.00</w:t>
      </w:r>
    </w:p>
    <w:p>
      <w:pPr>
        <w:pStyle w:val="FirstParagraph"/>
      </w:pPr>
      <w:r>
        <w:t xml:space="preserve">SPR=325/65=5.00. SPR compares remaining effective stack against the current pot.</w:t>
      </w:r>
    </w:p>
    <w:p>
      <w:pPr>
        <w:pStyle w:val="BodyText"/>
      </w:pPr>
      <w:r>
        <w:rPr>
          <w:b/>
          <w:bCs/>
        </w:rPr>
        <w:t xml:space="preserve">A:</w:t>
      </w:r>
      <w:r>
        <w:t xml:space="preserve"> </w:t>
      </w:r>
      <w:r>
        <w:t xml:space="preserve">Correct. SPR compares remaining effective stack against the current pot.</w:t>
      </w:r>
      <w:r>
        <w:br/>
      </w:r>
      <w:r>
        <w:rPr>
          <w:b/>
          <w:bCs/>
        </w:rPr>
        <w:t xml:space="preserve">B:</w:t>
      </w:r>
      <w:r>
        <w:t xml:space="preserve"> </w:t>
      </w:r>
      <w:r>
        <w:t xml:space="preserve">Incorrect (6.25). SPR uses the remaining effective stack, not the original buy-in. The verified answer is 5.00. SPR compares remaining effective stack against the current pot.</w:t>
      </w:r>
      <w:r>
        <w:br/>
      </w:r>
      <w:r>
        <w:rPr>
          <w:b/>
          <w:bCs/>
        </w:rPr>
        <w:t xml:space="preserve">C:</w:t>
      </w:r>
      <w:r>
        <w:t xml:space="preserve"> </w:t>
      </w:r>
      <w:r>
        <w:t xml:space="preserve">Incorrect (8.00). SPR uses the remaining effective stack, not the original buy-in. The verified answer is 5.00. SPR compares remaining effective stack against the current pot.</w:t>
      </w:r>
      <w:r>
        <w:br/>
      </w:r>
      <w:r>
        <w:rPr>
          <w:b/>
          <w:bCs/>
        </w:rPr>
        <w:t xml:space="preserve">D:</w:t>
      </w:r>
      <w:r>
        <w:t xml:space="preserve"> </w:t>
      </w:r>
      <w:r>
        <w:t xml:space="preserve">Incorrect (4.25). SPR uses the remaining effective stack, not the original buy-in. The verified answer is 5.00. SPR compares remaining effective stack against the current pot.</w:t>
      </w:r>
    </w:p>
    <w:bookmarkEnd w:id="228"/>
    <w:bookmarkStart w:id="229" w:name="ms8-q173-answer-d-5.33"/>
    <w:p>
      <w:pPr>
        <w:pStyle w:val="Heading3"/>
      </w:pPr>
      <w:r>
        <w:t xml:space="preserve">MS8-Q173 — Answer D: 5.33</w:t>
      </w:r>
    </w:p>
    <w:p>
      <w:pPr>
        <w:pStyle w:val="FirstParagraph"/>
      </w:pPr>
      <w:r>
        <w:t xml:space="preserve">SPR=400/75=5.33. SPR compares remaining effective stack against the current pot.</w:t>
      </w:r>
    </w:p>
    <w:p>
      <w:pPr>
        <w:pStyle w:val="BodyText"/>
      </w:pPr>
      <w:r>
        <w:rPr>
          <w:b/>
          <w:bCs/>
        </w:rPr>
        <w:t xml:space="preserve">A:</w:t>
      </w:r>
      <w:r>
        <w:t xml:space="preserve"> </w:t>
      </w:r>
      <w:r>
        <w:t xml:space="preserve">Incorrect (6.58). SPR uses the remaining effective stack, not the original buy-in. The verified answer is 5.33. SPR compares remaining effective stack against the current pot.</w:t>
      </w:r>
      <w:r>
        <w:br/>
      </w:r>
      <w:r>
        <w:rPr>
          <w:b/>
          <w:bCs/>
        </w:rPr>
        <w:t xml:space="preserve">B:</w:t>
      </w:r>
      <w:r>
        <w:t xml:space="preserve"> </w:t>
      </w:r>
      <w:r>
        <w:t xml:space="preserve">Incorrect (8.33). SPR uses the remaining effective stack, not the original buy-in. The verified answer is 5.33. SPR compares remaining effective stack against the current pot.</w:t>
      </w:r>
      <w:r>
        <w:br/>
      </w:r>
      <w:r>
        <w:rPr>
          <w:b/>
          <w:bCs/>
        </w:rPr>
        <w:t xml:space="preserve">C:</w:t>
      </w:r>
      <w:r>
        <w:t xml:space="preserve"> </w:t>
      </w:r>
      <w:r>
        <w:t xml:space="preserve">Incorrect (4.58). SPR uses the remaining effective stack, not the original buy-in. The verified answer is 5.33. SPR compares remaining effective stack against the current pot.</w:t>
      </w:r>
      <w:r>
        <w:br/>
      </w:r>
      <w:r>
        <w:rPr>
          <w:b/>
          <w:bCs/>
        </w:rPr>
        <w:t xml:space="preserve">D:</w:t>
      </w:r>
      <w:r>
        <w:t xml:space="preserve"> </w:t>
      </w:r>
      <w:r>
        <w:t xml:space="preserve">Correct. SPR compares remaining effective stack against the current pot.</w:t>
      </w:r>
    </w:p>
    <w:bookmarkEnd w:id="229"/>
    <w:bookmarkStart w:id="230" w:name="ms8-q174-answer-c-1.76"/>
    <w:p>
      <w:pPr>
        <w:pStyle w:val="Heading3"/>
      </w:pPr>
      <w:r>
        <w:t xml:space="preserve">MS8-Q174 — Answer C: 1.76</w:t>
      </w:r>
    </w:p>
    <w:p>
      <w:pPr>
        <w:pStyle w:val="FirstParagraph"/>
      </w:pPr>
      <w:r>
        <w:t xml:space="preserve">SPR=150/85=1.76. SPR compares remaining effective stack against the current pot.</w:t>
      </w:r>
    </w:p>
    <w:p>
      <w:pPr>
        <w:pStyle w:val="BodyText"/>
      </w:pPr>
      <w:r>
        <w:rPr>
          <w:b/>
          <w:bCs/>
        </w:rPr>
        <w:t xml:space="preserve">A:</w:t>
      </w:r>
      <w:r>
        <w:t xml:space="preserve"> </w:t>
      </w:r>
      <w:r>
        <w:t xml:space="preserve">Incorrect (3.01). SPR uses the remaining effective stack, not the original buy-in. The verified answer is 1.76. SPR compares remaining effective stack against the current pot.</w:t>
      </w:r>
      <w:r>
        <w:br/>
      </w:r>
      <w:r>
        <w:rPr>
          <w:b/>
          <w:bCs/>
        </w:rPr>
        <w:t xml:space="preserve">B:</w:t>
      </w:r>
      <w:r>
        <w:t xml:space="preserve"> </w:t>
      </w:r>
      <w:r>
        <w:t xml:space="preserve">Incorrect (4.76). SPR uses the remaining effective stack, not the original buy-in. The verified answer is 1.76. SPR compares remaining effective stack against the current pot.</w:t>
      </w:r>
      <w:r>
        <w:br/>
      </w:r>
      <w:r>
        <w:rPr>
          <w:b/>
          <w:bCs/>
        </w:rPr>
        <w:t xml:space="preserve">C:</w:t>
      </w:r>
      <w:r>
        <w:t xml:space="preserve"> </w:t>
      </w:r>
      <w:r>
        <w:t xml:space="preserve">Correct. SPR compares remaining effective stack against the current pot.</w:t>
      </w:r>
      <w:r>
        <w:br/>
      </w:r>
      <w:r>
        <w:rPr>
          <w:b/>
          <w:bCs/>
        </w:rPr>
        <w:t xml:space="preserve">D:</w:t>
      </w:r>
      <w:r>
        <w:t xml:space="preserve"> </w:t>
      </w:r>
      <w:r>
        <w:t xml:space="preserve">Incorrect (1.01). SPR uses the remaining effective stack, not the original buy-in. The verified answer is 1.76. SPR compares remaining effective stack against the current pot.</w:t>
      </w:r>
    </w:p>
    <w:bookmarkEnd w:id="230"/>
    <w:bookmarkStart w:id="231" w:name="ms8-q175-answer-b-2.37"/>
    <w:p>
      <w:pPr>
        <w:pStyle w:val="Heading3"/>
      </w:pPr>
      <w:r>
        <w:t xml:space="preserve">MS8-Q175 — Answer B: 2.37</w:t>
      </w:r>
    </w:p>
    <w:p>
      <w:pPr>
        <w:pStyle w:val="FirstParagraph"/>
      </w:pPr>
      <w:r>
        <w:t xml:space="preserve">SPR=225/95=2.37. SPR compares remaining effective stack against the current pot.</w:t>
      </w:r>
    </w:p>
    <w:p>
      <w:pPr>
        <w:pStyle w:val="BodyText"/>
      </w:pPr>
      <w:r>
        <w:rPr>
          <w:b/>
          <w:bCs/>
        </w:rPr>
        <w:t xml:space="preserve">A:</w:t>
      </w:r>
      <w:r>
        <w:t xml:space="preserve"> </w:t>
      </w:r>
      <w:r>
        <w:t xml:space="preserve">Incorrect (3.62). SPR uses the remaining effective stack, not the original buy-in. The verified answer is 2.37. SPR compares remaining effective stack against the current pot.</w:t>
      </w:r>
      <w:r>
        <w:br/>
      </w:r>
      <w:r>
        <w:rPr>
          <w:b/>
          <w:bCs/>
        </w:rPr>
        <w:t xml:space="preserve">B:</w:t>
      </w:r>
      <w:r>
        <w:t xml:space="preserve"> </w:t>
      </w:r>
      <w:r>
        <w:t xml:space="preserve">Correct. SPR compares remaining effective stack against the current pot.</w:t>
      </w:r>
      <w:r>
        <w:br/>
      </w:r>
      <w:r>
        <w:rPr>
          <w:b/>
          <w:bCs/>
        </w:rPr>
        <w:t xml:space="preserve">C:</w:t>
      </w:r>
      <w:r>
        <w:t xml:space="preserve"> </w:t>
      </w:r>
      <w:r>
        <w:t xml:space="preserve">Incorrect (5.37). SPR uses the remaining effective stack, not the original buy-in. The verified answer is 2.37. SPR compares remaining effective stack against the current pot.</w:t>
      </w:r>
      <w:r>
        <w:br/>
      </w:r>
      <w:r>
        <w:rPr>
          <w:b/>
          <w:bCs/>
        </w:rPr>
        <w:t xml:space="preserve">D:</w:t>
      </w:r>
      <w:r>
        <w:t xml:space="preserve"> </w:t>
      </w:r>
      <w:r>
        <w:t xml:space="preserve">Incorrect (1.62). SPR uses the remaining effective stack, not the original buy-in. The verified answer is 2.37. SPR compares remaining effective stack against the current pot.</w:t>
      </w:r>
    </w:p>
    <w:bookmarkEnd w:id="231"/>
    <w:bookmarkStart w:id="232" w:name="ms8-q176-answer-a-2.86"/>
    <w:p>
      <w:pPr>
        <w:pStyle w:val="Heading3"/>
      </w:pPr>
      <w:r>
        <w:t xml:space="preserve">MS8-Q176 — Answer A: 2.86</w:t>
      </w:r>
    </w:p>
    <w:p>
      <w:pPr>
        <w:pStyle w:val="FirstParagraph"/>
      </w:pPr>
      <w:r>
        <w:t xml:space="preserve">SPR=300/105=2.86. SPR compares remaining effective stack against the current pot.</w:t>
      </w:r>
    </w:p>
    <w:p>
      <w:pPr>
        <w:pStyle w:val="BodyText"/>
      </w:pPr>
      <w:r>
        <w:rPr>
          <w:b/>
          <w:bCs/>
        </w:rPr>
        <w:t xml:space="preserve">A:</w:t>
      </w:r>
      <w:r>
        <w:t xml:space="preserve"> </w:t>
      </w:r>
      <w:r>
        <w:t xml:space="preserve">Correct. SPR compares remaining effective stack against the current pot.</w:t>
      </w:r>
      <w:r>
        <w:br/>
      </w:r>
      <w:r>
        <w:rPr>
          <w:b/>
          <w:bCs/>
        </w:rPr>
        <w:t xml:space="preserve">B:</w:t>
      </w:r>
      <w:r>
        <w:t xml:space="preserve"> </w:t>
      </w:r>
      <w:r>
        <w:t xml:space="preserve">Incorrect (4.11). SPR uses the remaining effective stack, not the original buy-in. The verified answer is 2.86. SPR compares remaining effective stack against the current pot.</w:t>
      </w:r>
      <w:r>
        <w:br/>
      </w:r>
      <w:r>
        <w:rPr>
          <w:b/>
          <w:bCs/>
        </w:rPr>
        <w:t xml:space="preserve">C:</w:t>
      </w:r>
      <w:r>
        <w:t xml:space="preserve"> </w:t>
      </w:r>
      <w:r>
        <w:t xml:space="preserve">Incorrect (5.86). SPR uses the remaining effective stack, not the original buy-in. The verified answer is 2.86. SPR compares remaining effective stack against the current pot.</w:t>
      </w:r>
      <w:r>
        <w:br/>
      </w:r>
      <w:r>
        <w:rPr>
          <w:b/>
          <w:bCs/>
        </w:rPr>
        <w:t xml:space="preserve">D:</w:t>
      </w:r>
      <w:r>
        <w:t xml:space="preserve"> </w:t>
      </w:r>
      <w:r>
        <w:t xml:space="preserve">Incorrect (2.11). SPR uses the remaining effective stack, not the original buy-in. The verified answer is 2.86. SPR compares remaining effective stack against the current pot.</w:t>
      </w:r>
    </w:p>
    <w:bookmarkEnd w:id="232"/>
    <w:bookmarkStart w:id="233" w:name="ms8-q177-answer-d-10.71"/>
    <w:p>
      <w:pPr>
        <w:pStyle w:val="Heading3"/>
      </w:pPr>
      <w:r>
        <w:t xml:space="preserve">MS8-Q177 — Answer D: 10.71</w:t>
      </w:r>
    </w:p>
    <w:p>
      <w:pPr>
        <w:pStyle w:val="FirstParagraph"/>
      </w:pPr>
      <w:r>
        <w:t xml:space="preserve">SPR=375/35=10.71. SPR compares remaining effective stack against the current pot.</w:t>
      </w:r>
    </w:p>
    <w:p>
      <w:pPr>
        <w:pStyle w:val="BodyText"/>
      </w:pPr>
      <w:r>
        <w:rPr>
          <w:b/>
          <w:bCs/>
        </w:rPr>
        <w:t xml:space="preserve">A:</w:t>
      </w:r>
      <w:r>
        <w:t xml:space="preserve"> </w:t>
      </w:r>
      <w:r>
        <w:t xml:space="preserve">Incorrect (11.96). SPR uses the remaining effective stack, not the original buy-in. The verified answer is 10.71. SPR compares remaining effective stack against the current pot.</w:t>
      </w:r>
      <w:r>
        <w:br/>
      </w:r>
      <w:r>
        <w:rPr>
          <w:b/>
          <w:bCs/>
        </w:rPr>
        <w:t xml:space="preserve">B:</w:t>
      </w:r>
      <w:r>
        <w:t xml:space="preserve"> </w:t>
      </w:r>
      <w:r>
        <w:t xml:space="preserve">Incorrect (13.71). SPR uses the remaining effective stack, not the original buy-in. The verified answer is 10.71. SPR compares remaining effective stack against the current pot.</w:t>
      </w:r>
      <w:r>
        <w:br/>
      </w:r>
      <w:r>
        <w:rPr>
          <w:b/>
          <w:bCs/>
        </w:rPr>
        <w:t xml:space="preserve">C:</w:t>
      </w:r>
      <w:r>
        <w:t xml:space="preserve"> </w:t>
      </w:r>
      <w:r>
        <w:t xml:space="preserve">Incorrect (9.96). SPR uses the remaining effective stack, not the original buy-in. The verified answer is 10.71. SPR compares remaining effective stack against the current pot.</w:t>
      </w:r>
      <w:r>
        <w:br/>
      </w:r>
      <w:r>
        <w:rPr>
          <w:b/>
          <w:bCs/>
        </w:rPr>
        <w:t xml:space="preserve">D:</w:t>
      </w:r>
      <w:r>
        <w:t xml:space="preserve"> </w:t>
      </w:r>
      <w:r>
        <w:t xml:space="preserve">Correct. SPR compares remaining effective stack against the current pot.</w:t>
      </w:r>
    </w:p>
    <w:bookmarkEnd w:id="233"/>
    <w:bookmarkStart w:id="234" w:name="ms8-q178-answer-c-10.00"/>
    <w:p>
      <w:pPr>
        <w:pStyle w:val="Heading3"/>
      </w:pPr>
      <w:r>
        <w:t xml:space="preserve">MS8-Q178 — Answer C: 10.00</w:t>
      </w:r>
    </w:p>
    <w:p>
      <w:pPr>
        <w:pStyle w:val="FirstParagraph"/>
      </w:pPr>
      <w:r>
        <w:t xml:space="preserve">SPR=450/45=10.00. SPR compares remaining effective stack against the current pot.</w:t>
      </w:r>
    </w:p>
    <w:p>
      <w:pPr>
        <w:pStyle w:val="BodyText"/>
      </w:pPr>
      <w:r>
        <w:rPr>
          <w:b/>
          <w:bCs/>
        </w:rPr>
        <w:t xml:space="preserve">A:</w:t>
      </w:r>
      <w:r>
        <w:t xml:space="preserve"> </w:t>
      </w:r>
      <w:r>
        <w:t xml:space="preserve">Incorrect (11.25). SPR uses the remaining effective stack, not the original buy-in. The verified answer is 10.00. SPR compares remaining effective stack against the current pot.</w:t>
      </w:r>
      <w:r>
        <w:br/>
      </w:r>
      <w:r>
        <w:rPr>
          <w:b/>
          <w:bCs/>
        </w:rPr>
        <w:t xml:space="preserve">B:</w:t>
      </w:r>
      <w:r>
        <w:t xml:space="preserve"> </w:t>
      </w:r>
      <w:r>
        <w:t xml:space="preserve">Incorrect (13.00). SPR uses the remaining effective stack, not the original buy-in. The verified answer is 10.00. SPR compares remaining effective stack against the current pot.</w:t>
      </w:r>
      <w:r>
        <w:br/>
      </w:r>
      <w:r>
        <w:rPr>
          <w:b/>
          <w:bCs/>
        </w:rPr>
        <w:t xml:space="preserve">C:</w:t>
      </w:r>
      <w:r>
        <w:t xml:space="preserve"> </w:t>
      </w:r>
      <w:r>
        <w:t xml:space="preserve">Correct. SPR compares remaining effective stack against the current pot.</w:t>
      </w:r>
      <w:r>
        <w:br/>
      </w:r>
      <w:r>
        <w:rPr>
          <w:b/>
          <w:bCs/>
        </w:rPr>
        <w:t xml:space="preserve">D:</w:t>
      </w:r>
      <w:r>
        <w:t xml:space="preserve"> </w:t>
      </w:r>
      <w:r>
        <w:t xml:space="preserve">Incorrect (9.25). SPR uses the remaining effective stack, not the original buy-in. The verified answer is 10.00. SPR compares remaining effective stack against the current pot.</w:t>
      </w:r>
    </w:p>
    <w:bookmarkEnd w:id="234"/>
    <w:bookmarkStart w:id="235" w:name="ms8-q179-answer-b-3.64"/>
    <w:p>
      <w:pPr>
        <w:pStyle w:val="Heading3"/>
      </w:pPr>
      <w:r>
        <w:t xml:space="preserve">MS8-Q179 — Answer B: 3.64</w:t>
      </w:r>
    </w:p>
    <w:p>
      <w:pPr>
        <w:pStyle w:val="FirstParagraph"/>
      </w:pPr>
      <w:r>
        <w:t xml:space="preserve">SPR=200/55=3.64. SPR compares remaining effective stack against the current pot.</w:t>
      </w:r>
    </w:p>
    <w:p>
      <w:pPr>
        <w:pStyle w:val="BodyText"/>
      </w:pPr>
      <w:r>
        <w:rPr>
          <w:b/>
          <w:bCs/>
        </w:rPr>
        <w:t xml:space="preserve">A:</w:t>
      </w:r>
      <w:r>
        <w:t xml:space="preserve"> </w:t>
      </w:r>
      <w:r>
        <w:t xml:space="preserve">Incorrect (4.89). SPR uses the remaining effective stack, not the original buy-in. The verified answer is 3.64. SPR compares remaining effective stack against the current pot.</w:t>
      </w:r>
      <w:r>
        <w:br/>
      </w:r>
      <w:r>
        <w:rPr>
          <w:b/>
          <w:bCs/>
        </w:rPr>
        <w:t xml:space="preserve">B:</w:t>
      </w:r>
      <w:r>
        <w:t xml:space="preserve"> </w:t>
      </w:r>
      <w:r>
        <w:t xml:space="preserve">Correct. SPR compares remaining effective stack against the current pot.</w:t>
      </w:r>
      <w:r>
        <w:br/>
      </w:r>
      <w:r>
        <w:rPr>
          <w:b/>
          <w:bCs/>
        </w:rPr>
        <w:t xml:space="preserve">C:</w:t>
      </w:r>
      <w:r>
        <w:t xml:space="preserve"> </w:t>
      </w:r>
      <w:r>
        <w:t xml:space="preserve">Incorrect (6.64). SPR uses the remaining effective stack, not the original buy-in. The verified answer is 3.64. SPR compares remaining effective stack against the current pot.</w:t>
      </w:r>
      <w:r>
        <w:br/>
      </w:r>
      <w:r>
        <w:rPr>
          <w:b/>
          <w:bCs/>
        </w:rPr>
        <w:t xml:space="preserve">D:</w:t>
      </w:r>
      <w:r>
        <w:t xml:space="preserve"> </w:t>
      </w:r>
      <w:r>
        <w:t xml:space="preserve">Incorrect (2.89). SPR uses the remaining effective stack, not the original buy-in. The verified answer is 3.64. SPR compares remaining effective stack against the current pot.</w:t>
      </w:r>
    </w:p>
    <w:bookmarkEnd w:id="235"/>
    <w:bookmarkStart w:id="236" w:name="ms8-q180-answer-a-4.23"/>
    <w:p>
      <w:pPr>
        <w:pStyle w:val="Heading3"/>
      </w:pPr>
      <w:r>
        <w:t xml:space="preserve">MS8-Q180 — Answer A: 4.23</w:t>
      </w:r>
    </w:p>
    <w:p>
      <w:pPr>
        <w:pStyle w:val="FirstParagraph"/>
      </w:pPr>
      <w:r>
        <w:t xml:space="preserve">SPR=275/65=4.23. SPR compares remaining effective stack against the current pot.</w:t>
      </w:r>
    </w:p>
    <w:p>
      <w:pPr>
        <w:pStyle w:val="BodyText"/>
      </w:pPr>
      <w:r>
        <w:rPr>
          <w:b/>
          <w:bCs/>
        </w:rPr>
        <w:t xml:space="preserve">A:</w:t>
      </w:r>
      <w:r>
        <w:t xml:space="preserve"> </w:t>
      </w:r>
      <w:r>
        <w:t xml:space="preserve">Correct. SPR compares remaining effective stack against the current pot.</w:t>
      </w:r>
      <w:r>
        <w:br/>
      </w:r>
      <w:r>
        <w:rPr>
          <w:b/>
          <w:bCs/>
        </w:rPr>
        <w:t xml:space="preserve">B:</w:t>
      </w:r>
      <w:r>
        <w:t xml:space="preserve"> </w:t>
      </w:r>
      <w:r>
        <w:t xml:space="preserve">Incorrect (5.48). SPR uses the remaining effective stack, not the original buy-in. The verified answer is 4.23. SPR compares remaining effective stack against the current pot.</w:t>
      </w:r>
      <w:r>
        <w:br/>
      </w:r>
      <w:r>
        <w:rPr>
          <w:b/>
          <w:bCs/>
        </w:rPr>
        <w:t xml:space="preserve">C:</w:t>
      </w:r>
      <w:r>
        <w:t xml:space="preserve"> </w:t>
      </w:r>
      <w:r>
        <w:t xml:space="preserve">Incorrect (7.23). SPR uses the remaining effective stack, not the original buy-in. The verified answer is 4.23. SPR compares remaining effective stack against the current pot.</w:t>
      </w:r>
      <w:r>
        <w:br/>
      </w:r>
      <w:r>
        <w:rPr>
          <w:b/>
          <w:bCs/>
        </w:rPr>
        <w:t xml:space="preserve">D:</w:t>
      </w:r>
      <w:r>
        <w:t xml:space="preserve"> </w:t>
      </w:r>
      <w:r>
        <w:t xml:space="preserve">Incorrect (3.48). SPR uses the remaining effective stack, not the original buy-in. The verified answer is 4.23. SPR compares remaining effective stack against the current pot.</w:t>
      </w:r>
    </w:p>
    <w:bookmarkEnd w:id="236"/>
    <w:bookmarkEnd w:id="237"/>
    <w:bookmarkStart w:id="258" w:name="Xc65d655c62a030bc1af7cb22ee57e361aa1dded"/>
    <w:p>
      <w:pPr>
        <w:pStyle w:val="Heading2"/>
      </w:pPr>
      <w:r>
        <w:t xml:space="preserve">Solutions — Unit 10: Two-Street Bet Geometry</w:t>
      </w:r>
    </w:p>
    <w:bookmarkStart w:id="238" w:name="ms8-q181-answer-d-90.00"/>
    <w:p>
      <w:pPr>
        <w:pStyle w:val="Heading3"/>
      </w:pPr>
      <w:r>
        <w:t xml:space="preserve">MS8-Q181 — Answer D: $90.00</w:t>
      </w:r>
    </w:p>
    <w:p>
      <w:pPr>
        <w:pStyle w:val="FirstParagraph"/>
      </w:pPr>
      <w:r>
        <w:t xml:space="preserve">Each called street multiplies the pot by (1+2×1/4); final pot = 40×(1+2×1/4)² = $90.00. This assumes equal fractions and exactly one caller on both streets.</w:t>
      </w:r>
    </w:p>
    <w:p>
      <w:pPr>
        <w:pStyle w:val="BodyText"/>
      </w:pPr>
      <w:r>
        <w:rPr>
          <w:b/>
          <w:bCs/>
        </w:rPr>
        <w:t xml:space="preserve">A:</w:t>
      </w:r>
      <w:r>
        <w:t xml:space="preserve"> </w:t>
      </w:r>
      <w:r>
        <w:t xml:space="preserve">Incorrect ($106.20). A called bet adds two contributions on EACH street. The verified answer is $90.00. This assumes equal fractions and exactly one caller on both streets.</w:t>
      </w:r>
      <w:r>
        <w:br/>
      </w:r>
      <w:r>
        <w:rPr>
          <w:b/>
          <w:bCs/>
        </w:rPr>
        <w:t xml:space="preserve">B:</w:t>
      </w:r>
      <w:r>
        <w:t xml:space="preserve"> </w:t>
      </w:r>
      <w:r>
        <w:t xml:space="preserve">Incorrect ($76.50). A called bet adds two contributions on EACH street. The verified answer is $90.00. This assumes equal fractions and exactly one caller on both streets.</w:t>
      </w:r>
      <w:r>
        <w:br/>
      </w:r>
      <w:r>
        <w:rPr>
          <w:b/>
          <w:bCs/>
        </w:rPr>
        <w:t xml:space="preserve">C:</w:t>
      </w:r>
      <w:r>
        <w:t xml:space="preserve"> </w:t>
      </w:r>
      <w:r>
        <w:t xml:space="preserve">Incorrect ($117.90). A called bet adds two contributions on EACH street. The verified answer is $90.00. This assumes equal fractions and exactly one caller on both streets.</w:t>
      </w:r>
      <w:r>
        <w:br/>
      </w:r>
      <w:r>
        <w:rPr>
          <w:b/>
          <w:bCs/>
        </w:rPr>
        <w:t xml:space="preserve">D:</w:t>
      </w:r>
      <w:r>
        <w:t xml:space="preserve"> </w:t>
      </w:r>
      <w:r>
        <w:t xml:space="preserve">Correct. This assumes equal fractions and exactly one caller on both streets.</w:t>
      </w:r>
    </w:p>
    <w:bookmarkEnd w:id="238"/>
    <w:bookmarkStart w:id="239" w:name="ms8-q182-answer-c-138.89"/>
    <w:p>
      <w:pPr>
        <w:pStyle w:val="Heading3"/>
      </w:pPr>
      <w:r>
        <w:t xml:space="preserve">MS8-Q182 — Answer C: $138.89</w:t>
      </w:r>
    </w:p>
    <w:p>
      <w:pPr>
        <w:pStyle w:val="FirstParagraph"/>
      </w:pPr>
      <w:r>
        <w:t xml:space="preserve">Each called street multiplies the pot by (1+2×1/3); final pot = 50×(1+2×1/3)² = $138.89. This assumes equal fractions and exactly one caller on both streets.</w:t>
      </w:r>
    </w:p>
    <w:p>
      <w:pPr>
        <w:pStyle w:val="BodyText"/>
      </w:pPr>
      <w:r>
        <w:rPr>
          <w:b/>
          <w:bCs/>
        </w:rPr>
        <w:t xml:space="preserve">A:</w:t>
      </w:r>
      <w:r>
        <w:t xml:space="preserve"> </w:t>
      </w:r>
      <w:r>
        <w:t xml:space="preserve">Incorrect ($163.89). A called bet adds two contributions on EACH street. The verified answer is $138.89. This assumes equal fractions and exactly one caller on both streets.</w:t>
      </w:r>
      <w:r>
        <w:br/>
      </w:r>
      <w:r>
        <w:rPr>
          <w:b/>
          <w:bCs/>
        </w:rPr>
        <w:t xml:space="preserve">B:</w:t>
      </w:r>
      <w:r>
        <w:t xml:space="preserve"> </w:t>
      </w:r>
      <w:r>
        <w:t xml:space="preserve">Incorrect ($118.06). A called bet adds two contributions on EACH street. The verified answer is $138.89. This assumes equal fractions and exactly one caller on both streets.</w:t>
      </w:r>
      <w:r>
        <w:br/>
      </w:r>
      <w:r>
        <w:rPr>
          <w:b/>
          <w:bCs/>
        </w:rPr>
        <w:t xml:space="preserve">C:</w:t>
      </w:r>
      <w:r>
        <w:t xml:space="preserve"> </w:t>
      </w:r>
      <w:r>
        <w:t xml:space="preserve">Correct. This assumes equal fractions and exactly one caller on both streets.</w:t>
      </w:r>
      <w:r>
        <w:br/>
      </w:r>
      <w:r>
        <w:rPr>
          <w:b/>
          <w:bCs/>
        </w:rPr>
        <w:t xml:space="preserve">D:</w:t>
      </w:r>
      <w:r>
        <w:t xml:space="preserve"> </w:t>
      </w:r>
      <w:r>
        <w:t xml:space="preserve">Incorrect ($181.94). A called bet adds two contributions on EACH street. The verified answer is $138.89. This assumes equal fractions and exactly one caller on both streets.</w:t>
      </w:r>
    </w:p>
    <w:bookmarkEnd w:id="239"/>
    <w:bookmarkStart w:id="240" w:name="ms8-q183-answer-b-240.00"/>
    <w:p>
      <w:pPr>
        <w:pStyle w:val="Heading3"/>
      </w:pPr>
      <w:r>
        <w:t xml:space="preserve">MS8-Q183 — Answer B: $240.00</w:t>
      </w:r>
    </w:p>
    <w:p>
      <w:pPr>
        <w:pStyle w:val="FirstParagraph"/>
      </w:pPr>
      <w:r>
        <w:t xml:space="preserve">Each called street multiplies the pot by (1+2×1/2); final pot = 60×(1+2×1/2)² = $240.00. This assumes equal fractions and exactly one caller on both streets.</w:t>
      </w:r>
    </w:p>
    <w:p>
      <w:pPr>
        <w:pStyle w:val="BodyText"/>
      </w:pPr>
      <w:r>
        <w:rPr>
          <w:b/>
          <w:bCs/>
        </w:rPr>
        <w:t xml:space="preserve">A:</w:t>
      </w:r>
      <w:r>
        <w:t xml:space="preserve"> </w:t>
      </w:r>
      <w:r>
        <w:t xml:space="preserve">Incorrect ($283.20). A called bet adds two contributions on EACH street. The verified answer is $240.00. This assumes equal fractions and exactly one caller on both streets.</w:t>
      </w:r>
      <w:r>
        <w:br/>
      </w:r>
      <w:r>
        <w:rPr>
          <w:b/>
          <w:bCs/>
        </w:rPr>
        <w:t xml:space="preserve">B:</w:t>
      </w:r>
      <w:r>
        <w:t xml:space="preserve"> </w:t>
      </w:r>
      <w:r>
        <w:t xml:space="preserve">Correct. This assumes equal fractions and exactly one caller on both streets.</w:t>
      </w:r>
      <w:r>
        <w:br/>
      </w:r>
      <w:r>
        <w:rPr>
          <w:b/>
          <w:bCs/>
        </w:rPr>
        <w:t xml:space="preserve">C:</w:t>
      </w:r>
      <w:r>
        <w:t xml:space="preserve"> </w:t>
      </w:r>
      <w:r>
        <w:t xml:space="preserve">Incorrect ($204.00). A called bet adds two contributions on EACH street. The verified answer is $240.00. This assumes equal fractions and exactly one caller on both streets.</w:t>
      </w:r>
      <w:r>
        <w:br/>
      </w:r>
      <w:r>
        <w:rPr>
          <w:b/>
          <w:bCs/>
        </w:rPr>
        <w:t xml:space="preserve">D:</w:t>
      </w:r>
      <w:r>
        <w:t xml:space="preserve"> </w:t>
      </w:r>
      <w:r>
        <w:t xml:space="preserve">Incorrect ($314.40). A called bet adds two contributions on EACH street. The verified answer is $240.00. This assumes equal fractions and exactly one caller on both streets.</w:t>
      </w:r>
    </w:p>
    <w:bookmarkEnd w:id="240"/>
    <w:bookmarkStart w:id="241" w:name="ms8-q184-answer-a-381.11"/>
    <w:p>
      <w:pPr>
        <w:pStyle w:val="Heading3"/>
      </w:pPr>
      <w:r>
        <w:t xml:space="preserve">MS8-Q184 — Answer A: $381.11</w:t>
      </w:r>
    </w:p>
    <w:p>
      <w:pPr>
        <w:pStyle w:val="FirstParagraph"/>
      </w:pPr>
      <w:r>
        <w:t xml:space="preserve">Each called street multiplies the pot by (1+2×2/3); final pot = 70×(1+2×2/3)² = $381.11. This assumes equal fractions and exactly one caller on both streets.</w:t>
      </w:r>
    </w:p>
    <w:p>
      <w:pPr>
        <w:pStyle w:val="BodyText"/>
      </w:pPr>
      <w:r>
        <w:rPr>
          <w:b/>
          <w:bCs/>
        </w:rPr>
        <w:t xml:space="preserve">A:</w:t>
      </w:r>
      <w:r>
        <w:t xml:space="preserve"> </w:t>
      </w:r>
      <w:r>
        <w:t xml:space="preserve">Correct. This assumes equal fractions and exactly one caller on both streets.</w:t>
      </w:r>
      <w:r>
        <w:br/>
      </w:r>
      <w:r>
        <w:rPr>
          <w:b/>
          <w:bCs/>
        </w:rPr>
        <w:t xml:space="preserve">B:</w:t>
      </w:r>
      <w:r>
        <w:t xml:space="preserve"> </w:t>
      </w:r>
      <w:r>
        <w:t xml:space="preserve">Incorrect ($449.71). A called bet adds two contributions on EACH street. The verified answer is $381.11. This assumes equal fractions and exactly one caller on both streets.</w:t>
      </w:r>
      <w:r>
        <w:br/>
      </w:r>
      <w:r>
        <w:rPr>
          <w:b/>
          <w:bCs/>
        </w:rPr>
        <w:t xml:space="preserve">C:</w:t>
      </w:r>
      <w:r>
        <w:t xml:space="preserve"> </w:t>
      </w:r>
      <w:r>
        <w:t xml:space="preserve">Incorrect ($323.94). A called bet adds two contributions on EACH street. The verified answer is $381.11. This assumes equal fractions and exactly one caller on both streets.</w:t>
      </w:r>
      <w:r>
        <w:br/>
      </w:r>
      <w:r>
        <w:rPr>
          <w:b/>
          <w:bCs/>
        </w:rPr>
        <w:t xml:space="preserve">D:</w:t>
      </w:r>
      <w:r>
        <w:t xml:space="preserve"> </w:t>
      </w:r>
      <w:r>
        <w:t xml:space="preserve">Incorrect ($499.26). A called bet adds two contributions on EACH street. The verified answer is $381.11. This assumes equal fractions and exactly one caller on both streets.</w:t>
      </w:r>
    </w:p>
    <w:bookmarkEnd w:id="241"/>
    <w:bookmarkStart w:id="242" w:name="ms8-q185-answer-d-500.00"/>
    <w:p>
      <w:pPr>
        <w:pStyle w:val="Heading3"/>
      </w:pPr>
      <w:r>
        <w:t xml:space="preserve">MS8-Q185 — Answer D: $500.00</w:t>
      </w:r>
    </w:p>
    <w:p>
      <w:pPr>
        <w:pStyle w:val="FirstParagraph"/>
      </w:pPr>
      <w:r>
        <w:t xml:space="preserve">Each called street multiplies the pot by (1+2×3/4); final pot = 80×(1+2×3/4)² = $500.00. This assumes equal fractions and exactly one caller on both streets.</w:t>
      </w:r>
    </w:p>
    <w:p>
      <w:pPr>
        <w:pStyle w:val="BodyText"/>
      </w:pPr>
      <w:r>
        <w:rPr>
          <w:b/>
          <w:bCs/>
        </w:rPr>
        <w:t xml:space="preserve">A:</w:t>
      </w:r>
      <w:r>
        <w:t xml:space="preserve"> </w:t>
      </w:r>
      <w:r>
        <w:t xml:space="preserve">Incorrect ($590.00). A called bet adds two contributions on EACH street. The verified answer is $500.00. This assumes equal fractions and exactly one caller on both streets.</w:t>
      </w:r>
      <w:r>
        <w:br/>
      </w:r>
      <w:r>
        <w:rPr>
          <w:b/>
          <w:bCs/>
        </w:rPr>
        <w:t xml:space="preserve">B:</w:t>
      </w:r>
      <w:r>
        <w:t xml:space="preserve"> </w:t>
      </w:r>
      <w:r>
        <w:t xml:space="preserve">Incorrect ($425.00). A called bet adds two contributions on EACH street. The verified answer is $500.00. This assumes equal fractions and exactly one caller on both streets.</w:t>
      </w:r>
      <w:r>
        <w:br/>
      </w:r>
      <w:r>
        <w:rPr>
          <w:b/>
          <w:bCs/>
        </w:rPr>
        <w:t xml:space="preserve">C:</w:t>
      </w:r>
      <w:r>
        <w:t xml:space="preserve"> </w:t>
      </w:r>
      <w:r>
        <w:t xml:space="preserve">Incorrect ($655.00). A called bet adds two contributions on EACH street. The verified answer is $500.00. This assumes equal fractions and exactly one caller on both streets.</w:t>
      </w:r>
      <w:r>
        <w:br/>
      </w:r>
      <w:r>
        <w:rPr>
          <w:b/>
          <w:bCs/>
        </w:rPr>
        <w:t xml:space="preserve">D:</w:t>
      </w:r>
      <w:r>
        <w:t xml:space="preserve"> </w:t>
      </w:r>
      <w:r>
        <w:t xml:space="preserve">Correct. This assumes equal fractions and exactly one caller on both streets.</w:t>
      </w:r>
    </w:p>
    <w:bookmarkEnd w:id="242"/>
    <w:bookmarkStart w:id="243" w:name="ms8-q186-answer-c-202.50"/>
    <w:p>
      <w:pPr>
        <w:pStyle w:val="Heading3"/>
      </w:pPr>
      <w:r>
        <w:t xml:space="preserve">MS8-Q186 — Answer C: $202.50</w:t>
      </w:r>
    </w:p>
    <w:p>
      <w:pPr>
        <w:pStyle w:val="FirstParagraph"/>
      </w:pPr>
      <w:r>
        <w:t xml:space="preserve">Each called street multiplies the pot by (1+2×1/4); final pot = 90×(1+2×1/4)² = $202.50. This assumes equal fractions and exactly one caller on both streets.</w:t>
      </w:r>
    </w:p>
    <w:p>
      <w:pPr>
        <w:pStyle w:val="BodyText"/>
      </w:pPr>
      <w:r>
        <w:rPr>
          <w:b/>
          <w:bCs/>
        </w:rPr>
        <w:t xml:space="preserve">A:</w:t>
      </w:r>
      <w:r>
        <w:t xml:space="preserve"> </w:t>
      </w:r>
      <w:r>
        <w:t xml:space="preserve">Incorrect ($238.95). A called bet adds two contributions on EACH street. The verified answer is $202.50. This assumes equal fractions and exactly one caller on both streets.</w:t>
      </w:r>
      <w:r>
        <w:br/>
      </w:r>
      <w:r>
        <w:rPr>
          <w:b/>
          <w:bCs/>
        </w:rPr>
        <w:t xml:space="preserve">B:</w:t>
      </w:r>
      <w:r>
        <w:t xml:space="preserve"> </w:t>
      </w:r>
      <w:r>
        <w:t xml:space="preserve">Incorrect ($172.12). A called bet adds two contributions on EACH street. The verified answer is $202.50. This assumes equal fractions and exactly one caller on both streets.</w:t>
      </w:r>
      <w:r>
        <w:br/>
      </w:r>
      <w:r>
        <w:rPr>
          <w:b/>
          <w:bCs/>
        </w:rPr>
        <w:t xml:space="preserve">C:</w:t>
      </w:r>
      <w:r>
        <w:t xml:space="preserve"> </w:t>
      </w:r>
      <w:r>
        <w:t xml:space="preserve">Correct. This assumes equal fractions and exactly one caller on both streets.</w:t>
      </w:r>
      <w:r>
        <w:br/>
      </w:r>
      <w:r>
        <w:rPr>
          <w:b/>
          <w:bCs/>
        </w:rPr>
        <w:t xml:space="preserve">D:</w:t>
      </w:r>
      <w:r>
        <w:t xml:space="preserve"> </w:t>
      </w:r>
      <w:r>
        <w:t xml:space="preserve">Incorrect ($265.27). A called bet adds two contributions on EACH street. The verified answer is $202.50. This assumes equal fractions and exactly one caller on both streets.</w:t>
      </w:r>
    </w:p>
    <w:bookmarkEnd w:id="243"/>
    <w:bookmarkStart w:id="244" w:name="ms8-q187-answer-b-277.78"/>
    <w:p>
      <w:pPr>
        <w:pStyle w:val="Heading3"/>
      </w:pPr>
      <w:r>
        <w:t xml:space="preserve">MS8-Q187 — Answer B: $277.78</w:t>
      </w:r>
    </w:p>
    <w:p>
      <w:pPr>
        <w:pStyle w:val="FirstParagraph"/>
      </w:pPr>
      <w:r>
        <w:t xml:space="preserve">Each called street multiplies the pot by (1+2×1/3); final pot = 100×(1+2×1/3)² = $277.78. This assumes equal fractions and exactly one caller on both streets.</w:t>
      </w:r>
    </w:p>
    <w:p>
      <w:pPr>
        <w:pStyle w:val="BodyText"/>
      </w:pPr>
      <w:r>
        <w:rPr>
          <w:b/>
          <w:bCs/>
        </w:rPr>
        <w:t xml:space="preserve">A:</w:t>
      </w:r>
      <w:r>
        <w:t xml:space="preserve"> </w:t>
      </w:r>
      <w:r>
        <w:t xml:space="preserve">Incorrect ($327.78). A called bet adds two contributions on EACH street. The verified answer is $277.78. This assumes equal fractions and exactly one caller on both streets.</w:t>
      </w:r>
      <w:r>
        <w:br/>
      </w:r>
      <w:r>
        <w:rPr>
          <w:b/>
          <w:bCs/>
        </w:rPr>
        <w:t xml:space="preserve">B:</w:t>
      </w:r>
      <w:r>
        <w:t xml:space="preserve"> </w:t>
      </w:r>
      <w:r>
        <w:t xml:space="preserve">Correct. This assumes equal fractions and exactly one caller on both streets.</w:t>
      </w:r>
      <w:r>
        <w:br/>
      </w:r>
      <w:r>
        <w:rPr>
          <w:b/>
          <w:bCs/>
        </w:rPr>
        <w:t xml:space="preserve">C:</w:t>
      </w:r>
      <w:r>
        <w:t xml:space="preserve"> </w:t>
      </w:r>
      <w:r>
        <w:t xml:space="preserve">Incorrect ($236.11). A called bet adds two contributions on EACH street. The verified answer is $277.78. This assumes equal fractions and exactly one caller on both streets.</w:t>
      </w:r>
      <w:r>
        <w:br/>
      </w:r>
      <w:r>
        <w:rPr>
          <w:b/>
          <w:bCs/>
        </w:rPr>
        <w:t xml:space="preserve">D:</w:t>
      </w:r>
      <w:r>
        <w:t xml:space="preserve"> </w:t>
      </w:r>
      <w:r>
        <w:t xml:space="preserve">Incorrect ($363.89). A called bet adds two contributions on EACH street. The verified answer is $277.78. This assumes equal fractions and exactly one caller on both streets.</w:t>
      </w:r>
    </w:p>
    <w:bookmarkEnd w:id="244"/>
    <w:bookmarkStart w:id="245" w:name="ms8-q188-answer-a-440.00"/>
    <w:p>
      <w:pPr>
        <w:pStyle w:val="Heading3"/>
      </w:pPr>
      <w:r>
        <w:t xml:space="preserve">MS8-Q188 — Answer A: $440.00</w:t>
      </w:r>
    </w:p>
    <w:p>
      <w:pPr>
        <w:pStyle w:val="FirstParagraph"/>
      </w:pPr>
      <w:r>
        <w:t xml:space="preserve">Each called street multiplies the pot by (1+2×1/2); final pot = 110×(1+2×1/2)² = $440.00. This assumes equal fractions and exactly one caller on both streets.</w:t>
      </w:r>
    </w:p>
    <w:p>
      <w:pPr>
        <w:pStyle w:val="BodyText"/>
      </w:pPr>
      <w:r>
        <w:rPr>
          <w:b/>
          <w:bCs/>
        </w:rPr>
        <w:t xml:space="preserve">A:</w:t>
      </w:r>
      <w:r>
        <w:t xml:space="preserve"> </w:t>
      </w:r>
      <w:r>
        <w:t xml:space="preserve">Correct. This assumes equal fractions and exactly one caller on both streets.</w:t>
      </w:r>
      <w:r>
        <w:br/>
      </w:r>
      <w:r>
        <w:rPr>
          <w:b/>
          <w:bCs/>
        </w:rPr>
        <w:t xml:space="preserve">B:</w:t>
      </w:r>
      <w:r>
        <w:t xml:space="preserve"> </w:t>
      </w:r>
      <w:r>
        <w:t xml:space="preserve">Incorrect ($519.20). A called bet adds two contributions on EACH street. The verified answer is $440.00. This assumes equal fractions and exactly one caller on both streets.</w:t>
      </w:r>
      <w:r>
        <w:br/>
      </w:r>
      <w:r>
        <w:rPr>
          <w:b/>
          <w:bCs/>
        </w:rPr>
        <w:t xml:space="preserve">C:</w:t>
      </w:r>
      <w:r>
        <w:t xml:space="preserve"> </w:t>
      </w:r>
      <w:r>
        <w:t xml:space="preserve">Incorrect ($374.00). A called bet adds two contributions on EACH street. The verified answer is $440.00. This assumes equal fractions and exactly one caller on both streets.</w:t>
      </w:r>
      <w:r>
        <w:br/>
      </w:r>
      <w:r>
        <w:rPr>
          <w:b/>
          <w:bCs/>
        </w:rPr>
        <w:t xml:space="preserve">D:</w:t>
      </w:r>
      <w:r>
        <w:t xml:space="preserve"> </w:t>
      </w:r>
      <w:r>
        <w:t xml:space="preserve">Incorrect ($576.40). A called bet adds two contributions on EACH street. The verified answer is $440.00. This assumes equal fractions and exactly one caller on both streets.</w:t>
      </w:r>
    </w:p>
    <w:bookmarkEnd w:id="245"/>
    <w:bookmarkStart w:id="246" w:name="ms8-q189-answer-d-653.33"/>
    <w:p>
      <w:pPr>
        <w:pStyle w:val="Heading3"/>
      </w:pPr>
      <w:r>
        <w:t xml:space="preserve">MS8-Q189 — Answer D: $653.33</w:t>
      </w:r>
    </w:p>
    <w:p>
      <w:pPr>
        <w:pStyle w:val="FirstParagraph"/>
      </w:pPr>
      <w:r>
        <w:t xml:space="preserve">Each called street multiplies the pot by (1+2×2/3); final pot = 120×(1+2×2/3)² = $653.33. This assumes equal fractions and exactly one caller on both streets.</w:t>
      </w:r>
    </w:p>
    <w:p>
      <w:pPr>
        <w:pStyle w:val="BodyText"/>
      </w:pPr>
      <w:r>
        <w:rPr>
          <w:b/>
          <w:bCs/>
        </w:rPr>
        <w:t xml:space="preserve">A:</w:t>
      </w:r>
      <w:r>
        <w:t xml:space="preserve"> </w:t>
      </w:r>
      <w:r>
        <w:t xml:space="preserve">Incorrect ($770.93). A called bet adds two contributions on EACH street. The verified answer is $653.33. This assumes equal fractions and exactly one caller on both streets.</w:t>
      </w:r>
      <w:r>
        <w:br/>
      </w:r>
      <w:r>
        <w:rPr>
          <w:b/>
          <w:bCs/>
        </w:rPr>
        <w:t xml:space="preserve">B:</w:t>
      </w:r>
      <w:r>
        <w:t xml:space="preserve"> </w:t>
      </w:r>
      <w:r>
        <w:t xml:space="preserve">Incorrect ($555.33). A called bet adds two contributions on EACH street. The verified answer is $653.33. This assumes equal fractions and exactly one caller on both streets.</w:t>
      </w:r>
      <w:r>
        <w:br/>
      </w:r>
      <w:r>
        <w:rPr>
          <w:b/>
          <w:bCs/>
        </w:rPr>
        <w:t xml:space="preserve">C:</w:t>
      </w:r>
      <w:r>
        <w:t xml:space="preserve"> </w:t>
      </w:r>
      <w:r>
        <w:t xml:space="preserve">Incorrect ($855.87). A called bet adds two contributions on EACH street. The verified answer is $653.33. This assumes equal fractions and exactly one caller on both streets.</w:t>
      </w:r>
      <w:r>
        <w:br/>
      </w:r>
      <w:r>
        <w:rPr>
          <w:b/>
          <w:bCs/>
        </w:rPr>
        <w:t xml:space="preserve">D:</w:t>
      </w:r>
      <w:r>
        <w:t xml:space="preserve"> </w:t>
      </w:r>
      <w:r>
        <w:t xml:space="preserve">Correct. This assumes equal fractions and exactly one caller on both streets.</w:t>
      </w:r>
    </w:p>
    <w:bookmarkEnd w:id="246"/>
    <w:bookmarkStart w:id="247" w:name="ms8-q190-answer-c-812.50"/>
    <w:p>
      <w:pPr>
        <w:pStyle w:val="Heading3"/>
      </w:pPr>
      <w:r>
        <w:t xml:space="preserve">MS8-Q190 — Answer C: $812.50</w:t>
      </w:r>
    </w:p>
    <w:p>
      <w:pPr>
        <w:pStyle w:val="FirstParagraph"/>
      </w:pPr>
      <w:r>
        <w:t xml:space="preserve">Each called street multiplies the pot by (1+2×3/4); final pot = 130×(1+2×3/4)² = $812.50. This assumes equal fractions and exactly one caller on both streets.</w:t>
      </w:r>
    </w:p>
    <w:p>
      <w:pPr>
        <w:pStyle w:val="BodyText"/>
      </w:pPr>
      <w:r>
        <w:rPr>
          <w:b/>
          <w:bCs/>
        </w:rPr>
        <w:t xml:space="preserve">A:</w:t>
      </w:r>
      <w:r>
        <w:t xml:space="preserve"> </w:t>
      </w:r>
      <w:r>
        <w:t xml:space="preserve">Incorrect ($958.75). A called bet adds two contributions on EACH street. The verified answer is $812.50. This assumes equal fractions and exactly one caller on both streets.</w:t>
      </w:r>
      <w:r>
        <w:br/>
      </w:r>
      <w:r>
        <w:rPr>
          <w:b/>
          <w:bCs/>
        </w:rPr>
        <w:t xml:space="preserve">B:</w:t>
      </w:r>
      <w:r>
        <w:t xml:space="preserve"> </w:t>
      </w:r>
      <w:r>
        <w:t xml:space="preserve">Incorrect ($690.62). A called bet adds two contributions on EACH street. The verified answer is $812.50. This assumes equal fractions and exactly one caller on both streets.</w:t>
      </w:r>
      <w:r>
        <w:br/>
      </w:r>
      <w:r>
        <w:rPr>
          <w:b/>
          <w:bCs/>
        </w:rPr>
        <w:t xml:space="preserve">C:</w:t>
      </w:r>
      <w:r>
        <w:t xml:space="preserve"> </w:t>
      </w:r>
      <w:r>
        <w:t xml:space="preserve">Correct. This assumes equal fractions and exactly one caller on both streets.</w:t>
      </w:r>
      <w:r>
        <w:br/>
      </w:r>
      <w:r>
        <w:rPr>
          <w:b/>
          <w:bCs/>
        </w:rPr>
        <w:t xml:space="preserve">D:</w:t>
      </w:r>
      <w:r>
        <w:t xml:space="preserve"> </w:t>
      </w:r>
      <w:r>
        <w:t xml:space="preserve">Incorrect ($1,064.38). A called bet adds two contributions on EACH street. The verified answer is $812.50. This assumes equal fractions and exactly one caller on both streets.</w:t>
      </w:r>
    </w:p>
    <w:bookmarkEnd w:id="247"/>
    <w:bookmarkStart w:id="248" w:name="ms8-q191-answer-b-315.00"/>
    <w:p>
      <w:pPr>
        <w:pStyle w:val="Heading3"/>
      </w:pPr>
      <w:r>
        <w:t xml:space="preserve">MS8-Q191 — Answer B: $315.00</w:t>
      </w:r>
    </w:p>
    <w:p>
      <w:pPr>
        <w:pStyle w:val="FirstParagraph"/>
      </w:pPr>
      <w:r>
        <w:t xml:space="preserve">Each called street multiplies the pot by (1+2×1/4); final pot = 140×(1+2×1/4)² = $315.00. This assumes equal fractions and exactly one caller on both streets.</w:t>
      </w:r>
    </w:p>
    <w:p>
      <w:pPr>
        <w:pStyle w:val="BodyText"/>
      </w:pPr>
      <w:r>
        <w:rPr>
          <w:b/>
          <w:bCs/>
        </w:rPr>
        <w:t xml:space="preserve">A:</w:t>
      </w:r>
      <w:r>
        <w:t xml:space="preserve"> </w:t>
      </w:r>
      <w:r>
        <w:t xml:space="preserve">Incorrect ($371.70). A called bet adds two contributions on EACH street. The verified answer is $315.00. This assumes equal fractions and exactly one caller on both streets.</w:t>
      </w:r>
      <w:r>
        <w:br/>
      </w:r>
      <w:r>
        <w:rPr>
          <w:b/>
          <w:bCs/>
        </w:rPr>
        <w:t xml:space="preserve">B:</w:t>
      </w:r>
      <w:r>
        <w:t xml:space="preserve"> </w:t>
      </w:r>
      <w:r>
        <w:t xml:space="preserve">Correct. This assumes equal fractions and exactly one caller on both streets.</w:t>
      </w:r>
      <w:r>
        <w:br/>
      </w:r>
      <w:r>
        <w:rPr>
          <w:b/>
          <w:bCs/>
        </w:rPr>
        <w:t xml:space="preserve">C:</w:t>
      </w:r>
      <w:r>
        <w:t xml:space="preserve"> </w:t>
      </w:r>
      <w:r>
        <w:t xml:space="preserve">Incorrect ($267.75). A called bet adds two contributions on EACH street. The verified answer is $315.00. This assumes equal fractions and exactly one caller on both streets.</w:t>
      </w:r>
      <w:r>
        <w:br/>
      </w:r>
      <w:r>
        <w:rPr>
          <w:b/>
          <w:bCs/>
        </w:rPr>
        <w:t xml:space="preserve">D:</w:t>
      </w:r>
      <w:r>
        <w:t xml:space="preserve"> </w:t>
      </w:r>
      <w:r>
        <w:t xml:space="preserve">Incorrect ($412.65). A called bet adds two contributions on EACH street. The verified answer is $315.00. This assumes equal fractions and exactly one caller on both streets.</w:t>
      </w:r>
    </w:p>
    <w:bookmarkEnd w:id="248"/>
    <w:bookmarkStart w:id="249" w:name="ms8-q192-answer-a-416.67"/>
    <w:p>
      <w:pPr>
        <w:pStyle w:val="Heading3"/>
      </w:pPr>
      <w:r>
        <w:t xml:space="preserve">MS8-Q192 — Answer A: $416.67</w:t>
      </w:r>
    </w:p>
    <w:p>
      <w:pPr>
        <w:pStyle w:val="FirstParagraph"/>
      </w:pPr>
      <w:r>
        <w:t xml:space="preserve">Each called street multiplies the pot by (1+2×1/3); final pot = 150×(1+2×1/3)² = $416.67. This assumes equal fractions and exactly one caller on both streets.</w:t>
      </w:r>
    </w:p>
    <w:p>
      <w:pPr>
        <w:pStyle w:val="BodyText"/>
      </w:pPr>
      <w:r>
        <w:rPr>
          <w:b/>
          <w:bCs/>
        </w:rPr>
        <w:t xml:space="preserve">A:</w:t>
      </w:r>
      <w:r>
        <w:t xml:space="preserve"> </w:t>
      </w:r>
      <w:r>
        <w:t xml:space="preserve">Correct. This assumes equal fractions and exactly one caller on both streets.</w:t>
      </w:r>
      <w:r>
        <w:br/>
      </w:r>
      <w:r>
        <w:rPr>
          <w:b/>
          <w:bCs/>
        </w:rPr>
        <w:t xml:space="preserve">B:</w:t>
      </w:r>
      <w:r>
        <w:t xml:space="preserve"> </w:t>
      </w:r>
      <w:r>
        <w:t xml:space="preserve">Incorrect ($491.67). A called bet adds two contributions on EACH street. The verified answer is $416.67. This assumes equal fractions and exactly one caller on both streets.</w:t>
      </w:r>
      <w:r>
        <w:br/>
      </w:r>
      <w:r>
        <w:rPr>
          <w:b/>
          <w:bCs/>
        </w:rPr>
        <w:t xml:space="preserve">C:</w:t>
      </w:r>
      <w:r>
        <w:t xml:space="preserve"> </w:t>
      </w:r>
      <w:r>
        <w:t xml:space="preserve">Incorrect ($354.17). A called bet adds two contributions on EACH street. The verified answer is $416.67. This assumes equal fractions and exactly one caller on both streets.</w:t>
      </w:r>
      <w:r>
        <w:br/>
      </w:r>
      <w:r>
        <w:rPr>
          <w:b/>
          <w:bCs/>
        </w:rPr>
        <w:t xml:space="preserve">D:</w:t>
      </w:r>
      <w:r>
        <w:t xml:space="preserve"> </w:t>
      </w:r>
      <w:r>
        <w:t xml:space="preserve">Incorrect ($545.83). A called bet adds two contributions on EACH street. The verified answer is $416.67. This assumes equal fractions and exactly one caller on both streets.</w:t>
      </w:r>
    </w:p>
    <w:bookmarkEnd w:id="249"/>
    <w:bookmarkStart w:id="250" w:name="ms8-q193-answer-d-160.00"/>
    <w:p>
      <w:pPr>
        <w:pStyle w:val="Heading3"/>
      </w:pPr>
      <w:r>
        <w:t xml:space="preserve">MS8-Q193 — Answer D: $160.00</w:t>
      </w:r>
    </w:p>
    <w:p>
      <w:pPr>
        <w:pStyle w:val="FirstParagraph"/>
      </w:pPr>
      <w:r>
        <w:t xml:space="preserve">Each called street multiplies the pot by (1+2×1/2); final pot = 40×(1+2×1/2)² = $160.00. This assumes equal fractions and exactly one caller on both streets.</w:t>
      </w:r>
    </w:p>
    <w:p>
      <w:pPr>
        <w:pStyle w:val="BodyText"/>
      </w:pPr>
      <w:r>
        <w:rPr>
          <w:b/>
          <w:bCs/>
        </w:rPr>
        <w:t xml:space="preserve">A:</w:t>
      </w:r>
      <w:r>
        <w:t xml:space="preserve"> </w:t>
      </w:r>
      <w:r>
        <w:t xml:space="preserve">Incorrect ($188.80). A called bet adds two contributions on EACH street. The verified answer is $160.00. This assumes equal fractions and exactly one caller on both streets.</w:t>
      </w:r>
      <w:r>
        <w:br/>
      </w:r>
      <w:r>
        <w:rPr>
          <w:b/>
          <w:bCs/>
        </w:rPr>
        <w:t xml:space="preserve">B:</w:t>
      </w:r>
      <w:r>
        <w:t xml:space="preserve"> </w:t>
      </w:r>
      <w:r>
        <w:t xml:space="preserve">Incorrect ($136.00). A called bet adds two contributions on EACH street. The verified answer is $160.00. This assumes equal fractions and exactly one caller on both streets.</w:t>
      </w:r>
      <w:r>
        <w:br/>
      </w:r>
      <w:r>
        <w:rPr>
          <w:b/>
          <w:bCs/>
        </w:rPr>
        <w:t xml:space="preserve">C:</w:t>
      </w:r>
      <w:r>
        <w:t xml:space="preserve"> </w:t>
      </w:r>
      <w:r>
        <w:t xml:space="preserve">Incorrect ($209.60). A called bet adds two contributions on EACH street. The verified answer is $160.00. This assumes equal fractions and exactly one caller on both streets.</w:t>
      </w:r>
      <w:r>
        <w:br/>
      </w:r>
      <w:r>
        <w:rPr>
          <w:b/>
          <w:bCs/>
        </w:rPr>
        <w:t xml:space="preserve">D:</w:t>
      </w:r>
      <w:r>
        <w:t xml:space="preserve"> </w:t>
      </w:r>
      <w:r>
        <w:t xml:space="preserve">Correct. This assumes equal fractions and exactly one caller on both streets.</w:t>
      </w:r>
    </w:p>
    <w:bookmarkEnd w:id="250"/>
    <w:bookmarkStart w:id="251" w:name="ms8-q194-answer-c-272.22"/>
    <w:p>
      <w:pPr>
        <w:pStyle w:val="Heading3"/>
      </w:pPr>
      <w:r>
        <w:t xml:space="preserve">MS8-Q194 — Answer C: $272.22</w:t>
      </w:r>
    </w:p>
    <w:p>
      <w:pPr>
        <w:pStyle w:val="FirstParagraph"/>
      </w:pPr>
      <w:r>
        <w:t xml:space="preserve">Each called street multiplies the pot by (1+2×2/3); final pot = 50×(1+2×2/3)² = $272.22. This assumes equal fractions and exactly one caller on both streets.</w:t>
      </w:r>
    </w:p>
    <w:p>
      <w:pPr>
        <w:pStyle w:val="BodyText"/>
      </w:pPr>
      <w:r>
        <w:rPr>
          <w:b/>
          <w:bCs/>
        </w:rPr>
        <w:t xml:space="preserve">A:</w:t>
      </w:r>
      <w:r>
        <w:t xml:space="preserve"> </w:t>
      </w:r>
      <w:r>
        <w:t xml:space="preserve">Incorrect ($321.22). A called bet adds two contributions on EACH street. The verified answer is $272.22. This assumes equal fractions and exactly one caller on both streets.</w:t>
      </w:r>
      <w:r>
        <w:br/>
      </w:r>
      <w:r>
        <w:rPr>
          <w:b/>
          <w:bCs/>
        </w:rPr>
        <w:t xml:space="preserve">B:</w:t>
      </w:r>
      <w:r>
        <w:t xml:space="preserve"> </w:t>
      </w:r>
      <w:r>
        <w:t xml:space="preserve">Incorrect ($231.39). A called bet adds two contributions on EACH street. The verified answer is $272.22. This assumes equal fractions and exactly one caller on both streets.</w:t>
      </w:r>
      <w:r>
        <w:br/>
      </w:r>
      <w:r>
        <w:rPr>
          <w:b/>
          <w:bCs/>
        </w:rPr>
        <w:t xml:space="preserve">C:</w:t>
      </w:r>
      <w:r>
        <w:t xml:space="preserve"> </w:t>
      </w:r>
      <w:r>
        <w:t xml:space="preserve">Correct. This assumes equal fractions and exactly one caller on both streets.</w:t>
      </w:r>
      <w:r>
        <w:br/>
      </w:r>
      <w:r>
        <w:rPr>
          <w:b/>
          <w:bCs/>
        </w:rPr>
        <w:t xml:space="preserve">D:</w:t>
      </w:r>
      <w:r>
        <w:t xml:space="preserve"> </w:t>
      </w:r>
      <w:r>
        <w:t xml:space="preserve">Incorrect ($356.61). A called bet adds two contributions on EACH street. The verified answer is $272.22. This assumes equal fractions and exactly one caller on both streets.</w:t>
      </w:r>
    </w:p>
    <w:bookmarkEnd w:id="251"/>
    <w:bookmarkStart w:id="252" w:name="ms8-q195-answer-b-375.00"/>
    <w:p>
      <w:pPr>
        <w:pStyle w:val="Heading3"/>
      </w:pPr>
      <w:r>
        <w:t xml:space="preserve">MS8-Q195 — Answer B: $375.00</w:t>
      </w:r>
    </w:p>
    <w:p>
      <w:pPr>
        <w:pStyle w:val="FirstParagraph"/>
      </w:pPr>
      <w:r>
        <w:t xml:space="preserve">Each called street multiplies the pot by (1+2×3/4); final pot = 60×(1+2×3/4)² = $375.00. This assumes equal fractions and exactly one caller on both streets.</w:t>
      </w:r>
    </w:p>
    <w:p>
      <w:pPr>
        <w:pStyle w:val="BodyText"/>
      </w:pPr>
      <w:r>
        <w:rPr>
          <w:b/>
          <w:bCs/>
        </w:rPr>
        <w:t xml:space="preserve">A:</w:t>
      </w:r>
      <w:r>
        <w:t xml:space="preserve"> </w:t>
      </w:r>
      <w:r>
        <w:t xml:space="preserve">Incorrect ($442.50). A called bet adds two contributions on EACH street. The verified answer is $375.00. This assumes equal fractions and exactly one caller on both streets.</w:t>
      </w:r>
      <w:r>
        <w:br/>
      </w:r>
      <w:r>
        <w:rPr>
          <w:b/>
          <w:bCs/>
        </w:rPr>
        <w:t xml:space="preserve">B:</w:t>
      </w:r>
      <w:r>
        <w:t xml:space="preserve"> </w:t>
      </w:r>
      <w:r>
        <w:t xml:space="preserve">Correct. This assumes equal fractions and exactly one caller on both streets.</w:t>
      </w:r>
      <w:r>
        <w:br/>
      </w:r>
      <w:r>
        <w:rPr>
          <w:b/>
          <w:bCs/>
        </w:rPr>
        <w:t xml:space="preserve">C:</w:t>
      </w:r>
      <w:r>
        <w:t xml:space="preserve"> </w:t>
      </w:r>
      <w:r>
        <w:t xml:space="preserve">Incorrect ($318.75). A called bet adds two contributions on EACH street. The verified answer is $375.00. This assumes equal fractions and exactly one caller on both streets.</w:t>
      </w:r>
      <w:r>
        <w:br/>
      </w:r>
      <w:r>
        <w:rPr>
          <w:b/>
          <w:bCs/>
        </w:rPr>
        <w:t xml:space="preserve">D:</w:t>
      </w:r>
      <w:r>
        <w:t xml:space="preserve"> </w:t>
      </w:r>
      <w:r>
        <w:t xml:space="preserve">Incorrect ($491.25). A called bet adds two contributions on EACH street. The verified answer is $375.00. This assumes equal fractions and exactly one caller on both streets.</w:t>
      </w:r>
    </w:p>
    <w:bookmarkEnd w:id="252"/>
    <w:bookmarkStart w:id="253" w:name="ms8-q196-answer-a-157.50"/>
    <w:p>
      <w:pPr>
        <w:pStyle w:val="Heading3"/>
      </w:pPr>
      <w:r>
        <w:t xml:space="preserve">MS8-Q196 — Answer A: $157.50</w:t>
      </w:r>
    </w:p>
    <w:p>
      <w:pPr>
        <w:pStyle w:val="FirstParagraph"/>
      </w:pPr>
      <w:r>
        <w:t xml:space="preserve">Each called street multiplies the pot by (1+2×1/4); final pot = 70×(1+2×1/4)² = $157.50. This assumes equal fractions and exactly one caller on both streets.</w:t>
      </w:r>
    </w:p>
    <w:p>
      <w:pPr>
        <w:pStyle w:val="BodyText"/>
      </w:pPr>
      <w:r>
        <w:rPr>
          <w:b/>
          <w:bCs/>
        </w:rPr>
        <w:t xml:space="preserve">A:</w:t>
      </w:r>
      <w:r>
        <w:t xml:space="preserve"> </w:t>
      </w:r>
      <w:r>
        <w:t xml:space="preserve">Correct. This assumes equal fractions and exactly one caller on both streets.</w:t>
      </w:r>
      <w:r>
        <w:br/>
      </w:r>
      <w:r>
        <w:rPr>
          <w:b/>
          <w:bCs/>
        </w:rPr>
        <w:t xml:space="preserve">B:</w:t>
      </w:r>
      <w:r>
        <w:t xml:space="preserve"> </w:t>
      </w:r>
      <w:r>
        <w:t xml:space="preserve">Incorrect ($185.85). A called bet adds two contributions on EACH street. The verified answer is $157.50. This assumes equal fractions and exactly one caller on both streets.</w:t>
      </w:r>
      <w:r>
        <w:br/>
      </w:r>
      <w:r>
        <w:rPr>
          <w:b/>
          <w:bCs/>
        </w:rPr>
        <w:t xml:space="preserve">C:</w:t>
      </w:r>
      <w:r>
        <w:t xml:space="preserve"> </w:t>
      </w:r>
      <w:r>
        <w:t xml:space="preserve">Incorrect ($133.88). A called bet adds two contributions on EACH street. The verified answer is $157.50. This assumes equal fractions and exactly one caller on both streets.</w:t>
      </w:r>
      <w:r>
        <w:br/>
      </w:r>
      <w:r>
        <w:rPr>
          <w:b/>
          <w:bCs/>
        </w:rPr>
        <w:t xml:space="preserve">D:</w:t>
      </w:r>
      <w:r>
        <w:t xml:space="preserve"> </w:t>
      </w:r>
      <w:r>
        <w:t xml:space="preserve">Incorrect ($206.32). A called bet adds two contributions on EACH street. The verified answer is $157.50. This assumes equal fractions and exactly one caller on both streets.</w:t>
      </w:r>
    </w:p>
    <w:bookmarkEnd w:id="253"/>
    <w:bookmarkStart w:id="254" w:name="ms8-q197-answer-d-222.22"/>
    <w:p>
      <w:pPr>
        <w:pStyle w:val="Heading3"/>
      </w:pPr>
      <w:r>
        <w:t xml:space="preserve">MS8-Q197 — Answer D: $222.22</w:t>
      </w:r>
    </w:p>
    <w:p>
      <w:pPr>
        <w:pStyle w:val="FirstParagraph"/>
      </w:pPr>
      <w:r>
        <w:t xml:space="preserve">Each called street multiplies the pot by (1+2×1/3); final pot = 80×(1+2×1/3)² = $222.22. This assumes equal fractions and exactly one caller on both streets.</w:t>
      </w:r>
    </w:p>
    <w:p>
      <w:pPr>
        <w:pStyle w:val="BodyText"/>
      </w:pPr>
      <w:r>
        <w:rPr>
          <w:b/>
          <w:bCs/>
        </w:rPr>
        <w:t xml:space="preserve">A:</w:t>
      </w:r>
      <w:r>
        <w:t xml:space="preserve"> </w:t>
      </w:r>
      <w:r>
        <w:t xml:space="preserve">Incorrect ($262.22). A called bet adds two contributions on EACH street. The verified answer is $222.22. This assumes equal fractions and exactly one caller on both streets.</w:t>
      </w:r>
      <w:r>
        <w:br/>
      </w:r>
      <w:r>
        <w:rPr>
          <w:b/>
          <w:bCs/>
        </w:rPr>
        <w:t xml:space="preserve">B:</w:t>
      </w:r>
      <w:r>
        <w:t xml:space="preserve"> </w:t>
      </w:r>
      <w:r>
        <w:t xml:space="preserve">Incorrect ($188.89). A called bet adds two contributions on EACH street. The verified answer is $222.22. This assumes equal fractions and exactly one caller on both streets.</w:t>
      </w:r>
      <w:r>
        <w:br/>
      </w:r>
      <w:r>
        <w:rPr>
          <w:b/>
          <w:bCs/>
        </w:rPr>
        <w:t xml:space="preserve">C:</w:t>
      </w:r>
      <w:r>
        <w:t xml:space="preserve"> </w:t>
      </w:r>
      <w:r>
        <w:t xml:space="preserve">Incorrect ($291.11). A called bet adds two contributions on EACH street. The verified answer is $222.22. This assumes equal fractions and exactly one caller on both streets.</w:t>
      </w:r>
      <w:r>
        <w:br/>
      </w:r>
      <w:r>
        <w:rPr>
          <w:b/>
          <w:bCs/>
        </w:rPr>
        <w:t xml:space="preserve">D:</w:t>
      </w:r>
      <w:r>
        <w:t xml:space="preserve"> </w:t>
      </w:r>
      <w:r>
        <w:t xml:space="preserve">Correct. This assumes equal fractions and exactly one caller on both streets.</w:t>
      </w:r>
    </w:p>
    <w:bookmarkEnd w:id="254"/>
    <w:bookmarkStart w:id="255" w:name="ms8-q198-answer-c-360.00"/>
    <w:p>
      <w:pPr>
        <w:pStyle w:val="Heading3"/>
      </w:pPr>
      <w:r>
        <w:t xml:space="preserve">MS8-Q198 — Answer C: $360.00</w:t>
      </w:r>
    </w:p>
    <w:p>
      <w:pPr>
        <w:pStyle w:val="FirstParagraph"/>
      </w:pPr>
      <w:r>
        <w:t xml:space="preserve">Each called street multiplies the pot by (1+2×1/2); final pot = 90×(1+2×1/2)² = $360.00. This assumes equal fractions and exactly one caller on both streets.</w:t>
      </w:r>
    </w:p>
    <w:p>
      <w:pPr>
        <w:pStyle w:val="BodyText"/>
      </w:pPr>
      <w:r>
        <w:rPr>
          <w:b/>
          <w:bCs/>
        </w:rPr>
        <w:t xml:space="preserve">A:</w:t>
      </w:r>
      <w:r>
        <w:t xml:space="preserve"> </w:t>
      </w:r>
      <w:r>
        <w:t xml:space="preserve">Incorrect ($424.80). A called bet adds two contributions on EACH street. The verified answer is $360.00. This assumes equal fractions and exactly one caller on both streets.</w:t>
      </w:r>
      <w:r>
        <w:br/>
      </w:r>
      <w:r>
        <w:rPr>
          <w:b/>
          <w:bCs/>
        </w:rPr>
        <w:t xml:space="preserve">B:</w:t>
      </w:r>
      <w:r>
        <w:t xml:space="preserve"> </w:t>
      </w:r>
      <w:r>
        <w:t xml:space="preserve">Incorrect ($306.00). A called bet adds two contributions on EACH street. The verified answer is $360.00. This assumes equal fractions and exactly one caller on both streets.</w:t>
      </w:r>
      <w:r>
        <w:br/>
      </w:r>
      <w:r>
        <w:rPr>
          <w:b/>
          <w:bCs/>
        </w:rPr>
        <w:t xml:space="preserve">C:</w:t>
      </w:r>
      <w:r>
        <w:t xml:space="preserve"> </w:t>
      </w:r>
      <w:r>
        <w:t xml:space="preserve">Correct. This assumes equal fractions and exactly one caller on both streets.</w:t>
      </w:r>
      <w:r>
        <w:br/>
      </w:r>
      <w:r>
        <w:rPr>
          <w:b/>
          <w:bCs/>
        </w:rPr>
        <w:t xml:space="preserve">D:</w:t>
      </w:r>
      <w:r>
        <w:t xml:space="preserve"> </w:t>
      </w:r>
      <w:r>
        <w:t xml:space="preserve">Incorrect ($471.60). A called bet adds two contributions on EACH street. The verified answer is $360.00. This assumes equal fractions and exactly one caller on both streets.</w:t>
      </w:r>
    </w:p>
    <w:bookmarkEnd w:id="255"/>
    <w:bookmarkStart w:id="256" w:name="ms8-q199-answer-b-544.44"/>
    <w:p>
      <w:pPr>
        <w:pStyle w:val="Heading3"/>
      </w:pPr>
      <w:r>
        <w:t xml:space="preserve">MS8-Q199 — Answer B: $544.44</w:t>
      </w:r>
    </w:p>
    <w:p>
      <w:pPr>
        <w:pStyle w:val="FirstParagraph"/>
      </w:pPr>
      <w:r>
        <w:t xml:space="preserve">Each called street multiplies the pot by (1+2×2/3); final pot = 100×(1+2×2/3)² = $544.44. This assumes equal fractions and exactly one caller on both streets.</w:t>
      </w:r>
    </w:p>
    <w:p>
      <w:pPr>
        <w:pStyle w:val="BodyText"/>
      </w:pPr>
      <w:r>
        <w:rPr>
          <w:b/>
          <w:bCs/>
        </w:rPr>
        <w:t xml:space="preserve">A:</w:t>
      </w:r>
      <w:r>
        <w:t xml:space="preserve"> </w:t>
      </w:r>
      <w:r>
        <w:t xml:space="preserve">Incorrect ($642.44). A called bet adds two contributions on EACH street. The verified answer is $544.44. This assumes equal fractions and exactly one caller on both streets.</w:t>
      </w:r>
      <w:r>
        <w:br/>
      </w:r>
      <w:r>
        <w:rPr>
          <w:b/>
          <w:bCs/>
        </w:rPr>
        <w:t xml:space="preserve">B:</w:t>
      </w:r>
      <w:r>
        <w:t xml:space="preserve"> </w:t>
      </w:r>
      <w:r>
        <w:t xml:space="preserve">Correct. This assumes equal fractions and exactly one caller on both streets.</w:t>
      </w:r>
      <w:r>
        <w:br/>
      </w:r>
      <w:r>
        <w:rPr>
          <w:b/>
          <w:bCs/>
        </w:rPr>
        <w:t xml:space="preserve">C:</w:t>
      </w:r>
      <w:r>
        <w:t xml:space="preserve"> </w:t>
      </w:r>
      <w:r>
        <w:t xml:space="preserve">Incorrect ($462.78). A called bet adds two contributions on EACH street. The verified answer is $544.44. This assumes equal fractions and exactly one caller on both streets.</w:t>
      </w:r>
      <w:r>
        <w:br/>
      </w:r>
      <w:r>
        <w:rPr>
          <w:b/>
          <w:bCs/>
        </w:rPr>
        <w:t xml:space="preserve">D:</w:t>
      </w:r>
      <w:r>
        <w:t xml:space="preserve"> </w:t>
      </w:r>
      <w:r>
        <w:t xml:space="preserve">Incorrect ($713.22). A called bet adds two contributions on EACH street. The verified answer is $544.44. This assumes equal fractions and exactly one caller on both streets.</w:t>
      </w:r>
    </w:p>
    <w:bookmarkEnd w:id="256"/>
    <w:bookmarkStart w:id="257" w:name="ms8-q200-answer-a-687.50"/>
    <w:p>
      <w:pPr>
        <w:pStyle w:val="Heading3"/>
      </w:pPr>
      <w:r>
        <w:t xml:space="preserve">MS8-Q200 — Answer A: $687.50</w:t>
      </w:r>
    </w:p>
    <w:p>
      <w:pPr>
        <w:pStyle w:val="FirstParagraph"/>
      </w:pPr>
      <w:r>
        <w:t xml:space="preserve">Each called street multiplies the pot by (1+2×3/4); final pot = 110×(1+2×3/4)² = $687.50. This assumes equal fractions and exactly one caller on both streets.</w:t>
      </w:r>
    </w:p>
    <w:p>
      <w:pPr>
        <w:pStyle w:val="BodyText"/>
      </w:pPr>
      <w:r>
        <w:rPr>
          <w:b/>
          <w:bCs/>
        </w:rPr>
        <w:t xml:space="preserve">A:</w:t>
      </w:r>
      <w:r>
        <w:t xml:space="preserve"> </w:t>
      </w:r>
      <w:r>
        <w:t xml:space="preserve">Correct. This assumes equal fractions and exactly one caller on both streets.</w:t>
      </w:r>
      <w:r>
        <w:br/>
      </w:r>
      <w:r>
        <w:rPr>
          <w:b/>
          <w:bCs/>
        </w:rPr>
        <w:t xml:space="preserve">B:</w:t>
      </w:r>
      <w:r>
        <w:t xml:space="preserve"> </w:t>
      </w:r>
      <w:r>
        <w:t xml:space="preserve">Incorrect ($811.25). A called bet adds two contributions on EACH street. The verified answer is $687.50. This assumes equal fractions and exactly one caller on both streets.</w:t>
      </w:r>
      <w:r>
        <w:br/>
      </w:r>
      <w:r>
        <w:rPr>
          <w:b/>
          <w:bCs/>
        </w:rPr>
        <w:t xml:space="preserve">C:</w:t>
      </w:r>
      <w:r>
        <w:t xml:space="preserve"> </w:t>
      </w:r>
      <w:r>
        <w:t xml:space="preserve">Incorrect ($584.38). A called bet adds two contributions on EACH street. The verified answer is $687.50. This assumes equal fractions and exactly one caller on both streets.</w:t>
      </w:r>
      <w:r>
        <w:br/>
      </w:r>
      <w:r>
        <w:rPr>
          <w:b/>
          <w:bCs/>
        </w:rPr>
        <w:t xml:space="preserve">D:</w:t>
      </w:r>
      <w:r>
        <w:t xml:space="preserve"> </w:t>
      </w:r>
      <w:r>
        <w:t xml:space="preserve">Incorrect ($900.62). A called bet adds two contributions on EACH street. The verified answer is $687.50. This assumes equal fractions and exactly one caller on both streets.</w:t>
      </w:r>
    </w:p>
    <w:bookmarkEnd w:id="257"/>
    <w:bookmarkEnd w:id="258"/>
    <w:bookmarkStart w:id="279" w:name="X0c23317998dcfd60b70c3faacef0a0efda686b9"/>
    <w:p>
      <w:pPr>
        <w:pStyle w:val="Heading2"/>
      </w:pPr>
      <w:r>
        <w:t xml:space="preserve">Solutions — Unit 11: Implied Odds and Future Winnings</w:t>
      </w:r>
    </w:p>
    <w:bookmarkStart w:id="259" w:name="ms8-q201-answer-d-96.67"/>
    <w:p>
      <w:pPr>
        <w:pStyle w:val="Heading3"/>
      </w:pPr>
      <w:r>
        <w:t xml:space="preserve">MS8-Q201 — Answer D: $96.67</w:t>
      </w:r>
    </w:p>
    <w:p>
      <w:pPr>
        <w:pStyle w:val="FirstParagraph"/>
      </w:pPr>
      <w:r>
        <w:t xml:space="preserve">p=6/46. Final immediate pot=45+2×25=$95. Required extra W=25/p−(45+2×25)=$96.67. Future winnings are assumed and must be collectible; the model is not an automatic call recommendation.</w:t>
      </w:r>
    </w:p>
    <w:p>
      <w:pPr>
        <w:pStyle w:val="BodyText"/>
      </w:pPr>
      <w:r>
        <w:rPr>
          <w:b/>
          <w:bCs/>
        </w:rPr>
        <w:t xml:space="preserve">A:</w:t>
      </w:r>
      <w:r>
        <w:t xml:space="preserve"> </w:t>
      </w:r>
      <w:r>
        <w:t xml:space="preserve">Incorrect ($114.07). Compute the average extra money conditional on hitting, not unconditional equity. The verified answer is $96.67. Future winnings are assumed and must be collectible; the model is not an automatic call recommendation.</w:t>
      </w:r>
      <w:r>
        <w:br/>
      </w:r>
      <w:r>
        <w:rPr>
          <w:b/>
          <w:bCs/>
        </w:rPr>
        <w:t xml:space="preserve">B:</w:t>
      </w:r>
      <w:r>
        <w:t xml:space="preserve"> </w:t>
      </w:r>
      <w:r>
        <w:t xml:space="preserve">Incorrect ($82.17). Compute the average extra money conditional on hitting, not unconditional equity. The verified answer is $96.67. Future winnings are assumed and must be collectible; the model is not an automatic call recommendation.</w:t>
      </w:r>
      <w:r>
        <w:br/>
      </w:r>
      <w:r>
        <w:rPr>
          <w:b/>
          <w:bCs/>
        </w:rPr>
        <w:t xml:space="preserve">C:</w:t>
      </w:r>
      <w:r>
        <w:t xml:space="preserve"> </w:t>
      </w:r>
      <w:r>
        <w:t xml:space="preserve">Incorrect ($126.63). Compute the average extra money conditional on hitting, not unconditional equity. The verified answer is $96.67. Future winnings are assumed and must be collectible; the model is not an automatic call recommendation.</w:t>
      </w:r>
      <w:r>
        <w:br/>
      </w:r>
      <w:r>
        <w:rPr>
          <w:b/>
          <w:bCs/>
        </w:rPr>
        <w:t xml:space="preserve">D:</w:t>
      </w:r>
      <w:r>
        <w:t xml:space="preserve"> </w:t>
      </w:r>
      <w:r>
        <w:t xml:space="preserve">Correct. Future winnings are assumed and must be collectible; the model is not an automatic call recommendation.</w:t>
      </w:r>
    </w:p>
    <w:bookmarkEnd w:id="259"/>
    <w:bookmarkStart w:id="260" w:name="ms8-q202-answer-c-110.00"/>
    <w:p>
      <w:pPr>
        <w:pStyle w:val="Heading3"/>
      </w:pPr>
      <w:r>
        <w:t xml:space="preserve">MS8-Q202 — Answer C: $110.00</w:t>
      </w:r>
    </w:p>
    <w:p>
      <w:pPr>
        <w:pStyle w:val="FirstParagraph"/>
      </w:pPr>
      <w:r>
        <w:t xml:space="preserve">p=7/46. Final immediate pot=50+2×35=$120. Required extra W=35/p−(50+2×35)=$110.00. Future winnings are assumed and must be collectible; the model is not an automatic call recommendation.</w:t>
      </w:r>
    </w:p>
    <w:p>
      <w:pPr>
        <w:pStyle w:val="BodyText"/>
      </w:pPr>
      <w:r>
        <w:rPr>
          <w:b/>
          <w:bCs/>
        </w:rPr>
        <w:t xml:space="preserve">A:</w:t>
      </w:r>
      <w:r>
        <w:t xml:space="preserve"> </w:t>
      </w:r>
      <w:r>
        <w:t xml:space="preserve">Incorrect ($129.80). Compute the average extra money conditional on hitting, not unconditional equity. The verified answer is $110.00. Future winnings are assumed and must be collectible; the model is not an automatic call recommendation.</w:t>
      </w:r>
      <w:r>
        <w:br/>
      </w:r>
      <w:r>
        <w:rPr>
          <w:b/>
          <w:bCs/>
        </w:rPr>
        <w:t xml:space="preserve">B:</w:t>
      </w:r>
      <w:r>
        <w:t xml:space="preserve"> </w:t>
      </w:r>
      <w:r>
        <w:t xml:space="preserve">Incorrect ($93.50). Compute the average extra money conditional on hitting, not unconditional equity. The verified answer is $110.00. Future winnings are assumed and must be collectible; the model is not an automatic call recommendation.</w:t>
      </w:r>
      <w:r>
        <w:br/>
      </w:r>
      <w:r>
        <w:rPr>
          <w:b/>
          <w:bCs/>
        </w:rPr>
        <w:t xml:space="preserve">C:</w:t>
      </w:r>
      <w:r>
        <w:t xml:space="preserve"> </w:t>
      </w:r>
      <w:r>
        <w:t xml:space="preserve">Correct. Future winnings are assumed and must be collectible; the model is not an automatic call recommendation.</w:t>
      </w:r>
      <w:r>
        <w:br/>
      </w:r>
      <w:r>
        <w:rPr>
          <w:b/>
          <w:bCs/>
        </w:rPr>
        <w:t xml:space="preserve">D:</w:t>
      </w:r>
      <w:r>
        <w:t xml:space="preserve"> </w:t>
      </w:r>
      <w:r>
        <w:t xml:space="preserve">Incorrect ($144.10). Compute the average extra money conditional on hitting, not unconditional equity. The verified answer is $110.00. Future winnings are assumed and must be collectible; the model is not an automatic call recommendation.</w:t>
      </w:r>
    </w:p>
    <w:bookmarkEnd w:id="260"/>
    <w:bookmarkStart w:id="261" w:name="ms8-q203-answer-b-113.75"/>
    <w:p>
      <w:pPr>
        <w:pStyle w:val="Heading3"/>
      </w:pPr>
      <w:r>
        <w:t xml:space="preserve">MS8-Q203 — Answer B: $113.75</w:t>
      </w:r>
    </w:p>
    <w:p>
      <w:pPr>
        <w:pStyle w:val="FirstParagraph"/>
      </w:pPr>
      <w:r>
        <w:t xml:space="preserve">p=8/46. Final immediate pot=55+2×45=$145. Required extra W=45/p−(55+2×45)=$113.75. Future winnings are assumed and must be collectible; the model is not an automatic call recommendation.</w:t>
      </w:r>
    </w:p>
    <w:p>
      <w:pPr>
        <w:pStyle w:val="BodyText"/>
      </w:pPr>
      <w:r>
        <w:rPr>
          <w:b/>
          <w:bCs/>
        </w:rPr>
        <w:t xml:space="preserve">A:</w:t>
      </w:r>
      <w:r>
        <w:t xml:space="preserve"> </w:t>
      </w:r>
      <w:r>
        <w:t xml:space="preserve">Incorrect ($134.22). Compute the average extra money conditional on hitting, not unconditional equity. The verified answer is $113.75. Future winnings are assumed and must be collectible; the model is not an automatic call recommendation.</w:t>
      </w:r>
      <w:r>
        <w:br/>
      </w:r>
      <w:r>
        <w:rPr>
          <w:b/>
          <w:bCs/>
        </w:rPr>
        <w:t xml:space="preserve">B:</w:t>
      </w:r>
      <w:r>
        <w:t xml:space="preserve"> </w:t>
      </w:r>
      <w:r>
        <w:t xml:space="preserve">Correct. Future winnings are assumed and must be collectible; the model is not an automatic call recommendation.</w:t>
      </w:r>
      <w:r>
        <w:br/>
      </w:r>
      <w:r>
        <w:rPr>
          <w:b/>
          <w:bCs/>
        </w:rPr>
        <w:t xml:space="preserve">C:</w:t>
      </w:r>
      <w:r>
        <w:t xml:space="preserve"> </w:t>
      </w:r>
      <w:r>
        <w:t xml:space="preserve">Incorrect ($96.69). Compute the average extra money conditional on hitting, not unconditional equity. The verified answer is $113.75. Future winnings are assumed and must be collectible; the model is not an automatic call recommendation.</w:t>
      </w:r>
      <w:r>
        <w:br/>
      </w:r>
      <w:r>
        <w:rPr>
          <w:b/>
          <w:bCs/>
        </w:rPr>
        <w:t xml:space="preserve">D:</w:t>
      </w:r>
      <w:r>
        <w:t xml:space="preserve"> </w:t>
      </w:r>
      <w:r>
        <w:t xml:space="preserve">Incorrect ($149.01). Compute the average extra money conditional on hitting, not unconditional equity. The verified answer is $113.75. Future winnings are assumed and must be collectible; the model is not an automatic call recommendation.</w:t>
      </w:r>
    </w:p>
    <w:bookmarkEnd w:id="261"/>
    <w:bookmarkStart w:id="262" w:name="ms8-q204-answer-a-111.11"/>
    <w:p>
      <w:pPr>
        <w:pStyle w:val="Heading3"/>
      </w:pPr>
      <w:r>
        <w:t xml:space="preserve">MS8-Q204 — Answer A: $111.11</w:t>
      </w:r>
    </w:p>
    <w:p>
      <w:pPr>
        <w:pStyle w:val="FirstParagraph"/>
      </w:pPr>
      <w:r>
        <w:t xml:space="preserve">p=9/46. Final immediate pot=60+2×55=$170. Required extra W=55/p−(60+2×55)=$111.11. Future winnings are assumed and must be collectible; the model is not an automatic call recommendation.</w:t>
      </w:r>
    </w:p>
    <w:p>
      <w:pPr>
        <w:pStyle w:val="BodyText"/>
      </w:pPr>
      <w:r>
        <w:rPr>
          <w:b/>
          <w:bCs/>
        </w:rPr>
        <w:t xml:space="preserve">A:</w:t>
      </w:r>
      <w:r>
        <w:t xml:space="preserve"> </w:t>
      </w:r>
      <w:r>
        <w:t xml:space="preserve">Correct. Future winnings are assumed and must be collectible; the model is not an automatic call recommendation.</w:t>
      </w:r>
      <w:r>
        <w:br/>
      </w:r>
      <w:r>
        <w:rPr>
          <w:b/>
          <w:bCs/>
        </w:rPr>
        <w:t xml:space="preserve">B:</w:t>
      </w:r>
      <w:r>
        <w:t xml:space="preserve"> </w:t>
      </w:r>
      <w:r>
        <w:t xml:space="preserve">Incorrect ($131.11). Compute the average extra money conditional on hitting, not unconditional equity. The verified answer is $111.11. Future winnings are assumed and must be collectible; the model is not an automatic call recommendation.</w:t>
      </w:r>
      <w:r>
        <w:br/>
      </w:r>
      <w:r>
        <w:rPr>
          <w:b/>
          <w:bCs/>
        </w:rPr>
        <w:t xml:space="preserve">C:</w:t>
      </w:r>
      <w:r>
        <w:t xml:space="preserve"> </w:t>
      </w:r>
      <w:r>
        <w:t xml:space="preserve">Incorrect ($94.44). Compute the average extra money conditional on hitting, not unconditional equity. The verified answer is $111.11. Future winnings are assumed and must be collectible; the model is not an automatic call recommendation.</w:t>
      </w:r>
      <w:r>
        <w:br/>
      </w:r>
      <w:r>
        <w:rPr>
          <w:b/>
          <w:bCs/>
        </w:rPr>
        <w:t xml:space="preserve">D:</w:t>
      </w:r>
      <w:r>
        <w:t xml:space="preserve"> </w:t>
      </w:r>
      <w:r>
        <w:t xml:space="preserve">Incorrect ($145.56). Compute the average extra money conditional on hitting, not unconditional equity. The verified answer is $111.11. Future winnings are assumed and must be collectible; the model is not an automatic call recommendation.</w:t>
      </w:r>
    </w:p>
    <w:bookmarkEnd w:id="262"/>
    <w:bookmarkStart w:id="263" w:name="ms8-q205-answer-d-104.00"/>
    <w:p>
      <w:pPr>
        <w:pStyle w:val="Heading3"/>
      </w:pPr>
      <w:r>
        <w:t xml:space="preserve">MS8-Q205 — Answer D: $104.00</w:t>
      </w:r>
    </w:p>
    <w:p>
      <w:pPr>
        <w:pStyle w:val="FirstParagraph"/>
      </w:pPr>
      <w:r>
        <w:t xml:space="preserve">p=10/46. Final immediate pot=65+2×65=$195. Required extra W=65/p−(65+2×65)=$104.00. Future winnings are assumed and must be collectible; the model is not an automatic call recommendation.</w:t>
      </w:r>
    </w:p>
    <w:p>
      <w:pPr>
        <w:pStyle w:val="BodyText"/>
      </w:pPr>
      <w:r>
        <w:rPr>
          <w:b/>
          <w:bCs/>
        </w:rPr>
        <w:t xml:space="preserve">A:</w:t>
      </w:r>
      <w:r>
        <w:t xml:space="preserve"> </w:t>
      </w:r>
      <w:r>
        <w:t xml:space="preserve">Incorrect ($122.72). Compute the average extra money conditional on hitting, not unconditional equity. The verified answer is $104.00. Future winnings are assumed and must be collectible; the model is not an automatic call recommendation.</w:t>
      </w:r>
      <w:r>
        <w:br/>
      </w:r>
      <w:r>
        <w:rPr>
          <w:b/>
          <w:bCs/>
        </w:rPr>
        <w:t xml:space="preserve">B:</w:t>
      </w:r>
      <w:r>
        <w:t xml:space="preserve"> </w:t>
      </w:r>
      <w:r>
        <w:t xml:space="preserve">Incorrect ($88.40). Compute the average extra money conditional on hitting, not unconditional equity. The verified answer is $104.00. Future winnings are assumed and must be collectible; the model is not an automatic call recommendation.</w:t>
      </w:r>
      <w:r>
        <w:br/>
      </w:r>
      <w:r>
        <w:rPr>
          <w:b/>
          <w:bCs/>
        </w:rPr>
        <w:t xml:space="preserve">C:</w:t>
      </w:r>
      <w:r>
        <w:t xml:space="preserve"> </w:t>
      </w:r>
      <w:r>
        <w:t xml:space="preserve">Incorrect ($136.24). Compute the average extra money conditional on hitting, not unconditional equity. The verified answer is $104.00. Future winnings are assumed and must be collectible; the model is not an automatic call recommendation.</w:t>
      </w:r>
      <w:r>
        <w:br/>
      </w:r>
      <w:r>
        <w:rPr>
          <w:b/>
          <w:bCs/>
        </w:rPr>
        <w:t xml:space="preserve">D:</w:t>
      </w:r>
      <w:r>
        <w:t xml:space="preserve"> </w:t>
      </w:r>
      <w:r>
        <w:t xml:space="preserve">Correct. Future winnings are assumed and must be collectible; the model is not an automatic call recommendation.</w:t>
      </w:r>
    </w:p>
    <w:bookmarkEnd w:id="263"/>
    <w:bookmarkStart w:id="264" w:name="ms8-q206-answer-c-93.64"/>
    <w:p>
      <w:pPr>
        <w:pStyle w:val="Heading3"/>
      </w:pPr>
      <w:r>
        <w:t xml:space="preserve">MS8-Q206 — Answer C: $93.64</w:t>
      </w:r>
    </w:p>
    <w:p>
      <w:pPr>
        <w:pStyle w:val="FirstParagraph"/>
      </w:pPr>
      <w:r>
        <w:t xml:space="preserve">p=11/46. Final immediate pot=70+2×75=$220. Required extra W=75/p−(70+2×75)=$93.64. Future winnings are assumed and must be collectible; the model is not an automatic call recommendation.</w:t>
      </w:r>
    </w:p>
    <w:p>
      <w:pPr>
        <w:pStyle w:val="BodyText"/>
      </w:pPr>
      <w:r>
        <w:rPr>
          <w:b/>
          <w:bCs/>
        </w:rPr>
        <w:t xml:space="preserve">A:</w:t>
      </w:r>
      <w:r>
        <w:t xml:space="preserve"> </w:t>
      </w:r>
      <w:r>
        <w:t xml:space="preserve">Incorrect ($110.49). Compute the average extra money conditional on hitting, not unconditional equity. The verified answer is $93.64. Future winnings are assumed and must be collectible; the model is not an automatic call recommendation.</w:t>
      </w:r>
      <w:r>
        <w:br/>
      </w:r>
      <w:r>
        <w:rPr>
          <w:b/>
          <w:bCs/>
        </w:rPr>
        <w:t xml:space="preserve">B:</w:t>
      </w:r>
      <w:r>
        <w:t xml:space="preserve"> </w:t>
      </w:r>
      <w:r>
        <w:t xml:space="preserve">Incorrect ($79.59). Compute the average extra money conditional on hitting, not unconditional equity. The verified answer is $93.64. Future winnings are assumed and must be collectible; the model is not an automatic call recommendation.</w:t>
      </w:r>
      <w:r>
        <w:br/>
      </w:r>
      <w:r>
        <w:rPr>
          <w:b/>
          <w:bCs/>
        </w:rPr>
        <w:t xml:space="preserve">C:</w:t>
      </w:r>
      <w:r>
        <w:t xml:space="preserve"> </w:t>
      </w:r>
      <w:r>
        <w:t xml:space="preserve">Correct. Future winnings are assumed and must be collectible; the model is not an automatic call recommendation.</w:t>
      </w:r>
      <w:r>
        <w:br/>
      </w:r>
      <w:r>
        <w:rPr>
          <w:b/>
          <w:bCs/>
        </w:rPr>
        <w:t xml:space="preserve">D:</w:t>
      </w:r>
      <w:r>
        <w:t xml:space="preserve"> </w:t>
      </w:r>
      <w:r>
        <w:t xml:space="preserve">Incorrect ($122.66). Compute the average extra money conditional on hitting, not unconditional equity. The verified answer is $93.64. Future winnings are assumed and must be collectible; the model is not an automatic call recommendation.</w:t>
      </w:r>
    </w:p>
    <w:bookmarkEnd w:id="264"/>
    <w:bookmarkStart w:id="265" w:name="ms8-q207-answer-b-35.00"/>
    <w:p>
      <w:pPr>
        <w:pStyle w:val="Heading3"/>
      </w:pPr>
      <w:r>
        <w:t xml:space="preserve">MS8-Q207 — Answer B: $35.00</w:t>
      </w:r>
    </w:p>
    <w:p>
      <w:pPr>
        <w:pStyle w:val="FirstParagraph"/>
      </w:pPr>
      <w:r>
        <w:t xml:space="preserve">p=12/46. Final immediate pot=75+2×60=$195. Required extra W=60/p−(75+2×60)=$35.00. Future winnings are assumed and must be collectible; the model is not an automatic call recommendation.</w:t>
      </w:r>
    </w:p>
    <w:p>
      <w:pPr>
        <w:pStyle w:val="BodyText"/>
      </w:pPr>
      <w:r>
        <w:rPr>
          <w:b/>
          <w:bCs/>
        </w:rPr>
        <w:t xml:space="preserve">A:</w:t>
      </w:r>
      <w:r>
        <w:t xml:space="preserve"> </w:t>
      </w:r>
      <w:r>
        <w:t xml:space="preserve">Incorrect ($41.30). Compute the average extra money conditional on hitting, not unconditional equity. The verified answer is $35.00. Future winnings are assumed and must be collectible; the model is not an automatic call recommendation.</w:t>
      </w:r>
      <w:r>
        <w:br/>
      </w:r>
      <w:r>
        <w:rPr>
          <w:b/>
          <w:bCs/>
        </w:rPr>
        <w:t xml:space="preserve">B:</w:t>
      </w:r>
      <w:r>
        <w:t xml:space="preserve"> </w:t>
      </w:r>
      <w:r>
        <w:t xml:space="preserve">Correct. Future winnings are assumed and must be collectible; the model is not an automatic call recommendation.</w:t>
      </w:r>
      <w:r>
        <w:br/>
      </w:r>
      <w:r>
        <w:rPr>
          <w:b/>
          <w:bCs/>
        </w:rPr>
        <w:t xml:space="preserve">C:</w:t>
      </w:r>
      <w:r>
        <w:t xml:space="preserve"> </w:t>
      </w:r>
      <w:r>
        <w:t xml:space="preserve">Incorrect ($29.75). Compute the average extra money conditional on hitting, not unconditional equity. The verified answer is $35.00. Future winnings are assumed and must be collectible; the model is not an automatic call recommendation.</w:t>
      </w:r>
      <w:r>
        <w:br/>
      </w:r>
      <w:r>
        <w:rPr>
          <w:b/>
          <w:bCs/>
        </w:rPr>
        <w:t xml:space="preserve">D:</w:t>
      </w:r>
      <w:r>
        <w:t xml:space="preserve"> </w:t>
      </w:r>
      <w:r>
        <w:t xml:space="preserve">Incorrect ($45.85). Compute the average extra money conditional on hitting, not unconditional equity. The verified answer is $35.00. Future winnings are assumed and must be collectible; the model is not an automatic call recommendation.</w:t>
      </w:r>
    </w:p>
    <w:bookmarkEnd w:id="265"/>
    <w:bookmarkStart w:id="266" w:name="ms8-q208-answer-a-118.33"/>
    <w:p>
      <w:pPr>
        <w:pStyle w:val="Heading3"/>
      </w:pPr>
      <w:r>
        <w:t xml:space="preserve">MS8-Q208 — Answer A: $118.33</w:t>
      </w:r>
    </w:p>
    <w:p>
      <w:pPr>
        <w:pStyle w:val="FirstParagraph"/>
      </w:pPr>
      <w:r>
        <w:t xml:space="preserve">p=6/46. Final immediate pot=80+2×35=$150. Required extra W=35/p−(80+2×35)=$118.33. Future winnings are assumed and must be collectible; the model is not an automatic call recommendation.</w:t>
      </w:r>
    </w:p>
    <w:p>
      <w:pPr>
        <w:pStyle w:val="BodyText"/>
      </w:pPr>
      <w:r>
        <w:rPr>
          <w:b/>
          <w:bCs/>
        </w:rPr>
        <w:t xml:space="preserve">A:</w:t>
      </w:r>
      <w:r>
        <w:t xml:space="preserve"> </w:t>
      </w:r>
      <w:r>
        <w:t xml:space="preserve">Correct. Future winnings are assumed and must be collectible; the model is not an automatic call recommendation.</w:t>
      </w:r>
      <w:r>
        <w:br/>
      </w:r>
      <w:r>
        <w:rPr>
          <w:b/>
          <w:bCs/>
        </w:rPr>
        <w:t xml:space="preserve">B:</w:t>
      </w:r>
      <w:r>
        <w:t xml:space="preserve"> </w:t>
      </w:r>
      <w:r>
        <w:t xml:space="preserve">Incorrect ($139.63). Compute the average extra money conditional on hitting, not unconditional equity. The verified answer is $118.33. Future winnings are assumed and must be collectible; the model is not an automatic call recommendation.</w:t>
      </w:r>
      <w:r>
        <w:br/>
      </w:r>
      <w:r>
        <w:rPr>
          <w:b/>
          <w:bCs/>
        </w:rPr>
        <w:t xml:space="preserve">C:</w:t>
      </w:r>
      <w:r>
        <w:t xml:space="preserve"> </w:t>
      </w:r>
      <w:r>
        <w:t xml:space="preserve">Incorrect ($100.58). Compute the average extra money conditional on hitting, not unconditional equity. The verified answer is $118.33. Future winnings are assumed and must be collectible; the model is not an automatic call recommendation.</w:t>
      </w:r>
      <w:r>
        <w:br/>
      </w:r>
      <w:r>
        <w:rPr>
          <w:b/>
          <w:bCs/>
        </w:rPr>
        <w:t xml:space="preserve">D:</w:t>
      </w:r>
      <w:r>
        <w:t xml:space="preserve"> </w:t>
      </w:r>
      <w:r>
        <w:t xml:space="preserve">Incorrect ($155.02). Compute the average extra money conditional on hitting, not unconditional equity. The verified answer is $118.33. Future winnings are assumed and must be collectible; the model is not an automatic call recommendation.</w:t>
      </w:r>
    </w:p>
    <w:bookmarkEnd w:id="266"/>
    <w:bookmarkStart w:id="267" w:name="ms8-q209-answer-d-120.71"/>
    <w:p>
      <w:pPr>
        <w:pStyle w:val="Heading3"/>
      </w:pPr>
      <w:r>
        <w:t xml:space="preserve">MS8-Q209 — Answer D: $120.71</w:t>
      </w:r>
    </w:p>
    <w:p>
      <w:pPr>
        <w:pStyle w:val="FirstParagraph"/>
      </w:pPr>
      <w:r>
        <w:t xml:space="preserve">p=7/46. Final immediate pot=85+2×45=$175. Required extra W=45/p−(85+2×45)=$120.71. Future winnings are assumed and must be collectible; the model is not an automatic call recommendation.</w:t>
      </w:r>
    </w:p>
    <w:p>
      <w:pPr>
        <w:pStyle w:val="BodyText"/>
      </w:pPr>
      <w:r>
        <w:rPr>
          <w:b/>
          <w:bCs/>
        </w:rPr>
        <w:t xml:space="preserve">A:</w:t>
      </w:r>
      <w:r>
        <w:t xml:space="preserve"> </w:t>
      </w:r>
      <w:r>
        <w:t xml:space="preserve">Incorrect ($142.44). Compute the average extra money conditional on hitting, not unconditional equity. The verified answer is $120.71. Future winnings are assumed and must be collectible; the model is not an automatic call recommendation.</w:t>
      </w:r>
      <w:r>
        <w:br/>
      </w:r>
      <w:r>
        <w:rPr>
          <w:b/>
          <w:bCs/>
        </w:rPr>
        <w:t xml:space="preserve">B:</w:t>
      </w:r>
      <w:r>
        <w:t xml:space="preserve"> </w:t>
      </w:r>
      <w:r>
        <w:t xml:space="preserve">Incorrect ($102.61). Compute the average extra money conditional on hitting, not unconditional equity. The verified answer is $120.71. Future winnings are assumed and must be collectible; the model is not an automatic call recommendation.</w:t>
      </w:r>
      <w:r>
        <w:br/>
      </w:r>
      <w:r>
        <w:rPr>
          <w:b/>
          <w:bCs/>
        </w:rPr>
        <w:t xml:space="preserve">C:</w:t>
      </w:r>
      <w:r>
        <w:t xml:space="preserve"> </w:t>
      </w:r>
      <w:r>
        <w:t xml:space="preserve">Incorrect ($158.14). Compute the average extra money conditional on hitting, not unconditional equity. The verified answer is $120.71. Future winnings are assumed and must be collectible; the model is not an automatic call recommendation.</w:t>
      </w:r>
      <w:r>
        <w:br/>
      </w:r>
      <w:r>
        <w:rPr>
          <w:b/>
          <w:bCs/>
        </w:rPr>
        <w:t xml:space="preserve">D:</w:t>
      </w:r>
      <w:r>
        <w:t xml:space="preserve"> </w:t>
      </w:r>
      <w:r>
        <w:t xml:space="preserve">Correct. Future winnings are assumed and must be collectible; the model is not an automatic call recommendation.</w:t>
      </w:r>
    </w:p>
    <w:bookmarkEnd w:id="267"/>
    <w:bookmarkStart w:id="268" w:name="ms8-q210-answer-c-161.25"/>
    <w:p>
      <w:pPr>
        <w:pStyle w:val="Heading3"/>
      </w:pPr>
      <w:r>
        <w:t xml:space="preserve">MS8-Q210 — Answer C: $161.25</w:t>
      </w:r>
    </w:p>
    <w:p>
      <w:pPr>
        <w:pStyle w:val="FirstParagraph"/>
      </w:pPr>
      <w:r>
        <w:t xml:space="preserve">p=8/46. Final immediate pot=45+2×55=$155. Required extra W=55/p−(45+2×55)=$161.25. Future winnings are assumed and must be collectible; the model is not an automatic call recommendation.</w:t>
      </w:r>
    </w:p>
    <w:p>
      <w:pPr>
        <w:pStyle w:val="BodyText"/>
      </w:pPr>
      <w:r>
        <w:rPr>
          <w:b/>
          <w:bCs/>
        </w:rPr>
        <w:t xml:space="preserve">A:</w:t>
      </w:r>
      <w:r>
        <w:t xml:space="preserve"> </w:t>
      </w:r>
      <w:r>
        <w:t xml:space="preserve">Incorrect ($190.28). Compute the average extra money conditional on hitting, not unconditional equity. The verified answer is $161.25. Future winnings are assumed and must be collectible; the model is not an automatic call recommendation.</w:t>
      </w:r>
      <w:r>
        <w:br/>
      </w:r>
      <w:r>
        <w:rPr>
          <w:b/>
          <w:bCs/>
        </w:rPr>
        <w:t xml:space="preserve">B:</w:t>
      </w:r>
      <w:r>
        <w:t xml:space="preserve"> </w:t>
      </w:r>
      <w:r>
        <w:t xml:space="preserve">Incorrect ($137.06). Compute the average extra money conditional on hitting, not unconditional equity. The verified answer is $161.25. Future winnings are assumed and must be collectible; the model is not an automatic call recommendation.</w:t>
      </w:r>
      <w:r>
        <w:br/>
      </w:r>
      <w:r>
        <w:rPr>
          <w:b/>
          <w:bCs/>
        </w:rPr>
        <w:t xml:space="preserve">C:</w:t>
      </w:r>
      <w:r>
        <w:t xml:space="preserve"> </w:t>
      </w:r>
      <w:r>
        <w:t xml:space="preserve">Correct. Future winnings are assumed and must be collectible; the model is not an automatic call recommendation.</w:t>
      </w:r>
      <w:r>
        <w:br/>
      </w:r>
      <w:r>
        <w:rPr>
          <w:b/>
          <w:bCs/>
        </w:rPr>
        <w:t xml:space="preserve">D:</w:t>
      </w:r>
      <w:r>
        <w:t xml:space="preserve"> </w:t>
      </w:r>
      <w:r>
        <w:t xml:space="preserve">Incorrect ($211.24). Compute the average extra money conditional on hitting, not unconditional equity. The verified answer is $161.25. Future winnings are assumed and must be collectible; the model is not an automatic call recommendation.</w:t>
      </w:r>
    </w:p>
    <w:bookmarkEnd w:id="268"/>
    <w:bookmarkStart w:id="269" w:name="ms8-q211-answer-b-152.22"/>
    <w:p>
      <w:pPr>
        <w:pStyle w:val="Heading3"/>
      </w:pPr>
      <w:r>
        <w:t xml:space="preserve">MS8-Q211 — Answer B: $152.22</w:t>
      </w:r>
    </w:p>
    <w:p>
      <w:pPr>
        <w:pStyle w:val="FirstParagraph"/>
      </w:pPr>
      <w:r>
        <w:t xml:space="preserve">p=9/46. Final immediate pot=50+2×65=$180. Required extra W=65/p−(50+2×65)=$152.22. Future winnings are assumed and must be collectible; the model is not an automatic call recommendation.</w:t>
      </w:r>
    </w:p>
    <w:p>
      <w:pPr>
        <w:pStyle w:val="BodyText"/>
      </w:pPr>
      <w:r>
        <w:rPr>
          <w:b/>
          <w:bCs/>
        </w:rPr>
        <w:t xml:space="preserve">A:</w:t>
      </w:r>
      <w:r>
        <w:t xml:space="preserve"> </w:t>
      </w:r>
      <w:r>
        <w:t xml:space="preserve">Incorrect ($179.62). Compute the average extra money conditional on hitting, not unconditional equity. The verified answer is $152.22. Future winnings are assumed and must be collectible; the model is not an automatic call recommendation.</w:t>
      </w:r>
      <w:r>
        <w:br/>
      </w:r>
      <w:r>
        <w:rPr>
          <w:b/>
          <w:bCs/>
        </w:rPr>
        <w:t xml:space="preserve">B:</w:t>
      </w:r>
      <w:r>
        <w:t xml:space="preserve"> </w:t>
      </w:r>
      <w:r>
        <w:t xml:space="preserve">Correct. Future winnings are assumed and must be collectible; the model is not an automatic call recommendation.</w:t>
      </w:r>
      <w:r>
        <w:br/>
      </w:r>
      <w:r>
        <w:rPr>
          <w:b/>
          <w:bCs/>
        </w:rPr>
        <w:t xml:space="preserve">C:</w:t>
      </w:r>
      <w:r>
        <w:t xml:space="preserve"> </w:t>
      </w:r>
      <w:r>
        <w:t xml:space="preserve">Incorrect ($129.39). Compute the average extra money conditional on hitting, not unconditional equity. The verified answer is $152.22. Future winnings are assumed and must be collectible; the model is not an automatic call recommendation.</w:t>
      </w:r>
      <w:r>
        <w:br/>
      </w:r>
      <w:r>
        <w:rPr>
          <w:b/>
          <w:bCs/>
        </w:rPr>
        <w:t xml:space="preserve">D:</w:t>
      </w:r>
      <w:r>
        <w:t xml:space="preserve"> </w:t>
      </w:r>
      <w:r>
        <w:t xml:space="preserve">Incorrect ($199.41). Compute the average extra money conditional on hitting, not unconditional equity. The verified answer is $152.22. Future winnings are assumed and must be collectible; the model is not an automatic call recommendation.</w:t>
      </w:r>
    </w:p>
    <w:bookmarkEnd w:id="269"/>
    <w:bookmarkStart w:id="270" w:name="ms8-q212-answer-a-140.00"/>
    <w:p>
      <w:pPr>
        <w:pStyle w:val="Heading3"/>
      </w:pPr>
      <w:r>
        <w:t xml:space="preserve">MS8-Q212 — Answer A: $140.00</w:t>
      </w:r>
    </w:p>
    <w:p>
      <w:pPr>
        <w:pStyle w:val="FirstParagraph"/>
      </w:pPr>
      <w:r>
        <w:t xml:space="preserve">p=10/46. Final immediate pot=55+2×75=$205. Required extra W=75/p−(55+2×75)=$140.00. Future winnings are assumed and must be collectible; the model is not an automatic call recommendation.</w:t>
      </w:r>
    </w:p>
    <w:p>
      <w:pPr>
        <w:pStyle w:val="BodyText"/>
      </w:pPr>
      <w:r>
        <w:rPr>
          <w:b/>
          <w:bCs/>
        </w:rPr>
        <w:t xml:space="preserve">A:</w:t>
      </w:r>
      <w:r>
        <w:t xml:space="preserve"> </w:t>
      </w:r>
      <w:r>
        <w:t xml:space="preserve">Correct. Future winnings are assumed and must be collectible; the model is not an automatic call recommendation.</w:t>
      </w:r>
      <w:r>
        <w:br/>
      </w:r>
      <w:r>
        <w:rPr>
          <w:b/>
          <w:bCs/>
        </w:rPr>
        <w:t xml:space="preserve">B:</w:t>
      </w:r>
      <w:r>
        <w:t xml:space="preserve"> </w:t>
      </w:r>
      <w:r>
        <w:t xml:space="preserve">Incorrect ($165.20). Compute the average extra money conditional on hitting, not unconditional equity. The verified answer is $140.00. Future winnings are assumed and must be collectible; the model is not an automatic call recommendation.</w:t>
      </w:r>
      <w:r>
        <w:br/>
      </w:r>
      <w:r>
        <w:rPr>
          <w:b/>
          <w:bCs/>
        </w:rPr>
        <w:t xml:space="preserve">C:</w:t>
      </w:r>
      <w:r>
        <w:t xml:space="preserve"> </w:t>
      </w:r>
      <w:r>
        <w:t xml:space="preserve">Incorrect ($119.00). Compute the average extra money conditional on hitting, not unconditional equity. The verified answer is $140.00. Future winnings are assumed and must be collectible; the model is not an automatic call recommendation.</w:t>
      </w:r>
      <w:r>
        <w:br/>
      </w:r>
      <w:r>
        <w:rPr>
          <w:b/>
          <w:bCs/>
        </w:rPr>
        <w:t xml:space="preserve">D:</w:t>
      </w:r>
      <w:r>
        <w:t xml:space="preserve"> </w:t>
      </w:r>
      <w:r>
        <w:t xml:space="preserve">Incorrect ($183.40). Compute the average extra money conditional on hitting, not unconditional equity. The verified answer is $140.00. Future winnings are assumed and must be collectible; the model is not an automatic call recommendation.</w:t>
      </w:r>
    </w:p>
    <w:bookmarkEnd w:id="270"/>
    <w:bookmarkStart w:id="271" w:name="ms8-q213-answer-d-70.91"/>
    <w:p>
      <w:pPr>
        <w:pStyle w:val="Heading3"/>
      </w:pPr>
      <w:r>
        <w:t xml:space="preserve">MS8-Q213 — Answer D: $70.91</w:t>
      </w:r>
    </w:p>
    <w:p>
      <w:pPr>
        <w:pStyle w:val="FirstParagraph"/>
      </w:pPr>
      <w:r>
        <w:t xml:space="preserve">p=11/46. Final immediate pot=60+2×60=$180. Required extra W=60/p−(60+2×60)=$70.91. Future winnings are assumed and must be collectible; the model is not an automatic call recommendation.</w:t>
      </w:r>
    </w:p>
    <w:p>
      <w:pPr>
        <w:pStyle w:val="BodyText"/>
      </w:pPr>
      <w:r>
        <w:rPr>
          <w:b/>
          <w:bCs/>
        </w:rPr>
        <w:t xml:space="preserve">A:</w:t>
      </w:r>
      <w:r>
        <w:t xml:space="preserve"> </w:t>
      </w:r>
      <w:r>
        <w:t xml:space="preserve">Incorrect ($83.67). Compute the average extra money conditional on hitting, not unconditional equity. The verified answer is $70.91. Future winnings are assumed and must be collectible; the model is not an automatic call recommendation.</w:t>
      </w:r>
      <w:r>
        <w:br/>
      </w:r>
      <w:r>
        <w:rPr>
          <w:b/>
          <w:bCs/>
        </w:rPr>
        <w:t xml:space="preserve">B:</w:t>
      </w:r>
      <w:r>
        <w:t xml:space="preserve"> </w:t>
      </w:r>
      <w:r>
        <w:t xml:space="preserve">Incorrect ($60.27). Compute the average extra money conditional on hitting, not unconditional equity. The verified answer is $70.91. Future winnings are assumed and must be collectible; the model is not an automatic call recommendation.</w:t>
      </w:r>
      <w:r>
        <w:br/>
      </w:r>
      <w:r>
        <w:rPr>
          <w:b/>
          <w:bCs/>
        </w:rPr>
        <w:t xml:space="preserve">C:</w:t>
      </w:r>
      <w:r>
        <w:t xml:space="preserve"> </w:t>
      </w:r>
      <w:r>
        <w:t xml:space="preserve">Incorrect ($92.89). Compute the average extra money conditional on hitting, not unconditional equity. The verified answer is $70.91. Future winnings are assumed and must be collectible; the model is not an automatic call recommendation.</w:t>
      </w:r>
      <w:r>
        <w:br/>
      </w:r>
      <w:r>
        <w:rPr>
          <w:b/>
          <w:bCs/>
        </w:rPr>
        <w:t xml:space="preserve">D:</w:t>
      </w:r>
      <w:r>
        <w:t xml:space="preserve"> </w:t>
      </w:r>
      <w:r>
        <w:t xml:space="preserve">Correct. Future winnings are assumed and must be collectible; the model is not an automatic call recommendation.</w:t>
      </w:r>
    </w:p>
    <w:bookmarkEnd w:id="271"/>
    <w:bookmarkStart w:id="272" w:name="ms8-q214-answer-c-45.00"/>
    <w:p>
      <w:pPr>
        <w:pStyle w:val="Heading3"/>
      </w:pPr>
      <w:r>
        <w:t xml:space="preserve">MS8-Q214 — Answer C: $45.00</w:t>
      </w:r>
    </w:p>
    <w:p>
      <w:pPr>
        <w:pStyle w:val="FirstParagraph"/>
      </w:pPr>
      <w:r>
        <w:t xml:space="preserve">p=12/46. Final immediate pot=65+2×60=$185. Required extra W=60/p−(65+2×60)=$45.00. Future winnings are assumed and must be collectible; the model is not an automatic call recommendation.</w:t>
      </w:r>
    </w:p>
    <w:p>
      <w:pPr>
        <w:pStyle w:val="BodyText"/>
      </w:pPr>
      <w:r>
        <w:rPr>
          <w:b/>
          <w:bCs/>
        </w:rPr>
        <w:t xml:space="preserve">A:</w:t>
      </w:r>
      <w:r>
        <w:t xml:space="preserve"> </w:t>
      </w:r>
      <w:r>
        <w:t xml:space="preserve">Incorrect ($53.10). Compute the average extra money conditional on hitting, not unconditional equity. The verified answer is $45.00. Future winnings are assumed and must be collectible; the model is not an automatic call recommendation.</w:t>
      </w:r>
      <w:r>
        <w:br/>
      </w:r>
      <w:r>
        <w:rPr>
          <w:b/>
          <w:bCs/>
        </w:rPr>
        <w:t xml:space="preserve">B:</w:t>
      </w:r>
      <w:r>
        <w:t xml:space="preserve"> </w:t>
      </w:r>
      <w:r>
        <w:t xml:space="preserve">Incorrect ($38.25). Compute the average extra money conditional on hitting, not unconditional equity. The verified answer is $45.00. Future winnings are assumed and must be collectible; the model is not an automatic call recommendation.</w:t>
      </w:r>
      <w:r>
        <w:br/>
      </w:r>
      <w:r>
        <w:rPr>
          <w:b/>
          <w:bCs/>
        </w:rPr>
        <w:t xml:space="preserve">C:</w:t>
      </w:r>
      <w:r>
        <w:t xml:space="preserve"> </w:t>
      </w:r>
      <w:r>
        <w:t xml:space="preserve">Correct. Future winnings are assumed and must be collectible; the model is not an automatic call recommendation.</w:t>
      </w:r>
      <w:r>
        <w:br/>
      </w:r>
      <w:r>
        <w:rPr>
          <w:b/>
          <w:bCs/>
        </w:rPr>
        <w:t xml:space="preserve">D:</w:t>
      </w:r>
      <w:r>
        <w:t xml:space="preserve"> </w:t>
      </w:r>
      <w:r>
        <w:t xml:space="preserve">Incorrect ($58.95). Compute the average extra money conditional on hitting, not unconditional equity. The verified answer is $45.00. Future winnings are assumed and must be collectible; the model is not an automatic call recommendation.</w:t>
      </w:r>
    </w:p>
    <w:bookmarkEnd w:id="272"/>
    <w:bookmarkStart w:id="273" w:name="ms8-q215-answer-b-185.00"/>
    <w:p>
      <w:pPr>
        <w:pStyle w:val="Heading3"/>
      </w:pPr>
      <w:r>
        <w:t xml:space="preserve">MS8-Q215 — Answer B: $185.00</w:t>
      </w:r>
    </w:p>
    <w:p>
      <w:pPr>
        <w:pStyle w:val="FirstParagraph"/>
      </w:pPr>
      <w:r>
        <w:t xml:space="preserve">p=6/46. Final immediate pot=70+2×45=$160. Required extra W=45/p−(70+2×45)=$185.00. Future winnings are assumed and must be collectible; the model is not an automatic call recommendation.</w:t>
      </w:r>
    </w:p>
    <w:p>
      <w:pPr>
        <w:pStyle w:val="BodyText"/>
      </w:pPr>
      <w:r>
        <w:rPr>
          <w:b/>
          <w:bCs/>
        </w:rPr>
        <w:t xml:space="preserve">A:</w:t>
      </w:r>
      <w:r>
        <w:t xml:space="preserve"> </w:t>
      </w:r>
      <w:r>
        <w:t xml:space="preserve">Incorrect ($218.30). Compute the average extra money conditional on hitting, not unconditional equity. The verified answer is $185.00. Future winnings are assumed and must be collectible; the model is not an automatic call recommendation.</w:t>
      </w:r>
      <w:r>
        <w:br/>
      </w:r>
      <w:r>
        <w:rPr>
          <w:b/>
          <w:bCs/>
        </w:rPr>
        <w:t xml:space="preserve">B:</w:t>
      </w:r>
      <w:r>
        <w:t xml:space="preserve"> </w:t>
      </w:r>
      <w:r>
        <w:t xml:space="preserve">Correct. Future winnings are assumed and must be collectible; the model is not an automatic call recommendation.</w:t>
      </w:r>
      <w:r>
        <w:br/>
      </w:r>
      <w:r>
        <w:rPr>
          <w:b/>
          <w:bCs/>
        </w:rPr>
        <w:t xml:space="preserve">C:</w:t>
      </w:r>
      <w:r>
        <w:t xml:space="preserve"> </w:t>
      </w:r>
      <w:r>
        <w:t xml:space="preserve">Incorrect ($157.25). Compute the average extra money conditional on hitting, not unconditional equity. The verified answer is $185.00. Future winnings are assumed and must be collectible; the model is not an automatic call recommendation.</w:t>
      </w:r>
      <w:r>
        <w:br/>
      </w:r>
      <w:r>
        <w:rPr>
          <w:b/>
          <w:bCs/>
        </w:rPr>
        <w:t xml:space="preserve">D:</w:t>
      </w:r>
      <w:r>
        <w:t xml:space="preserve"> </w:t>
      </w:r>
      <w:r>
        <w:t xml:space="preserve">Incorrect ($242.35). Compute the average extra money conditional on hitting, not unconditional equity. The verified answer is $185.00. Future winnings are assumed and must be collectible; the model is not an automatic call recommendation.</w:t>
      </w:r>
    </w:p>
    <w:bookmarkEnd w:id="273"/>
    <w:bookmarkStart w:id="274" w:name="ms8-q216-answer-a-176.43"/>
    <w:p>
      <w:pPr>
        <w:pStyle w:val="Heading3"/>
      </w:pPr>
      <w:r>
        <w:t xml:space="preserve">MS8-Q216 — Answer A: $176.43</w:t>
      </w:r>
    </w:p>
    <w:p>
      <w:pPr>
        <w:pStyle w:val="FirstParagraph"/>
      </w:pPr>
      <w:r>
        <w:t xml:space="preserve">p=7/46. Final immediate pot=75+2×55=$185. Required extra W=55/p−(75+2×55)=$176.43. Future winnings are assumed and must be collectible; the model is not an automatic call recommendation.</w:t>
      </w:r>
    </w:p>
    <w:p>
      <w:pPr>
        <w:pStyle w:val="BodyText"/>
      </w:pPr>
      <w:r>
        <w:rPr>
          <w:b/>
          <w:bCs/>
        </w:rPr>
        <w:t xml:space="preserve">A:</w:t>
      </w:r>
      <w:r>
        <w:t xml:space="preserve"> </w:t>
      </w:r>
      <w:r>
        <w:t xml:space="preserve">Correct. Future winnings are assumed and must be collectible; the model is not an automatic call recommendation.</w:t>
      </w:r>
      <w:r>
        <w:br/>
      </w:r>
      <w:r>
        <w:rPr>
          <w:b/>
          <w:bCs/>
        </w:rPr>
        <w:t xml:space="preserve">B:</w:t>
      </w:r>
      <w:r>
        <w:t xml:space="preserve"> </w:t>
      </w:r>
      <w:r>
        <w:t xml:space="preserve">Incorrect ($208.19). Compute the average extra money conditional on hitting, not unconditional equity. The verified answer is $176.43. Future winnings are assumed and must be collectible; the model is not an automatic call recommendation.</w:t>
      </w:r>
      <w:r>
        <w:br/>
      </w:r>
      <w:r>
        <w:rPr>
          <w:b/>
          <w:bCs/>
        </w:rPr>
        <w:t xml:space="preserve">C:</w:t>
      </w:r>
      <w:r>
        <w:t xml:space="preserve"> </w:t>
      </w:r>
      <w:r>
        <w:t xml:space="preserve">Incorrect ($149.96). Compute the average extra money conditional on hitting, not unconditional equity. The verified answer is $176.43. Future winnings are assumed and must be collectible; the model is not an automatic call recommendation.</w:t>
      </w:r>
      <w:r>
        <w:br/>
      </w:r>
      <w:r>
        <w:rPr>
          <w:b/>
          <w:bCs/>
        </w:rPr>
        <w:t xml:space="preserve">D:</w:t>
      </w:r>
      <w:r>
        <w:t xml:space="preserve"> </w:t>
      </w:r>
      <w:r>
        <w:t xml:space="preserve">Incorrect ($231.12). Compute the average extra money conditional on hitting, not unconditional equity. The verified answer is $176.43. Future winnings are assumed and must be collectible; the model is not an automatic call recommendation.</w:t>
      </w:r>
    </w:p>
    <w:bookmarkEnd w:id="274"/>
    <w:bookmarkStart w:id="275" w:name="ms8-q217-answer-d-163.75"/>
    <w:p>
      <w:pPr>
        <w:pStyle w:val="Heading3"/>
      </w:pPr>
      <w:r>
        <w:t xml:space="preserve">MS8-Q217 — Answer D: $163.75</w:t>
      </w:r>
    </w:p>
    <w:p>
      <w:pPr>
        <w:pStyle w:val="FirstParagraph"/>
      </w:pPr>
      <w:r>
        <w:t xml:space="preserve">p=8/46. Final immediate pot=80+2×65=$210. Required extra W=65/p−(80+2×65)=$163.75. Future winnings are assumed and must be collectible; the model is not an automatic call recommendation.</w:t>
      </w:r>
    </w:p>
    <w:p>
      <w:pPr>
        <w:pStyle w:val="BodyText"/>
      </w:pPr>
      <w:r>
        <w:rPr>
          <w:b/>
          <w:bCs/>
        </w:rPr>
        <w:t xml:space="preserve">A:</w:t>
      </w:r>
      <w:r>
        <w:t xml:space="preserve"> </w:t>
      </w:r>
      <w:r>
        <w:t xml:space="preserve">Incorrect ($193.22). Compute the average extra money conditional on hitting, not unconditional equity. The verified answer is $163.75. Future winnings are assumed and must be collectible; the model is not an automatic call recommendation.</w:t>
      </w:r>
      <w:r>
        <w:br/>
      </w:r>
      <w:r>
        <w:rPr>
          <w:b/>
          <w:bCs/>
        </w:rPr>
        <w:t xml:space="preserve">B:</w:t>
      </w:r>
      <w:r>
        <w:t xml:space="preserve"> </w:t>
      </w:r>
      <w:r>
        <w:t xml:space="preserve">Incorrect ($139.19). Compute the average extra money conditional on hitting, not unconditional equity. The verified answer is $163.75. Future winnings are assumed and must be collectible; the model is not an automatic call recommendation.</w:t>
      </w:r>
      <w:r>
        <w:br/>
      </w:r>
      <w:r>
        <w:rPr>
          <w:b/>
          <w:bCs/>
        </w:rPr>
        <w:t xml:space="preserve">C:</w:t>
      </w:r>
      <w:r>
        <w:t xml:space="preserve"> </w:t>
      </w:r>
      <w:r>
        <w:t xml:space="preserve">Incorrect ($214.51). Compute the average extra money conditional on hitting, not unconditional equity. The verified answer is $163.75. Future winnings are assumed and must be collectible; the model is not an automatic call recommendation.</w:t>
      </w:r>
      <w:r>
        <w:br/>
      </w:r>
      <w:r>
        <w:rPr>
          <w:b/>
          <w:bCs/>
        </w:rPr>
        <w:t xml:space="preserve">D:</w:t>
      </w:r>
      <w:r>
        <w:t xml:space="preserve"> </w:t>
      </w:r>
      <w:r>
        <w:t xml:space="preserve">Correct. Future winnings are assumed and must be collectible; the model is not an automatic call recommendation.</w:t>
      </w:r>
    </w:p>
    <w:bookmarkEnd w:id="275"/>
    <w:bookmarkStart w:id="276" w:name="ms8-q218-answer-c-148.33"/>
    <w:p>
      <w:pPr>
        <w:pStyle w:val="Heading3"/>
      </w:pPr>
      <w:r>
        <w:t xml:space="preserve">MS8-Q218 — Answer C: $148.33</w:t>
      </w:r>
    </w:p>
    <w:p>
      <w:pPr>
        <w:pStyle w:val="FirstParagraph"/>
      </w:pPr>
      <w:r>
        <w:t xml:space="preserve">p=9/46. Final immediate pot=85+2×75=$235. Required extra W=75/p−(85+2×75)=$148.33. Future winnings are assumed and must be collectible; the model is not an automatic call recommendation.</w:t>
      </w:r>
    </w:p>
    <w:p>
      <w:pPr>
        <w:pStyle w:val="BodyText"/>
      </w:pPr>
      <w:r>
        <w:rPr>
          <w:b/>
          <w:bCs/>
        </w:rPr>
        <w:t xml:space="preserve">A:</w:t>
      </w:r>
      <w:r>
        <w:t xml:space="preserve"> </w:t>
      </w:r>
      <w:r>
        <w:t xml:space="preserve">Incorrect ($175.03). Compute the average extra money conditional on hitting, not unconditional equity. The verified answer is $148.33. Future winnings are assumed and must be collectible; the model is not an automatic call recommendation.</w:t>
      </w:r>
      <w:r>
        <w:br/>
      </w:r>
      <w:r>
        <w:rPr>
          <w:b/>
          <w:bCs/>
        </w:rPr>
        <w:t xml:space="preserve">B:</w:t>
      </w:r>
      <w:r>
        <w:t xml:space="preserve"> </w:t>
      </w:r>
      <w:r>
        <w:t xml:space="preserve">Incorrect ($126.08). Compute the average extra money conditional on hitting, not unconditional equity. The verified answer is $148.33. Future winnings are assumed and must be collectible; the model is not an automatic call recommendation.</w:t>
      </w:r>
      <w:r>
        <w:br/>
      </w:r>
      <w:r>
        <w:rPr>
          <w:b/>
          <w:bCs/>
        </w:rPr>
        <w:t xml:space="preserve">C:</w:t>
      </w:r>
      <w:r>
        <w:t xml:space="preserve"> </w:t>
      </w:r>
      <w:r>
        <w:t xml:space="preserve">Correct. Future winnings are assumed and must be collectible; the model is not an automatic call recommendation.</w:t>
      </w:r>
      <w:r>
        <w:br/>
      </w:r>
      <w:r>
        <w:rPr>
          <w:b/>
          <w:bCs/>
        </w:rPr>
        <w:t xml:space="preserve">D:</w:t>
      </w:r>
      <w:r>
        <w:t xml:space="preserve"> </w:t>
      </w:r>
      <w:r>
        <w:t xml:space="preserve">Incorrect ($194.32). Compute the average extra money conditional on hitting, not unconditional equity. The verified answer is $148.33. Future winnings are assumed and must be collectible; the model is not an automatic call recommendation.</w:t>
      </w:r>
    </w:p>
    <w:bookmarkEnd w:id="276"/>
    <w:bookmarkStart w:id="277" w:name="ms8-q219-answer-b-20.00"/>
    <w:p>
      <w:pPr>
        <w:pStyle w:val="Heading3"/>
      </w:pPr>
      <w:r>
        <w:t xml:space="preserve">MS8-Q219 — Answer B: $20.00</w:t>
      </w:r>
    </w:p>
    <w:p>
      <w:pPr>
        <w:pStyle w:val="FirstParagraph"/>
      </w:pPr>
      <w:r>
        <w:t xml:space="preserve">p=10/46. Final immediate pot=45+2×25=$95. Required extra W=25/p−(45+2×25)=$20.00. Future winnings are assumed and must be collectible; the model is not an automatic call recommendation.</w:t>
      </w:r>
    </w:p>
    <w:p>
      <w:pPr>
        <w:pStyle w:val="BodyText"/>
      </w:pPr>
      <w:r>
        <w:rPr>
          <w:b/>
          <w:bCs/>
        </w:rPr>
        <w:t xml:space="preserve">A:</w:t>
      </w:r>
      <w:r>
        <w:t xml:space="preserve"> </w:t>
      </w:r>
      <w:r>
        <w:t xml:space="preserve">Incorrect ($25.00). Compute the average extra money conditional on hitting, not unconditional equity. The verified answer is $20.00. Future winnings are assumed and must be collectible; the model is not an automatic call recommendation.</w:t>
      </w:r>
      <w:r>
        <w:br/>
      </w:r>
      <w:r>
        <w:rPr>
          <w:b/>
          <w:bCs/>
        </w:rPr>
        <w:t xml:space="preserve">B:</w:t>
      </w:r>
      <w:r>
        <w:t xml:space="preserve"> </w:t>
      </w:r>
      <w:r>
        <w:t xml:space="preserve">Correct. Future winnings are assumed and must be collectible; the model is not an automatic call recommendation.</w:t>
      </w:r>
      <w:r>
        <w:br/>
      </w:r>
      <w:r>
        <w:rPr>
          <w:b/>
          <w:bCs/>
        </w:rPr>
        <w:t xml:space="preserve">C:</w:t>
      </w:r>
      <w:r>
        <w:t xml:space="preserve"> </w:t>
      </w:r>
      <w:r>
        <w:t xml:space="preserve">Incorrect ($15.00). Compute the average extra money conditional on hitting, not unconditional equity. The verified answer is $20.00. Future winnings are assumed and must be collectible; the model is not an automatic call recommendation.</w:t>
      </w:r>
      <w:r>
        <w:br/>
      </w:r>
      <w:r>
        <w:rPr>
          <w:b/>
          <w:bCs/>
        </w:rPr>
        <w:t xml:space="preserve">D:</w:t>
      </w:r>
      <w:r>
        <w:t xml:space="preserve"> </w:t>
      </w:r>
      <w:r>
        <w:t xml:space="preserve">Incorrect ($30.00). Compute the average extra money conditional on hitting, not unconditional equity. The verified answer is $20.00. Future winnings are assumed and must be collectible; the model is not an automatic call recommendation.</w:t>
      </w:r>
    </w:p>
    <w:bookmarkEnd w:id="277"/>
    <w:bookmarkStart w:id="278" w:name="ms8-q220-answer-a-26.36"/>
    <w:p>
      <w:pPr>
        <w:pStyle w:val="Heading3"/>
      </w:pPr>
      <w:r>
        <w:t xml:space="preserve">MS8-Q220 — Answer A: $26.36</w:t>
      </w:r>
    </w:p>
    <w:p>
      <w:pPr>
        <w:pStyle w:val="FirstParagraph"/>
      </w:pPr>
      <w:r>
        <w:t xml:space="preserve">p=11/46. Final immediate pot=50+2×35=$120. Required extra W=35/p−(50+2×35)=$26.36. Future winnings are assumed and must be collectible; the model is not an automatic call recommendation.</w:t>
      </w:r>
    </w:p>
    <w:p>
      <w:pPr>
        <w:pStyle w:val="BodyText"/>
      </w:pPr>
      <w:r>
        <w:rPr>
          <w:b/>
          <w:bCs/>
        </w:rPr>
        <w:t xml:space="preserve">A:</w:t>
      </w:r>
      <w:r>
        <w:t xml:space="preserve"> </w:t>
      </w:r>
      <w:r>
        <w:t xml:space="preserve">Correct. Future winnings are assumed and must be collectible; the model is not an automatic call recommendation.</w:t>
      </w:r>
      <w:r>
        <w:br/>
      </w:r>
      <w:r>
        <w:rPr>
          <w:b/>
          <w:bCs/>
        </w:rPr>
        <w:t xml:space="preserve">B:</w:t>
      </w:r>
      <w:r>
        <w:t xml:space="preserve"> </w:t>
      </w:r>
      <w:r>
        <w:t xml:space="preserve">Incorrect ($31.36). Compute the average extra money conditional on hitting, not unconditional equity. The verified answer is $26.36. Future winnings are assumed and must be collectible; the model is not an automatic call recommendation.</w:t>
      </w:r>
      <w:r>
        <w:br/>
      </w:r>
      <w:r>
        <w:rPr>
          <w:b/>
          <w:bCs/>
        </w:rPr>
        <w:t xml:space="preserve">C:</w:t>
      </w:r>
      <w:r>
        <w:t xml:space="preserve"> </w:t>
      </w:r>
      <w:r>
        <w:t xml:space="preserve">Incorrect ($21.36). Compute the average extra money conditional on hitting, not unconditional equity. The verified answer is $26.36. Future winnings are assumed and must be collectible; the model is not an automatic call recommendation.</w:t>
      </w:r>
      <w:r>
        <w:br/>
      </w:r>
      <w:r>
        <w:rPr>
          <w:b/>
          <w:bCs/>
        </w:rPr>
        <w:t xml:space="preserve">D:</w:t>
      </w:r>
      <w:r>
        <w:t xml:space="preserve"> </w:t>
      </w:r>
      <w:r>
        <w:t xml:space="preserve">Incorrect ($36.36). Compute the average extra money conditional on hitting, not unconditional equity. The verified answer is $26.36. Future winnings are assumed and must be collectible; the model is not an automatic call recommendation.</w:t>
      </w:r>
    </w:p>
    <w:bookmarkEnd w:id="278"/>
    <w:bookmarkEnd w:id="279"/>
    <w:bookmarkStart w:id="300" w:name="Xeddfa8cdd7d70ff7a5eff8f5a69f69c94e7d1a2"/>
    <w:p>
      <w:pPr>
        <w:pStyle w:val="Heading2"/>
      </w:pPr>
      <w:r>
        <w:t xml:space="preserve">Solutions — Unit 12: Three-Player ICM Payout Equity</w:t>
      </w:r>
    </w:p>
    <w:bookmarkStart w:id="280" w:name="ms8-q221-answer-d-386.67"/>
    <w:p>
      <w:pPr>
        <w:pStyle w:val="Heading3"/>
      </w:pPr>
      <w:r>
        <w:t xml:space="preserve">MS8-Q221 — Answer D: $386.67</w:t>
      </w:r>
    </w:p>
    <w:p>
      <w:pPr>
        <w:pStyle w:val="FirstParagraph"/>
      </w:pPr>
      <w:r>
        <w:t xml:space="preserve">P(1st)=400/2000=0.20000; P(2nd)=(800/2000)×(400/1200)+(800/2000)×(400/1200)=0.26667; P(3rd)=1−P1−P2. Expected prize=$386.67. ICM is a finishing-place model, not a perfect tournament strategy.</w:t>
      </w:r>
    </w:p>
    <w:p>
      <w:pPr>
        <w:pStyle w:val="BodyText"/>
      </w:pPr>
      <w:r>
        <w:rPr>
          <w:b/>
          <w:bCs/>
        </w:rPr>
        <w:t xml:space="preserve">A:</w:t>
      </w:r>
      <w:r>
        <w:t xml:space="preserve"> </w:t>
      </w:r>
      <w:r>
        <w:t xml:space="preserve">Incorrect ($456.27). ICM requires first, second, and third-place probability weights. The verified answer is $386.67. ICM is a finishing-place model, not a perfect tournament strategy.</w:t>
      </w:r>
      <w:r>
        <w:br/>
      </w:r>
      <w:r>
        <w:rPr>
          <w:b/>
          <w:bCs/>
        </w:rPr>
        <w:t xml:space="preserve">B:</w:t>
      </w:r>
      <w:r>
        <w:t xml:space="preserve"> </w:t>
      </w:r>
      <w:r>
        <w:t xml:space="preserve">Incorrect ($328.67). ICM requires first, second, and third-place probability weights. The verified answer is $386.67. ICM is a finishing-place model, not a perfect tournament strategy.</w:t>
      </w:r>
      <w:r>
        <w:br/>
      </w:r>
      <w:r>
        <w:rPr>
          <w:b/>
          <w:bCs/>
        </w:rPr>
        <w:t xml:space="preserve">C:</w:t>
      </w:r>
      <w:r>
        <w:t xml:space="preserve"> </w:t>
      </w:r>
      <w:r>
        <w:t xml:space="preserve">Incorrect ($506.53). ICM requires first, second, and third-place probability weights. The verified answer is $386.67. ICM is a finishing-place model, not a perfect tournament strategy.</w:t>
      </w:r>
      <w:r>
        <w:br/>
      </w:r>
      <w:r>
        <w:rPr>
          <w:b/>
          <w:bCs/>
        </w:rPr>
        <w:t xml:space="preserve">D:</w:t>
      </w:r>
      <w:r>
        <w:t xml:space="preserve"> </w:t>
      </w:r>
      <w:r>
        <w:t xml:space="preserve">Correct. ICM is a finishing-place model, not a perfect tournament strategy.</w:t>
      </w:r>
    </w:p>
    <w:bookmarkEnd w:id="280"/>
    <w:bookmarkStart w:id="281" w:name="ms8-q222-answer-c-480.68"/>
    <w:p>
      <w:pPr>
        <w:pStyle w:val="Heading3"/>
      </w:pPr>
      <w:r>
        <w:t xml:space="preserve">MS8-Q222 — Answer C: $480.68</w:t>
      </w:r>
    </w:p>
    <w:p>
      <w:pPr>
        <w:pStyle w:val="FirstParagraph"/>
      </w:pPr>
      <w:r>
        <w:t xml:space="preserve">P(1st)=700/3500=0.20000; P(2nd)=(1300/3500)×(700/2200)+(1500/3500)×(700/2000)=0.26818; P(3rd)=1−P1−P2. Expected prize=$480.68. ICM is a finishing-place model, not a perfect tournament strategy.</w:t>
      </w:r>
    </w:p>
    <w:p>
      <w:pPr>
        <w:pStyle w:val="BodyText"/>
      </w:pPr>
      <w:r>
        <w:rPr>
          <w:b/>
          <w:bCs/>
        </w:rPr>
        <w:t xml:space="preserve">A:</w:t>
      </w:r>
      <w:r>
        <w:t xml:space="preserve"> </w:t>
      </w:r>
      <w:r>
        <w:t xml:space="preserve">Incorrect ($567.20). ICM requires first, second, and third-place probability weights. The verified answer is $480.68. ICM is a finishing-place model, not a perfect tournament strategy.</w:t>
      </w:r>
      <w:r>
        <w:br/>
      </w:r>
      <w:r>
        <w:rPr>
          <w:b/>
          <w:bCs/>
        </w:rPr>
        <w:t xml:space="preserve">B:</w:t>
      </w:r>
      <w:r>
        <w:t xml:space="preserve"> </w:t>
      </w:r>
      <w:r>
        <w:t xml:space="preserve">Incorrect ($408.58). ICM requires first, second, and third-place probability weights. The verified answer is $480.68. ICM is a finishing-place model, not a perfect tournament strategy.</w:t>
      </w:r>
      <w:r>
        <w:br/>
      </w:r>
      <w:r>
        <w:rPr>
          <w:b/>
          <w:bCs/>
        </w:rPr>
        <w:t xml:space="preserve">C:</w:t>
      </w:r>
      <w:r>
        <w:t xml:space="preserve"> </w:t>
      </w:r>
      <w:r>
        <w:t xml:space="preserve">Correct. ICM is a finishing-place model, not a perfect tournament strategy.</w:t>
      </w:r>
      <w:r>
        <w:br/>
      </w:r>
      <w:r>
        <w:rPr>
          <w:b/>
          <w:bCs/>
        </w:rPr>
        <w:t xml:space="preserve">D:</w:t>
      </w:r>
      <w:r>
        <w:t xml:space="preserve"> </w:t>
      </w:r>
      <w:r>
        <w:t xml:space="preserve">Incorrect ($629.69). ICM requires first, second, and third-place probability weights. The verified answer is $480.68. ICM is a finishing-place model, not a perfect tournament strategy.</w:t>
      </w:r>
    </w:p>
    <w:bookmarkEnd w:id="281"/>
    <w:bookmarkStart w:id="282" w:name="ms8-q223-answer-b-749.89"/>
    <w:p>
      <w:pPr>
        <w:pStyle w:val="Heading3"/>
      </w:pPr>
      <w:r>
        <w:t xml:space="preserve">MS8-Q223 — Answer B: $749.89</w:t>
      </w:r>
    </w:p>
    <w:p>
      <w:pPr>
        <w:pStyle w:val="FirstParagraph"/>
      </w:pPr>
      <w:r>
        <w:t xml:space="preserve">P(1st)=1000/3400=0.29412; P(2nd)=(1800/3400)×(1000/1600)+(600/3400)×(1000/2800)=0.39391; P(3rd)=1−P1−P2. Expected prize=$749.89. ICM is a finishing-place model, not a perfect tournament strategy.</w:t>
      </w:r>
    </w:p>
    <w:p>
      <w:pPr>
        <w:pStyle w:val="BodyText"/>
      </w:pPr>
      <w:r>
        <w:rPr>
          <w:b/>
          <w:bCs/>
        </w:rPr>
        <w:t xml:space="preserve">A:</w:t>
      </w:r>
      <w:r>
        <w:t xml:space="preserve"> </w:t>
      </w:r>
      <w:r>
        <w:t xml:space="preserve">Incorrect ($884.88). ICM requires first, second, and third-place probability weights. The verified answer is $749.89. ICM is a finishing-place model, not a perfect tournament strategy.</w:t>
      </w:r>
      <w:r>
        <w:br/>
      </w:r>
      <w:r>
        <w:rPr>
          <w:b/>
          <w:bCs/>
        </w:rPr>
        <w:t xml:space="preserve">B:</w:t>
      </w:r>
      <w:r>
        <w:t xml:space="preserve"> </w:t>
      </w:r>
      <w:r>
        <w:t xml:space="preserve">Correct. ICM is a finishing-place model, not a perfect tournament strategy.</w:t>
      </w:r>
      <w:r>
        <w:br/>
      </w:r>
      <w:r>
        <w:rPr>
          <w:b/>
          <w:bCs/>
        </w:rPr>
        <w:t xml:space="preserve">C:</w:t>
      </w:r>
      <w:r>
        <w:t xml:space="preserve"> </w:t>
      </w:r>
      <w:r>
        <w:t xml:space="preserve">Incorrect ($637.41). ICM requires first, second, and third-place probability weights. The verified answer is $749.89. ICM is a finishing-place model, not a perfect tournament strategy.</w:t>
      </w:r>
      <w:r>
        <w:br/>
      </w:r>
      <w:r>
        <w:rPr>
          <w:b/>
          <w:bCs/>
        </w:rPr>
        <w:t xml:space="preserve">D:</w:t>
      </w:r>
      <w:r>
        <w:t xml:space="preserve"> </w:t>
      </w:r>
      <w:r>
        <w:t xml:space="preserve">Incorrect ($982.36). ICM requires first, second, and third-place probability weights. The verified answer is $749.89. ICM is a finishing-place model, not a perfect tournament strategy.</w:t>
      </w:r>
    </w:p>
    <w:bookmarkEnd w:id="282"/>
    <w:bookmarkStart w:id="283" w:name="ms8-q224-answer-a-969.57"/>
    <w:p>
      <w:pPr>
        <w:pStyle w:val="Heading3"/>
      </w:pPr>
      <w:r>
        <w:t xml:space="preserve">MS8-Q224 — Answer A: $969.57</w:t>
      </w:r>
    </w:p>
    <w:p>
      <w:pPr>
        <w:pStyle w:val="FirstParagraph"/>
      </w:pPr>
      <w:r>
        <w:t xml:space="preserve">P(1st)=1300/3200=0.40625; P(2nd)=(600/3200)×(1300/2600)+(1300/3200)×(1300/1900)=0.37171; P(3rd)=1−P1−P2. Expected prize=$969.57. ICM is a finishing-place model, not a perfect tournament strategy.</w:t>
      </w:r>
    </w:p>
    <w:p>
      <w:pPr>
        <w:pStyle w:val="BodyText"/>
      </w:pPr>
      <w:r>
        <w:rPr>
          <w:b/>
          <w:bCs/>
        </w:rPr>
        <w:t xml:space="preserve">A:</w:t>
      </w:r>
      <w:r>
        <w:t xml:space="preserve"> </w:t>
      </w:r>
      <w:r>
        <w:t xml:space="preserve">Correct. ICM is a finishing-place model, not a perfect tournament strategy.</w:t>
      </w:r>
      <w:r>
        <w:br/>
      </w:r>
      <w:r>
        <w:rPr>
          <w:b/>
          <w:bCs/>
        </w:rPr>
        <w:t xml:space="preserve">B:</w:t>
      </w:r>
      <w:r>
        <w:t xml:space="preserve"> </w:t>
      </w:r>
      <w:r>
        <w:t xml:space="preserve">Incorrect ($1,144.10). ICM requires first, second, and third-place probability weights. The verified answer is $969.57. ICM is a finishing-place model, not a perfect tournament strategy.</w:t>
      </w:r>
      <w:r>
        <w:br/>
      </w:r>
      <w:r>
        <w:rPr>
          <w:b/>
          <w:bCs/>
        </w:rPr>
        <w:t xml:space="preserve">C:</w:t>
      </w:r>
      <w:r>
        <w:t xml:space="preserve"> </w:t>
      </w:r>
      <w:r>
        <w:t xml:space="preserve">Incorrect ($824.14). ICM requires first, second, and third-place probability weights. The verified answer is $969.57. ICM is a finishing-place model, not a perfect tournament strategy.</w:t>
      </w:r>
      <w:r>
        <w:br/>
      </w:r>
      <w:r>
        <w:rPr>
          <w:b/>
          <w:bCs/>
        </w:rPr>
        <w:t xml:space="preserve">D:</w:t>
      </w:r>
      <w:r>
        <w:t xml:space="preserve"> </w:t>
      </w:r>
      <w:r>
        <w:t xml:space="preserve">Incorrect ($1,270.14). ICM requires first, second, and third-place probability weights. The verified answer is $969.57. ICM is a finishing-place model, not a perfect tournament strategy.</w:t>
      </w:r>
    </w:p>
    <w:bookmarkEnd w:id="283"/>
    <w:bookmarkStart w:id="284" w:name="ms8-q225-answer-d-836.37"/>
    <w:p>
      <w:pPr>
        <w:pStyle w:val="Heading3"/>
      </w:pPr>
      <w:r>
        <w:t xml:space="preserve">MS8-Q225 — Answer D: $836.37</w:t>
      </w:r>
    </w:p>
    <w:p>
      <w:pPr>
        <w:pStyle w:val="FirstParagraph"/>
      </w:pPr>
      <w:r>
        <w:t xml:space="preserve">P(1st)=1600/4700=0.34043; P(2nd)=(1100/4700)×(1600/3600)+(2000/4700)×(1600/2700)=0.35619; P(3rd)=1−P1−P2. Expected prize=$836.37. ICM is a finishing-place model, not a perfect tournament strategy.</w:t>
      </w:r>
    </w:p>
    <w:p>
      <w:pPr>
        <w:pStyle w:val="BodyText"/>
      </w:pPr>
      <w:r>
        <w:rPr>
          <w:b/>
          <w:bCs/>
        </w:rPr>
        <w:t xml:space="preserve">A:</w:t>
      </w:r>
      <w:r>
        <w:t xml:space="preserve"> </w:t>
      </w:r>
      <w:r>
        <w:t xml:space="preserve">Incorrect ($986.91). ICM requires first, second, and third-place probability weights. The verified answer is $836.37. ICM is a finishing-place model, not a perfect tournament strategy.</w:t>
      </w:r>
      <w:r>
        <w:br/>
      </w:r>
      <w:r>
        <w:rPr>
          <w:b/>
          <w:bCs/>
        </w:rPr>
        <w:t xml:space="preserve">B:</w:t>
      </w:r>
      <w:r>
        <w:t xml:space="preserve"> </w:t>
      </w:r>
      <w:r>
        <w:t xml:space="preserve">Incorrect ($710.91). ICM requires first, second, and third-place probability weights. The verified answer is $836.37. ICM is a finishing-place model, not a perfect tournament strategy.</w:t>
      </w:r>
      <w:r>
        <w:br/>
      </w:r>
      <w:r>
        <w:rPr>
          <w:b/>
          <w:bCs/>
        </w:rPr>
        <w:t xml:space="preserve">C:</w:t>
      </w:r>
      <w:r>
        <w:t xml:space="preserve"> </w:t>
      </w:r>
      <w:r>
        <w:t xml:space="preserve">Incorrect ($1,095.64). ICM requires first, second, and third-place probability weights. The verified answer is $836.37. ICM is a finishing-place model, not a perfect tournament strategy.</w:t>
      </w:r>
      <w:r>
        <w:br/>
      </w:r>
      <w:r>
        <w:rPr>
          <w:b/>
          <w:bCs/>
        </w:rPr>
        <w:t xml:space="preserve">D:</w:t>
      </w:r>
      <w:r>
        <w:t xml:space="preserve"> </w:t>
      </w:r>
      <w:r>
        <w:t xml:space="preserve">Correct. ICM is a finishing-place model, not a perfect tournament strategy.</w:t>
      </w:r>
    </w:p>
    <w:bookmarkEnd w:id="284"/>
    <w:bookmarkStart w:id="285" w:name="ms8-q226-answer-c-386.67"/>
    <w:p>
      <w:pPr>
        <w:pStyle w:val="Heading3"/>
      </w:pPr>
      <w:r>
        <w:t xml:space="preserve">MS8-Q226 — Answer C: $386.67</w:t>
      </w:r>
    </w:p>
    <w:p>
      <w:pPr>
        <w:pStyle w:val="FirstParagraph"/>
      </w:pPr>
      <w:r>
        <w:t xml:space="preserve">P(1st)=400/3100=0.12903; P(2nd)=(1600/3100)×(400/1500)+(1100/3100)×(400/2000)=0.20860; P(3rd)=1−P1−P2. Expected prize=$386.67. ICM is a finishing-place model, not a perfect tournament strategy.</w:t>
      </w:r>
    </w:p>
    <w:p>
      <w:pPr>
        <w:pStyle w:val="BodyText"/>
      </w:pPr>
      <w:r>
        <w:rPr>
          <w:b/>
          <w:bCs/>
        </w:rPr>
        <w:t xml:space="preserve">A:</w:t>
      </w:r>
      <w:r>
        <w:t xml:space="preserve"> </w:t>
      </w:r>
      <w:r>
        <w:t xml:space="preserve">Incorrect ($456.27). ICM requires first, second, and third-place probability weights. The verified answer is $386.67. ICM is a finishing-place model, not a perfect tournament strategy.</w:t>
      </w:r>
      <w:r>
        <w:br/>
      </w:r>
      <w:r>
        <w:rPr>
          <w:b/>
          <w:bCs/>
        </w:rPr>
        <w:t xml:space="preserve">B:</w:t>
      </w:r>
      <w:r>
        <w:t xml:space="preserve"> </w:t>
      </w:r>
      <w:r>
        <w:t xml:space="preserve">Incorrect ($328.67). ICM requires first, second, and third-place probability weights. The verified answer is $386.67. ICM is a finishing-place model, not a perfect tournament strategy.</w:t>
      </w:r>
      <w:r>
        <w:br/>
      </w:r>
      <w:r>
        <w:rPr>
          <w:b/>
          <w:bCs/>
        </w:rPr>
        <w:t xml:space="preserve">C:</w:t>
      </w:r>
      <w:r>
        <w:t xml:space="preserve"> </w:t>
      </w:r>
      <w:r>
        <w:t xml:space="preserve">Correct. ICM is a finishing-place model, not a perfect tournament strategy.</w:t>
      </w:r>
      <w:r>
        <w:br/>
      </w:r>
      <w:r>
        <w:rPr>
          <w:b/>
          <w:bCs/>
        </w:rPr>
        <w:t xml:space="preserve">D:</w:t>
      </w:r>
      <w:r>
        <w:t xml:space="preserve"> </w:t>
      </w:r>
      <w:r>
        <w:t xml:space="preserve">Incorrect ($506.53). ICM requires first, second, and third-place probability weights. The verified answer is $386.67. ICM is a finishing-place model, not a perfect tournament strategy.</w:t>
      </w:r>
    </w:p>
    <w:bookmarkEnd w:id="285"/>
    <w:bookmarkStart w:id="286" w:name="ms8-q227-answer-b-402.78"/>
    <w:p>
      <w:pPr>
        <w:pStyle w:val="Heading3"/>
      </w:pPr>
      <w:r>
        <w:t xml:space="preserve">MS8-Q227 — Answer B: $402.78</w:t>
      </w:r>
    </w:p>
    <w:p>
      <w:pPr>
        <w:pStyle w:val="FirstParagraph"/>
      </w:pPr>
      <w:r>
        <w:t xml:space="preserve">P(1st)=700/4600=0.15217; P(2nd)=(2100/4600)×(700/2500)+(1800/4600)×(700/2800)=0.22565; P(3rd)=1−P1−P2. Expected prize=$402.78. ICM is a finishing-place model, not a perfect tournament strategy.</w:t>
      </w:r>
    </w:p>
    <w:p>
      <w:pPr>
        <w:pStyle w:val="BodyText"/>
      </w:pPr>
      <w:r>
        <w:rPr>
          <w:b/>
          <w:bCs/>
        </w:rPr>
        <w:t xml:space="preserve">A:</w:t>
      </w:r>
      <w:r>
        <w:t xml:space="preserve"> </w:t>
      </w:r>
      <w:r>
        <w:t xml:space="preserve">Incorrect ($475.28). ICM requires first, second, and third-place probability weights. The verified answer is $402.78. ICM is a finishing-place model, not a perfect tournament strategy.</w:t>
      </w:r>
      <w:r>
        <w:br/>
      </w:r>
      <w:r>
        <w:rPr>
          <w:b/>
          <w:bCs/>
        </w:rPr>
        <w:t xml:space="preserve">B:</w:t>
      </w:r>
      <w:r>
        <w:t xml:space="preserve"> </w:t>
      </w:r>
      <w:r>
        <w:t xml:space="preserve">Correct. ICM is a finishing-place model, not a perfect tournament strategy.</w:t>
      </w:r>
      <w:r>
        <w:br/>
      </w:r>
      <w:r>
        <w:rPr>
          <w:b/>
          <w:bCs/>
        </w:rPr>
        <w:t xml:space="preserve">C:</w:t>
      </w:r>
      <w:r>
        <w:t xml:space="preserve"> </w:t>
      </w:r>
      <w:r>
        <w:t xml:space="preserve">Incorrect ($342.37). ICM requires first, second, and third-place probability weights. The verified answer is $402.78. ICM is a finishing-place model, not a perfect tournament strategy.</w:t>
      </w:r>
      <w:r>
        <w:br/>
      </w:r>
      <w:r>
        <w:rPr>
          <w:b/>
          <w:bCs/>
        </w:rPr>
        <w:t xml:space="preserve">D:</w:t>
      </w:r>
      <w:r>
        <w:t xml:space="preserve"> </w:t>
      </w:r>
      <w:r>
        <w:t xml:space="preserve">Incorrect ($527.65). ICM requires first, second, and third-place probability weights. The verified answer is $402.78. ICM is a finishing-place model, not a perfect tournament strategy.</w:t>
      </w:r>
    </w:p>
    <w:bookmarkEnd w:id="286"/>
    <w:bookmarkStart w:id="287" w:name="ms8-q228-answer-a-816.35"/>
    <w:p>
      <w:pPr>
        <w:pStyle w:val="Heading3"/>
      </w:pPr>
      <w:r>
        <w:t xml:space="preserve">MS8-Q228 — Answer A: $816.35</w:t>
      </w:r>
    </w:p>
    <w:p>
      <w:pPr>
        <w:pStyle w:val="FirstParagraph"/>
      </w:pPr>
      <w:r>
        <w:t xml:space="preserve">P(1st)=1000/2800=0.35714; P(2nd)=(900/2800)×(1000/1900)+(900/2800)×(1000/1900)=0.33835; P(3rd)=1−P1−P2. Expected prize=$816.35. ICM is a finishing-place model, not a perfect tournament strategy.</w:t>
      </w:r>
    </w:p>
    <w:p>
      <w:pPr>
        <w:pStyle w:val="BodyText"/>
      </w:pPr>
      <w:r>
        <w:rPr>
          <w:b/>
          <w:bCs/>
        </w:rPr>
        <w:t xml:space="preserve">A:</w:t>
      </w:r>
      <w:r>
        <w:t xml:space="preserve"> </w:t>
      </w:r>
      <w:r>
        <w:t xml:space="preserve">Correct. ICM is a finishing-place model, not a perfect tournament strategy.</w:t>
      </w:r>
      <w:r>
        <w:br/>
      </w:r>
      <w:r>
        <w:rPr>
          <w:b/>
          <w:bCs/>
        </w:rPr>
        <w:t xml:space="preserve">B:</w:t>
      </w:r>
      <w:r>
        <w:t xml:space="preserve"> </w:t>
      </w:r>
      <w:r>
        <w:t xml:space="preserve">Incorrect ($963.30). ICM requires first, second, and third-place probability weights. The verified answer is $816.35. ICM is a finishing-place model, not a perfect tournament strategy.</w:t>
      </w:r>
      <w:r>
        <w:br/>
      </w:r>
      <w:r>
        <w:rPr>
          <w:b/>
          <w:bCs/>
        </w:rPr>
        <w:t xml:space="preserve">C:</w:t>
      </w:r>
      <w:r>
        <w:t xml:space="preserve"> </w:t>
      </w:r>
      <w:r>
        <w:t xml:space="preserve">Incorrect ($693.90). ICM requires first, second, and third-place probability weights. The verified answer is $816.35. ICM is a finishing-place model, not a perfect tournament strategy.</w:t>
      </w:r>
      <w:r>
        <w:br/>
      </w:r>
      <w:r>
        <w:rPr>
          <w:b/>
          <w:bCs/>
        </w:rPr>
        <w:t xml:space="preserve">D:</w:t>
      </w:r>
      <w:r>
        <w:t xml:space="preserve"> </w:t>
      </w:r>
      <w:r>
        <w:t xml:space="preserve">Incorrect ($1,069.42). ICM requires first, second, and third-place probability weights. The verified answer is $816.35. ICM is a finishing-place model, not a perfect tournament strategy.</w:t>
      </w:r>
    </w:p>
    <w:bookmarkEnd w:id="287"/>
    <w:bookmarkStart w:id="288" w:name="ms8-q229-answer-d-720.79"/>
    <w:p>
      <w:pPr>
        <w:pStyle w:val="Heading3"/>
      </w:pPr>
      <w:r>
        <w:t xml:space="preserve">MS8-Q229 — Answer D: $720.79</w:t>
      </w:r>
    </w:p>
    <w:p>
      <w:pPr>
        <w:pStyle w:val="FirstParagraph"/>
      </w:pPr>
      <w:r>
        <w:t xml:space="preserve">P(1st)=1300/4300=0.30233; P(2nd)=(1400/4300)×(1300/2900)+(1600/4300)×(1300/2700)=0.32511; P(3rd)=1−P1−P2. Expected prize=$720.79. ICM is a finishing-place model, not a perfect tournament strategy.</w:t>
      </w:r>
    </w:p>
    <w:p>
      <w:pPr>
        <w:pStyle w:val="BodyText"/>
      </w:pPr>
      <w:r>
        <w:rPr>
          <w:b/>
          <w:bCs/>
        </w:rPr>
        <w:t xml:space="preserve">A:</w:t>
      </w:r>
      <w:r>
        <w:t xml:space="preserve"> </w:t>
      </w:r>
      <w:r>
        <w:t xml:space="preserve">Incorrect ($850.53). ICM requires first, second, and third-place probability weights. The verified answer is $720.79. ICM is a finishing-place model, not a perfect tournament strategy.</w:t>
      </w:r>
      <w:r>
        <w:br/>
      </w:r>
      <w:r>
        <w:rPr>
          <w:b/>
          <w:bCs/>
        </w:rPr>
        <w:t xml:space="preserve">B:</w:t>
      </w:r>
      <w:r>
        <w:t xml:space="preserve"> </w:t>
      </w:r>
      <w:r>
        <w:t xml:space="preserve">Incorrect ($612.67). ICM requires first, second, and third-place probability weights. The verified answer is $720.79. ICM is a finishing-place model, not a perfect tournament strategy.</w:t>
      </w:r>
      <w:r>
        <w:br/>
      </w:r>
      <w:r>
        <w:rPr>
          <w:b/>
          <w:bCs/>
        </w:rPr>
        <w:t xml:space="preserve">C:</w:t>
      </w:r>
      <w:r>
        <w:t xml:space="preserve"> </w:t>
      </w:r>
      <w:r>
        <w:t xml:space="preserve">Incorrect ($944.23). ICM requires first, second, and third-place probability weights. The verified answer is $720.79. ICM is a finishing-place model, not a perfect tournament strategy.</w:t>
      </w:r>
      <w:r>
        <w:br/>
      </w:r>
      <w:r>
        <w:rPr>
          <w:b/>
          <w:bCs/>
        </w:rPr>
        <w:t xml:space="preserve">D:</w:t>
      </w:r>
      <w:r>
        <w:t xml:space="preserve"> </w:t>
      </w:r>
      <w:r>
        <w:t xml:space="preserve">Correct. ICM is a finishing-place model, not a perfect tournament strategy.</w:t>
      </w:r>
    </w:p>
    <w:bookmarkEnd w:id="288"/>
    <w:bookmarkStart w:id="289" w:name="ms8-q230-answer-c-943.06"/>
    <w:p>
      <w:pPr>
        <w:pStyle w:val="Heading3"/>
      </w:pPr>
      <w:r>
        <w:t xml:space="preserve">MS8-Q230 — Answer C: $943.06</w:t>
      </w:r>
    </w:p>
    <w:p>
      <w:pPr>
        <w:pStyle w:val="FirstParagraph"/>
      </w:pPr>
      <w:r>
        <w:t xml:space="preserve">P(1st)=1600/4200=0.38095; P(2nd)=(1900/4200)×(1600/2300)+(700/4200)×(1600/3500)=0.39089; P(3rd)=1−P1−P2. Expected prize=$943.06. ICM is a finishing-place model, not a perfect tournament strategy.</w:t>
      </w:r>
    </w:p>
    <w:p>
      <w:pPr>
        <w:pStyle w:val="BodyText"/>
      </w:pPr>
      <w:r>
        <w:rPr>
          <w:b/>
          <w:bCs/>
        </w:rPr>
        <w:t xml:space="preserve">A:</w:t>
      </w:r>
      <w:r>
        <w:t xml:space="preserve"> </w:t>
      </w:r>
      <w:r>
        <w:t xml:space="preserve">Incorrect ($1,112.82). ICM requires first, second, and third-place probability weights. The verified answer is $943.06. ICM is a finishing-place model, not a perfect tournament strategy.</w:t>
      </w:r>
      <w:r>
        <w:br/>
      </w:r>
      <w:r>
        <w:rPr>
          <w:b/>
          <w:bCs/>
        </w:rPr>
        <w:t xml:space="preserve">B:</w:t>
      </w:r>
      <w:r>
        <w:t xml:space="preserve"> </w:t>
      </w:r>
      <w:r>
        <w:t xml:space="preserve">Incorrect ($801.60). ICM requires first, second, and third-place probability weights. The verified answer is $943.06. ICM is a finishing-place model, not a perfect tournament strategy.</w:t>
      </w:r>
      <w:r>
        <w:br/>
      </w:r>
      <w:r>
        <w:rPr>
          <w:b/>
          <w:bCs/>
        </w:rPr>
        <w:t xml:space="preserve">C:</w:t>
      </w:r>
      <w:r>
        <w:t xml:space="preserve"> </w:t>
      </w:r>
      <w:r>
        <w:t xml:space="preserve">Correct. ICM is a finishing-place model, not a perfect tournament strategy.</w:t>
      </w:r>
      <w:r>
        <w:br/>
      </w:r>
      <w:r>
        <w:rPr>
          <w:b/>
          <w:bCs/>
        </w:rPr>
        <w:t xml:space="preserve">D:</w:t>
      </w:r>
      <w:r>
        <w:t xml:space="preserve"> </w:t>
      </w:r>
      <w:r>
        <w:t xml:space="preserve">Incorrect ($1,235.41). ICM requires first, second, and third-place probability weights. The verified answer is $943.06. ICM is a finishing-place model, not a perfect tournament strategy.</w:t>
      </w:r>
    </w:p>
    <w:bookmarkEnd w:id="289"/>
    <w:bookmarkStart w:id="290" w:name="ms8-q231-answer-b-432.22"/>
    <w:p>
      <w:pPr>
        <w:pStyle w:val="Heading3"/>
      </w:pPr>
      <w:r>
        <w:t xml:space="preserve">MS8-Q231 — Answer B: $432.22</w:t>
      </w:r>
    </w:p>
    <w:p>
      <w:pPr>
        <w:pStyle w:val="FirstParagraph"/>
      </w:pPr>
      <w:r>
        <w:t xml:space="preserve">P(1st)=400/2500=0.16000; P(2nd)=(700/2500)×(400/1800)+(1400/2500)×(400/1100)=0.26586; P(3rd)=1−P1−P2. Expected prize=$432.22. ICM is a finishing-place model, not a perfect tournament strategy.</w:t>
      </w:r>
    </w:p>
    <w:p>
      <w:pPr>
        <w:pStyle w:val="BodyText"/>
      </w:pPr>
      <w:r>
        <w:rPr>
          <w:b/>
          <w:bCs/>
        </w:rPr>
        <w:t xml:space="preserve">A:</w:t>
      </w:r>
      <w:r>
        <w:t xml:space="preserve"> </w:t>
      </w:r>
      <w:r>
        <w:t xml:space="preserve">Incorrect ($510.02). ICM requires first, second, and third-place probability weights. The verified answer is $432.22. ICM is a finishing-place model, not a perfect tournament strategy.</w:t>
      </w:r>
      <w:r>
        <w:br/>
      </w:r>
      <w:r>
        <w:rPr>
          <w:b/>
          <w:bCs/>
        </w:rPr>
        <w:t xml:space="preserve">B:</w:t>
      </w:r>
      <w:r>
        <w:t xml:space="preserve"> </w:t>
      </w:r>
      <w:r>
        <w:t xml:space="preserve">Correct. ICM is a finishing-place model, not a perfect tournament strategy.</w:t>
      </w:r>
      <w:r>
        <w:br/>
      </w:r>
      <w:r>
        <w:rPr>
          <w:b/>
          <w:bCs/>
        </w:rPr>
        <w:t xml:space="preserve">C:</w:t>
      </w:r>
      <w:r>
        <w:t xml:space="preserve"> </w:t>
      </w:r>
      <w:r>
        <w:t xml:space="preserve">Incorrect ($367.39). ICM requires first, second, and third-place probability weights. The verified answer is $432.22. ICM is a finishing-place model, not a perfect tournament strategy.</w:t>
      </w:r>
      <w:r>
        <w:br/>
      </w:r>
      <w:r>
        <w:rPr>
          <w:b/>
          <w:bCs/>
        </w:rPr>
        <w:t xml:space="preserve">D:</w:t>
      </w:r>
      <w:r>
        <w:t xml:space="preserve"> </w:t>
      </w:r>
      <w:r>
        <w:t xml:space="preserve">Incorrect ($566.21). ICM requires first, second, and third-place probability weights. The verified answer is $432.22. ICM is a finishing-place model, not a perfect tournament strategy.</w:t>
      </w:r>
    </w:p>
    <w:bookmarkEnd w:id="290"/>
    <w:bookmarkStart w:id="291" w:name="ms8-q232-answer-a-712.72"/>
    <w:p>
      <w:pPr>
        <w:pStyle w:val="Heading3"/>
      </w:pPr>
      <w:r>
        <w:t xml:space="preserve">MS8-Q232 — Answer A: $712.72</w:t>
      </w:r>
    </w:p>
    <w:p>
      <w:pPr>
        <w:pStyle w:val="FirstParagraph"/>
      </w:pPr>
      <w:r>
        <w:t xml:space="preserve">P(1st)=700/2400=0.29167; P(2nd)=(1200/2400)×(700/1200)+(500/2400)×(700/1900)=0.36842; P(3rd)=1−P1−P2. Expected prize=$712.72. ICM is a finishing-place model, not a perfect tournament strategy.</w:t>
      </w:r>
    </w:p>
    <w:p>
      <w:pPr>
        <w:pStyle w:val="BodyText"/>
      </w:pPr>
      <w:r>
        <w:rPr>
          <w:b/>
          <w:bCs/>
        </w:rPr>
        <w:t xml:space="preserve">A:</w:t>
      </w:r>
      <w:r>
        <w:t xml:space="preserve"> </w:t>
      </w:r>
      <w:r>
        <w:t xml:space="preserve">Correct. ICM is a finishing-place model, not a perfect tournament strategy.</w:t>
      </w:r>
      <w:r>
        <w:br/>
      </w:r>
      <w:r>
        <w:rPr>
          <w:b/>
          <w:bCs/>
        </w:rPr>
        <w:t xml:space="preserve">B:</w:t>
      </w:r>
      <w:r>
        <w:t xml:space="preserve"> </w:t>
      </w:r>
      <w:r>
        <w:t xml:space="preserve">Incorrect ($841.01). ICM requires first, second, and third-place probability weights. The verified answer is $712.72. ICM is a finishing-place model, not a perfect tournament strategy.</w:t>
      </w:r>
      <w:r>
        <w:br/>
      </w:r>
      <w:r>
        <w:rPr>
          <w:b/>
          <w:bCs/>
        </w:rPr>
        <w:t xml:space="preserve">C:</w:t>
      </w:r>
      <w:r>
        <w:t xml:space="preserve"> </w:t>
      </w:r>
      <w:r>
        <w:t xml:space="preserve">Incorrect ($605.81). ICM requires first, second, and third-place probability weights. The verified answer is $712.72. ICM is a finishing-place model, not a perfect tournament strategy.</w:t>
      </w:r>
      <w:r>
        <w:br/>
      </w:r>
      <w:r>
        <w:rPr>
          <w:b/>
          <w:bCs/>
        </w:rPr>
        <w:t xml:space="preserve">D:</w:t>
      </w:r>
      <w:r>
        <w:t xml:space="preserve"> </w:t>
      </w:r>
      <w:r>
        <w:t xml:space="preserve">Incorrect ($933.66). ICM requires first, second, and third-place probability weights. The verified answer is $712.72. ICM is a finishing-place model, not a perfect tournament strategy.</w:t>
      </w:r>
    </w:p>
    <w:bookmarkEnd w:id="291"/>
    <w:bookmarkStart w:id="292" w:name="ms8-q233-answer-d-558.17"/>
    <w:p>
      <w:pPr>
        <w:pStyle w:val="Heading3"/>
      </w:pPr>
      <w:r>
        <w:t xml:space="preserve">MS8-Q233 — Answer D: $558.17</w:t>
      </w:r>
    </w:p>
    <w:p>
      <w:pPr>
        <w:pStyle w:val="FirstParagraph"/>
      </w:pPr>
      <w:r>
        <w:t xml:space="preserve">P(1st)=1000/3900=0.25641; P(2nd)=(1700/3900)×(1000/2200)+(1200/3900)×(1000/2700)=0.31210; P(3rd)=1−P1−P2. Expected prize=$558.17. ICM is a finishing-place model, not a perfect tournament strategy.</w:t>
      </w:r>
    </w:p>
    <w:p>
      <w:pPr>
        <w:pStyle w:val="BodyText"/>
      </w:pPr>
      <w:r>
        <w:rPr>
          <w:b/>
          <w:bCs/>
        </w:rPr>
        <w:t xml:space="preserve">A:</w:t>
      </w:r>
      <w:r>
        <w:t xml:space="preserve"> </w:t>
      </w:r>
      <w:r>
        <w:t xml:space="preserve">Incorrect ($658.64). ICM requires first, second, and third-place probability weights. The verified answer is $558.17. ICM is a finishing-place model, not a perfect tournament strategy.</w:t>
      </w:r>
      <w:r>
        <w:br/>
      </w:r>
      <w:r>
        <w:rPr>
          <w:b/>
          <w:bCs/>
        </w:rPr>
        <w:t xml:space="preserve">B:</w:t>
      </w:r>
      <w:r>
        <w:t xml:space="preserve"> </w:t>
      </w:r>
      <w:r>
        <w:t xml:space="preserve">Incorrect ($474.45). ICM requires first, second, and third-place probability weights. The verified answer is $558.17. ICM is a finishing-place model, not a perfect tournament strategy.</w:t>
      </w:r>
      <w:r>
        <w:br/>
      </w:r>
      <w:r>
        <w:rPr>
          <w:b/>
          <w:bCs/>
        </w:rPr>
        <w:t xml:space="preserve">C:</w:t>
      </w:r>
      <w:r>
        <w:t xml:space="preserve"> </w:t>
      </w:r>
      <w:r>
        <w:t xml:space="preserve">Incorrect ($731.20). ICM requires first, second, and third-place probability weights. The verified answer is $558.17. ICM is a finishing-place model, not a perfect tournament strategy.</w:t>
      </w:r>
      <w:r>
        <w:br/>
      </w:r>
      <w:r>
        <w:rPr>
          <w:b/>
          <w:bCs/>
        </w:rPr>
        <w:t xml:space="preserve">D:</w:t>
      </w:r>
      <w:r>
        <w:t xml:space="preserve"> </w:t>
      </w:r>
      <w:r>
        <w:t xml:space="preserve">Correct. ICM is a finishing-place model, not a perfect tournament strategy.</w:t>
      </w:r>
    </w:p>
    <w:bookmarkEnd w:id="292"/>
    <w:bookmarkStart w:id="293" w:name="ms8-q234-answer-c-632.36"/>
    <w:p>
      <w:pPr>
        <w:pStyle w:val="Heading3"/>
      </w:pPr>
      <w:r>
        <w:t xml:space="preserve">MS8-Q234 — Answer C: $632.36</w:t>
      </w:r>
    </w:p>
    <w:p>
      <w:pPr>
        <w:pStyle w:val="FirstParagraph"/>
      </w:pPr>
      <w:r>
        <w:t xml:space="preserve">P(1st)=1300/5400=0.24074; P(2nd)=(2200/5400)×(1300/3200)+(1900/5400)×(1300/3500)=0.29620; P(3rd)=1−P1−P2. Expected prize=$632.36. ICM is a finishing-place model, not a perfect tournament strategy.</w:t>
      </w:r>
    </w:p>
    <w:p>
      <w:pPr>
        <w:pStyle w:val="BodyText"/>
      </w:pPr>
      <w:r>
        <w:rPr>
          <w:b/>
          <w:bCs/>
        </w:rPr>
        <w:t xml:space="preserve">A:</w:t>
      </w:r>
      <w:r>
        <w:t xml:space="preserve"> </w:t>
      </w:r>
      <w:r>
        <w:t xml:space="preserve">Incorrect ($746.19). ICM requires first, second, and third-place probability weights. The verified answer is $632.36. ICM is a finishing-place model, not a perfect tournament strategy.</w:t>
      </w:r>
      <w:r>
        <w:br/>
      </w:r>
      <w:r>
        <w:rPr>
          <w:b/>
          <w:bCs/>
        </w:rPr>
        <w:t xml:space="preserve">B:</w:t>
      </w:r>
      <w:r>
        <w:t xml:space="preserve"> </w:t>
      </w:r>
      <w:r>
        <w:t xml:space="preserve">Incorrect ($537.51). ICM requires first, second, and third-place probability weights. The verified answer is $632.36. ICM is a finishing-place model, not a perfect tournament strategy.</w:t>
      </w:r>
      <w:r>
        <w:br/>
      </w:r>
      <w:r>
        <w:rPr>
          <w:b/>
          <w:bCs/>
        </w:rPr>
        <w:t xml:space="preserve">C:</w:t>
      </w:r>
      <w:r>
        <w:t xml:space="preserve"> </w:t>
      </w:r>
      <w:r>
        <w:t xml:space="preserve">Correct. ICM is a finishing-place model, not a perfect tournament strategy.</w:t>
      </w:r>
      <w:r>
        <w:br/>
      </w:r>
      <w:r>
        <w:rPr>
          <w:b/>
          <w:bCs/>
        </w:rPr>
        <w:t xml:space="preserve">D:</w:t>
      </w:r>
      <w:r>
        <w:t xml:space="preserve"> </w:t>
      </w:r>
      <w:r>
        <w:t xml:space="preserve">Incorrect ($828.40). ICM requires first, second, and third-place probability weights. The verified answer is $632.36. ICM is a finishing-place model, not a perfect tournament strategy.</w:t>
      </w:r>
    </w:p>
    <w:bookmarkEnd w:id="293"/>
    <w:bookmarkStart w:id="294" w:name="ms8-q235-answer-b-1082.05"/>
    <w:p>
      <w:pPr>
        <w:pStyle w:val="Heading3"/>
      </w:pPr>
      <w:r>
        <w:t xml:space="preserve">MS8-Q235 — Answer B: $1,082.05</w:t>
      </w:r>
    </w:p>
    <w:p>
      <w:pPr>
        <w:pStyle w:val="FirstParagraph"/>
      </w:pPr>
      <w:r>
        <w:t xml:space="preserve">P(1st)=1600/3600=0.44444; P(2nd)=(1000/3600)×(1600/2600)+(1000/3600)×(1600/2600)=0.34188; P(3rd)=1−P1−P2. Expected prize=$1,082.05. ICM is a finishing-place model, not a perfect tournament strategy.</w:t>
      </w:r>
    </w:p>
    <w:p>
      <w:pPr>
        <w:pStyle w:val="BodyText"/>
      </w:pPr>
      <w:r>
        <w:rPr>
          <w:b/>
          <w:bCs/>
        </w:rPr>
        <w:t xml:space="preserve">A:</w:t>
      </w:r>
      <w:r>
        <w:t xml:space="preserve"> </w:t>
      </w:r>
      <w:r>
        <w:t xml:space="preserve">Incorrect ($1,276.82). ICM requires first, second, and third-place probability weights. The verified answer is $1,082.05. ICM is a finishing-place model, not a perfect tournament strategy.</w:t>
      </w:r>
      <w:r>
        <w:br/>
      </w:r>
      <w:r>
        <w:rPr>
          <w:b/>
          <w:bCs/>
        </w:rPr>
        <w:t xml:space="preserve">B:</w:t>
      </w:r>
      <w:r>
        <w:t xml:space="preserve"> </w:t>
      </w:r>
      <w:r>
        <w:t xml:space="preserve">Correct. ICM is a finishing-place model, not a perfect tournament strategy.</w:t>
      </w:r>
      <w:r>
        <w:br/>
      </w:r>
      <w:r>
        <w:rPr>
          <w:b/>
          <w:bCs/>
        </w:rPr>
        <w:t xml:space="preserve">C:</w:t>
      </w:r>
      <w:r>
        <w:t xml:space="preserve"> </w:t>
      </w:r>
      <w:r>
        <w:t xml:space="preserve">Incorrect ($919.74). ICM requires first, second, and third-place probability weights. The verified answer is $1,082.05. ICM is a finishing-place model, not a perfect tournament strategy.</w:t>
      </w:r>
      <w:r>
        <w:br/>
      </w:r>
      <w:r>
        <w:rPr>
          <w:b/>
          <w:bCs/>
        </w:rPr>
        <w:t xml:space="preserve">D:</w:t>
      </w:r>
      <w:r>
        <w:t xml:space="preserve"> </w:t>
      </w:r>
      <w:r>
        <w:t xml:space="preserve">Incorrect ($1,417.49). ICM requires first, second, and third-place probability weights. The verified answer is $1,082.05. ICM is a finishing-place model, not a perfect tournament strategy.</w:t>
      </w:r>
    </w:p>
    <w:bookmarkEnd w:id="294"/>
    <w:bookmarkStart w:id="295" w:name="ms8-q236-answer-a-325.15"/>
    <w:p>
      <w:pPr>
        <w:pStyle w:val="Heading3"/>
      </w:pPr>
      <w:r>
        <w:t xml:space="preserve">MS8-Q236 — Answer A: $325.15</w:t>
      </w:r>
    </w:p>
    <w:p>
      <w:pPr>
        <w:pStyle w:val="FirstParagraph"/>
      </w:pPr>
      <w:r>
        <w:t xml:space="preserve">P(1st)=400/3600=0.11111; P(2nd)=(1500/3600)×(400/2100)+(1700/3600)×(400/1900)=0.17878; P(3rd)=1−P1−P2. Expected prize=$325.15. ICM is a finishing-place model, not a perfect tournament strategy.</w:t>
      </w:r>
    </w:p>
    <w:p>
      <w:pPr>
        <w:pStyle w:val="BodyText"/>
      </w:pPr>
      <w:r>
        <w:rPr>
          <w:b/>
          <w:bCs/>
        </w:rPr>
        <w:t xml:space="preserve">A:</w:t>
      </w:r>
      <w:r>
        <w:t xml:space="preserve"> </w:t>
      </w:r>
      <w:r>
        <w:t xml:space="preserve">Correct. ICM is a finishing-place model, not a perfect tournament strategy.</w:t>
      </w:r>
      <w:r>
        <w:br/>
      </w:r>
      <w:r>
        <w:rPr>
          <w:b/>
          <w:bCs/>
        </w:rPr>
        <w:t xml:space="preserve">B:</w:t>
      </w:r>
      <w:r>
        <w:t xml:space="preserve"> </w:t>
      </w:r>
      <w:r>
        <w:t xml:space="preserve">Incorrect ($383.67). ICM requires first, second, and third-place probability weights. The verified answer is $325.15. ICM is a finishing-place model, not a perfect tournament strategy.</w:t>
      </w:r>
      <w:r>
        <w:br/>
      </w:r>
      <w:r>
        <w:rPr>
          <w:b/>
          <w:bCs/>
        </w:rPr>
        <w:t xml:space="preserve">C:</w:t>
      </w:r>
      <w:r>
        <w:t xml:space="preserve"> </w:t>
      </w:r>
      <w:r>
        <w:t xml:space="preserve">Incorrect ($276.37). ICM requires first, second, and third-place probability weights. The verified answer is $325.15. ICM is a finishing-place model, not a perfect tournament strategy.</w:t>
      </w:r>
      <w:r>
        <w:br/>
      </w:r>
      <w:r>
        <w:rPr>
          <w:b/>
          <w:bCs/>
        </w:rPr>
        <w:t xml:space="preserve">D:</w:t>
      </w:r>
      <w:r>
        <w:t xml:space="preserve"> </w:t>
      </w:r>
      <w:r>
        <w:t xml:space="preserve">Incorrect ($425.94). ICM requires first, second, and third-place probability weights. The verified answer is $325.15. ICM is a finishing-place model, not a perfect tournament strategy.</w:t>
      </w:r>
    </w:p>
    <w:bookmarkEnd w:id="295"/>
    <w:bookmarkStart w:id="296" w:name="ms8-q237-answer-d-474.07"/>
    <w:p>
      <w:pPr>
        <w:pStyle w:val="Heading3"/>
      </w:pPr>
      <w:r>
        <w:t xml:space="preserve">MS8-Q237 — Answer D: $474.07</w:t>
      </w:r>
    </w:p>
    <w:p>
      <w:pPr>
        <w:pStyle w:val="FirstParagraph"/>
      </w:pPr>
      <w:r>
        <w:t xml:space="preserve">P(1st)=700/3500=0.20000; P(2nd)=(2000/3500)×(700/1500)+(800/3500)×(700/2700)=0.32593; P(3rd)=1−P1−P2. Expected prize=$474.07. ICM is a finishing-place model, not a perfect tournament strategy.</w:t>
      </w:r>
    </w:p>
    <w:p>
      <w:pPr>
        <w:pStyle w:val="BodyText"/>
      </w:pPr>
      <w:r>
        <w:rPr>
          <w:b/>
          <w:bCs/>
        </w:rPr>
        <w:t xml:space="preserve">A:</w:t>
      </w:r>
      <w:r>
        <w:t xml:space="preserve"> </w:t>
      </w:r>
      <w:r>
        <w:t xml:space="preserve">Incorrect ($559.41). ICM requires first, second, and third-place probability weights. The verified answer is $474.07. ICM is a finishing-place model, not a perfect tournament strategy.</w:t>
      </w:r>
      <w:r>
        <w:br/>
      </w:r>
      <w:r>
        <w:rPr>
          <w:b/>
          <w:bCs/>
        </w:rPr>
        <w:t xml:space="preserve">B:</w:t>
      </w:r>
      <w:r>
        <w:t xml:space="preserve"> </w:t>
      </w:r>
      <w:r>
        <w:t xml:space="preserve">Incorrect ($402.96). ICM requires first, second, and third-place probability weights. The verified answer is $474.07. ICM is a finishing-place model, not a perfect tournament strategy.</w:t>
      </w:r>
      <w:r>
        <w:br/>
      </w:r>
      <w:r>
        <w:rPr>
          <w:b/>
          <w:bCs/>
        </w:rPr>
        <w:t xml:space="preserve">C:</w:t>
      </w:r>
      <w:r>
        <w:t xml:space="preserve"> </w:t>
      </w:r>
      <w:r>
        <w:t xml:space="preserve">Incorrect ($621.04). ICM requires first, second, and third-place probability weights. The verified answer is $474.07. ICM is a finishing-place model, not a perfect tournament strategy.</w:t>
      </w:r>
      <w:r>
        <w:br/>
      </w:r>
      <w:r>
        <w:rPr>
          <w:b/>
          <w:bCs/>
        </w:rPr>
        <w:t xml:space="preserve">D:</w:t>
      </w:r>
      <w:r>
        <w:t xml:space="preserve"> </w:t>
      </w:r>
      <w:r>
        <w:t xml:space="preserve">Correct. ICM is a finishing-place model, not a perfect tournament strategy.</w:t>
      </w:r>
    </w:p>
    <w:bookmarkEnd w:id="296"/>
    <w:bookmarkStart w:id="297" w:name="ms8-q238-answer-c-703.43"/>
    <w:p>
      <w:pPr>
        <w:pStyle w:val="Heading3"/>
      </w:pPr>
      <w:r>
        <w:t xml:space="preserve">MS8-Q238 — Answer C: $703.43</w:t>
      </w:r>
    </w:p>
    <w:p>
      <w:pPr>
        <w:pStyle w:val="FirstParagraph"/>
      </w:pPr>
      <w:r>
        <w:t xml:space="preserve">P(1st)=1000/3300=0.30303; P(2nd)=(800/3300)×(1000/2500)+(1500/3300)×(1000/1800)=0.34949; P(3rd)=1−P1−P2. Expected prize=$703.43. ICM is a finishing-place model, not a perfect tournament strategy.</w:t>
      </w:r>
    </w:p>
    <w:p>
      <w:pPr>
        <w:pStyle w:val="BodyText"/>
      </w:pPr>
      <w:r>
        <w:rPr>
          <w:b/>
          <w:bCs/>
        </w:rPr>
        <w:t xml:space="preserve">A:</w:t>
      </w:r>
      <w:r>
        <w:t xml:space="preserve"> </w:t>
      </w:r>
      <w:r>
        <w:t xml:space="preserve">Incorrect ($830.05). ICM requires first, second, and third-place probability weights. The verified answer is $703.43. ICM is a finishing-place model, not a perfect tournament strategy.</w:t>
      </w:r>
      <w:r>
        <w:br/>
      </w:r>
      <w:r>
        <w:rPr>
          <w:b/>
          <w:bCs/>
        </w:rPr>
        <w:t xml:space="preserve">B:</w:t>
      </w:r>
      <w:r>
        <w:t xml:space="preserve"> </w:t>
      </w:r>
      <w:r>
        <w:t xml:space="preserve">Incorrect ($597.92). ICM requires first, second, and third-place probability weights. The verified answer is $703.43. ICM is a finishing-place model, not a perfect tournament strategy.</w:t>
      </w:r>
      <w:r>
        <w:br/>
      </w:r>
      <w:r>
        <w:rPr>
          <w:b/>
          <w:bCs/>
        </w:rPr>
        <w:t xml:space="preserve">C:</w:t>
      </w:r>
      <w:r>
        <w:t xml:space="preserve"> </w:t>
      </w:r>
      <w:r>
        <w:t xml:space="preserve">Correct. ICM is a finishing-place model, not a perfect tournament strategy.</w:t>
      </w:r>
      <w:r>
        <w:br/>
      </w:r>
      <w:r>
        <w:rPr>
          <w:b/>
          <w:bCs/>
        </w:rPr>
        <w:t xml:space="preserve">D:</w:t>
      </w:r>
      <w:r>
        <w:t xml:space="preserve"> </w:t>
      </w:r>
      <w:r>
        <w:t xml:space="preserve">Incorrect ($921.50). ICM requires first, second, and third-place probability weights. The verified answer is $703.43. ICM is a finishing-place model, not a perfect tournament strategy.</w:t>
      </w:r>
    </w:p>
    <w:bookmarkEnd w:id="297"/>
    <w:bookmarkStart w:id="298" w:name="ms8-q239-answer-b-932.40"/>
    <w:p>
      <w:pPr>
        <w:pStyle w:val="Heading3"/>
      </w:pPr>
      <w:r>
        <w:t xml:space="preserve">MS8-Q239 — Answer B: $932.40</w:t>
      </w:r>
    </w:p>
    <w:p>
      <w:pPr>
        <w:pStyle w:val="FirstParagraph"/>
      </w:pPr>
      <w:r>
        <w:t xml:space="preserve">P(1st)=1300/3200=0.40625; P(2nd)=(1300/3200)×(1300/1900)+(600/3200)×(1300/2600)=0.37171; P(3rd)=1−P1−P2. Expected prize=$932.40. ICM is a finishing-place model, not a perfect tournament strategy.</w:t>
      </w:r>
    </w:p>
    <w:p>
      <w:pPr>
        <w:pStyle w:val="BodyText"/>
      </w:pPr>
      <w:r>
        <w:rPr>
          <w:b/>
          <w:bCs/>
        </w:rPr>
        <w:t xml:space="preserve">A:</w:t>
      </w:r>
      <w:r>
        <w:t xml:space="preserve"> </w:t>
      </w:r>
      <w:r>
        <w:t xml:space="preserve">Incorrect ($1,100.23). ICM requires first, second, and third-place probability weights. The verified answer is $932.40. ICM is a finishing-place model, not a perfect tournament strategy.</w:t>
      </w:r>
      <w:r>
        <w:br/>
      </w:r>
      <w:r>
        <w:rPr>
          <w:b/>
          <w:bCs/>
        </w:rPr>
        <w:t xml:space="preserve">B:</w:t>
      </w:r>
      <w:r>
        <w:t xml:space="preserve"> </w:t>
      </w:r>
      <w:r>
        <w:t xml:space="preserve">Correct. ICM is a finishing-place model, not a perfect tournament strategy.</w:t>
      </w:r>
      <w:r>
        <w:br/>
      </w:r>
      <w:r>
        <w:rPr>
          <w:b/>
          <w:bCs/>
        </w:rPr>
        <w:t xml:space="preserve">C:</w:t>
      </w:r>
      <w:r>
        <w:t xml:space="preserve"> </w:t>
      </w:r>
      <w:r>
        <w:t xml:space="preserve">Incorrect ($792.54). ICM requires first, second, and third-place probability weights. The verified answer is $932.40. ICM is a finishing-place model, not a perfect tournament strategy.</w:t>
      </w:r>
      <w:r>
        <w:br/>
      </w:r>
      <w:r>
        <w:rPr>
          <w:b/>
          <w:bCs/>
        </w:rPr>
        <w:t xml:space="preserve">D:</w:t>
      </w:r>
      <w:r>
        <w:t xml:space="preserve"> </w:t>
      </w:r>
      <w:r>
        <w:t xml:space="preserve">Incorrect ($1,221.45). ICM requires first, second, and third-place probability weights. The verified answer is $932.40. ICM is a finishing-place model, not a perfect tournament strategy.</w:t>
      </w:r>
    </w:p>
    <w:bookmarkEnd w:id="298"/>
    <w:bookmarkStart w:id="299" w:name="ms8-q240-answer-a-933.65"/>
    <w:p>
      <w:pPr>
        <w:pStyle w:val="Heading3"/>
      </w:pPr>
      <w:r>
        <w:t xml:space="preserve">MS8-Q240 — Answer A: $933.65</w:t>
      </w:r>
    </w:p>
    <w:p>
      <w:pPr>
        <w:pStyle w:val="FirstParagraph"/>
      </w:pPr>
      <w:r>
        <w:t xml:space="preserve">P(1st)=1600/4700=0.34043; P(2nd)=(1800/4700)×(1600/2900)+(1300/4700)×(1600/3400)=0.34146; P(3rd)=1−P1−P2. Expected prize=$933.65. ICM is a finishing-place model, not a perfect tournament strategy.</w:t>
      </w:r>
    </w:p>
    <w:p>
      <w:pPr>
        <w:pStyle w:val="BodyText"/>
      </w:pPr>
      <w:r>
        <w:rPr>
          <w:b/>
          <w:bCs/>
        </w:rPr>
        <w:t xml:space="preserve">A:</w:t>
      </w:r>
      <w:r>
        <w:t xml:space="preserve"> </w:t>
      </w:r>
      <w:r>
        <w:t xml:space="preserve">Correct. ICM is a finishing-place model, not a perfect tournament strategy.</w:t>
      </w:r>
      <w:r>
        <w:br/>
      </w:r>
      <w:r>
        <w:rPr>
          <w:b/>
          <w:bCs/>
        </w:rPr>
        <w:t xml:space="preserve">B:</w:t>
      </w:r>
      <w:r>
        <w:t xml:space="preserve"> </w:t>
      </w:r>
      <w:r>
        <w:t xml:space="preserve">Incorrect ($1,101.71). ICM requires first, second, and third-place probability weights. The verified answer is $933.65. ICM is a finishing-place model, not a perfect tournament strategy.</w:t>
      </w:r>
      <w:r>
        <w:br/>
      </w:r>
      <w:r>
        <w:rPr>
          <w:b/>
          <w:bCs/>
        </w:rPr>
        <w:t xml:space="preserve">C:</w:t>
      </w:r>
      <w:r>
        <w:t xml:space="preserve"> </w:t>
      </w:r>
      <w:r>
        <w:t xml:space="preserve">Incorrect ($793.60). ICM requires first, second, and third-place probability weights. The verified answer is $933.65. ICM is a finishing-place model, not a perfect tournament strategy.</w:t>
      </w:r>
      <w:r>
        <w:br/>
      </w:r>
      <w:r>
        <w:rPr>
          <w:b/>
          <w:bCs/>
        </w:rPr>
        <w:t xml:space="preserve">D:</w:t>
      </w:r>
      <w:r>
        <w:t xml:space="preserve"> </w:t>
      </w:r>
      <w:r>
        <w:t xml:space="preserve">Incorrect ($1,223.08). ICM requires first, second, and third-place probability weights. The verified answer is $933.65. ICM is a finishing-place model, not a perfect tournament strategy.</w:t>
      </w:r>
    </w:p>
    <w:bookmarkEnd w:id="299"/>
    <w:bookmarkEnd w:id="300"/>
    <w:bookmarkStart w:id="361" w:name="solutions-all-twelve-master-hand-files"/>
    <w:p>
      <w:pPr>
        <w:pStyle w:val="Heading2"/>
      </w:pPr>
      <w:r>
        <w:t xml:space="preserve">Solutions — All Twelve Master Hand Files</w:t>
      </w:r>
    </w:p>
    <w:bookmarkStart w:id="301" w:name="ms8-q241-answer-d-25.00"/>
    <w:p>
      <w:pPr>
        <w:pStyle w:val="Heading3"/>
      </w:pPr>
      <w:r>
        <w:t xml:space="preserve">MS8-Q241 — Answer D: $25.00</w:t>
      </w:r>
    </w:p>
    <w:p>
      <w:pPr>
        <w:pStyle w:val="FirstParagraph"/>
      </w:pPr>
      <w:r>
        <w:t xml:space="preserve">Preflop contributions: BTN 12 + BB 12 + SB 1 = $25. Do not double-count a blind already included in a total call.</w:t>
      </w:r>
    </w:p>
    <w:p>
      <w:pPr>
        <w:pStyle w:val="BodyText"/>
      </w:pPr>
      <w:r>
        <w:rPr>
          <w:b/>
          <w:bCs/>
        </w:rPr>
        <w:t xml:space="preserve">A:</w:t>
      </w:r>
      <w:r>
        <w:t xml:space="preserve"> </w:t>
      </w:r>
      <w:r>
        <w:t xml:space="preserve">Incorrect ($30.00). Reconstruct the actual case-ledger arithmetic before selecting an answer. The verified answer is $25.00. Do not double-count a blind already included in a total call.</w:t>
      </w:r>
      <w:r>
        <w:br/>
      </w:r>
      <w:r>
        <w:rPr>
          <w:b/>
          <w:bCs/>
        </w:rPr>
        <w:t xml:space="preserve">B:</w:t>
      </w:r>
      <w:r>
        <w:t xml:space="preserve"> </w:t>
      </w:r>
      <w:r>
        <w:t xml:space="preserve">Incorrect ($20.00). Reconstruct the actual case-ledger arithmetic before selecting an answer. The verified answer is $25.00. Do not double-count a blind already included in a total call.</w:t>
      </w:r>
      <w:r>
        <w:br/>
      </w:r>
      <w:r>
        <w:rPr>
          <w:b/>
          <w:bCs/>
        </w:rPr>
        <w:t xml:space="preserve">C:</w:t>
      </w:r>
      <w:r>
        <w:t xml:space="preserve"> </w:t>
      </w:r>
      <w:r>
        <w:t xml:space="preserve">Incorrect ($35.00). Reconstruct the actual case-ledger arithmetic before selecting an answer. The verified answer is $25.00. Do not double-count a blind already included in a total call.</w:t>
      </w:r>
      <w:r>
        <w:br/>
      </w:r>
      <w:r>
        <w:rPr>
          <w:b/>
          <w:bCs/>
        </w:rPr>
        <w:t xml:space="preserve">D:</w:t>
      </w:r>
      <w:r>
        <w:t xml:space="preserve"> </w:t>
      </w:r>
      <w:r>
        <w:t xml:space="preserve">Correct. Do not double-count a blind already included in a total call.</w:t>
      </w:r>
    </w:p>
    <w:bookmarkEnd w:id="301"/>
    <w:bookmarkStart w:id="302" w:name="ms8-q242-answer-c-115.00"/>
    <w:p>
      <w:pPr>
        <w:pStyle w:val="Heading3"/>
      </w:pPr>
      <w:r>
        <w:t xml:space="preserve">MS8-Q242 — Answer C: $115.00</w:t>
      </w:r>
    </w:p>
    <w:p>
      <w:pPr>
        <w:pStyle w:val="FirstParagraph"/>
      </w:pPr>
      <w:r>
        <w:t xml:space="preserve">Pot = preflop $25 + twice flop bet ($15×2) + twice turn bet ($30×2) = $115. A pending river bet is not included in the pot BEFORE it is made.</w:t>
      </w:r>
    </w:p>
    <w:p>
      <w:pPr>
        <w:pStyle w:val="BodyText"/>
      </w:pPr>
      <w:r>
        <w:rPr>
          <w:b/>
          <w:bCs/>
        </w:rPr>
        <w:t xml:space="preserve">A:</w:t>
      </w:r>
      <w:r>
        <w:t xml:space="preserve"> </w:t>
      </w:r>
      <w:r>
        <w:t xml:space="preserve">Incorrect ($135.70). Reconstruct the actual case-ledger arithmetic before selecting an answer. The verified answer is $115.00. A pending river bet is not included in the pot BEFORE it is made.</w:t>
      </w:r>
      <w:r>
        <w:br/>
      </w:r>
      <w:r>
        <w:rPr>
          <w:b/>
          <w:bCs/>
        </w:rPr>
        <w:t xml:space="preserve">B:</w:t>
      </w:r>
      <w:r>
        <w:t xml:space="preserve"> </w:t>
      </w:r>
      <w:r>
        <w:t xml:space="preserve">Incorrect ($97.75). Reconstruct the actual case-ledger arithmetic before selecting an answer. The verified answer is $115.00. A pending river bet is not included in the pot BEFORE it is made.</w:t>
      </w:r>
      <w:r>
        <w:br/>
      </w:r>
      <w:r>
        <w:rPr>
          <w:b/>
          <w:bCs/>
        </w:rPr>
        <w:t xml:space="preserve">C:</w:t>
      </w:r>
      <w:r>
        <w:t xml:space="preserve"> </w:t>
      </w:r>
      <w:r>
        <w:t xml:space="preserve">Correct. A pending river bet is not included in the pot BEFORE it is made.</w:t>
      </w:r>
      <w:r>
        <w:br/>
      </w:r>
      <w:r>
        <w:rPr>
          <w:b/>
          <w:bCs/>
        </w:rPr>
        <w:t xml:space="preserve">D:</w:t>
      </w:r>
      <w:r>
        <w:t xml:space="preserve"> </w:t>
      </w:r>
      <w:r>
        <w:t xml:space="preserve">Incorrect ($150.65). Reconstruct the actual case-ledger arithmetic before selecting an answer. The verified answer is $115.00. A pending river bet is not included in the pot BEFORE it is made.</w:t>
      </w:r>
    </w:p>
    <w:bookmarkEnd w:id="302"/>
    <w:bookmarkStart w:id="303" w:name="ms8-q243-answer-b-25.53"/>
    <w:p>
      <w:pPr>
        <w:pStyle w:val="Heading3"/>
      </w:pPr>
      <w:r>
        <w:t xml:space="preserve">MS8-Q243 — Answer B: 25.53%</w:t>
      </w:r>
    </w:p>
    <w:p>
      <w:pPr>
        <w:pStyle w:val="FirstParagraph"/>
      </w:pPr>
      <w:r>
        <w:t xml:space="preserve">Required equity=60/(115+2×60)=25.53%. This price is certain; actual showdown equity depends on the range.</w:t>
      </w:r>
    </w:p>
    <w:p>
      <w:pPr>
        <w:pStyle w:val="BodyText"/>
      </w:pPr>
      <w:r>
        <w:rPr>
          <w:b/>
          <w:bCs/>
        </w:rPr>
        <w:t xml:space="preserve">A:</w:t>
      </w:r>
      <w:r>
        <w:t xml:space="preserve"> </w:t>
      </w:r>
      <w:r>
        <w:t xml:space="preserve">Incorrect (11.53%). Reconstruct the actual case-ledger arithmetic before selecting an answer. The verified answer is 25.53%. This price is certain; actual showdown equity depends on the range.</w:t>
      </w:r>
      <w:r>
        <w:br/>
      </w:r>
      <w:r>
        <w:rPr>
          <w:b/>
          <w:bCs/>
        </w:rPr>
        <w:t xml:space="preserve">B:</w:t>
      </w:r>
      <w:r>
        <w:t xml:space="preserve"> </w:t>
      </w:r>
      <w:r>
        <w:t xml:space="preserve">Correct. This price is certain; actual showdown equity depends on the range.</w:t>
      </w:r>
      <w:r>
        <w:br/>
      </w:r>
      <w:r>
        <w:rPr>
          <w:b/>
          <w:bCs/>
        </w:rPr>
        <w:t xml:space="preserve">C:</w:t>
      </w:r>
      <w:r>
        <w:t xml:space="preserve"> </w:t>
      </w:r>
      <w:r>
        <w:t xml:space="preserve">Incorrect (18.53%). Reconstruct the actual case-ledger arithmetic before selecting an answer. The verified answer is 25.53%. This price is certain; actual showdown equity depends on the range.</w:t>
      </w:r>
      <w:r>
        <w:br/>
      </w:r>
      <w:r>
        <w:rPr>
          <w:b/>
          <w:bCs/>
        </w:rPr>
        <w:t xml:space="preserve">D:</w:t>
      </w:r>
      <w:r>
        <w:t xml:space="preserve"> </w:t>
      </w:r>
      <w:r>
        <w:t xml:space="preserve">Incorrect (31.03%). Reconstruct the actual case-ledger arithmetic before selecting an answer. The verified answer is 25.53%. This price is certain; actual showdown equity depends on the range.</w:t>
      </w:r>
    </w:p>
    <w:bookmarkEnd w:id="303"/>
    <w:bookmarkStart w:id="304" w:name="ms8-q244-answer-a-22.94"/>
    <w:p>
      <w:pPr>
        <w:pStyle w:val="Heading3"/>
      </w:pPr>
      <w:r>
        <w:t xml:space="preserve">MS8-Q244 — Answer A: $22.94</w:t>
      </w:r>
    </w:p>
    <w:p>
      <w:pPr>
        <w:pStyle w:val="FirstParagraph"/>
      </w:pPr>
      <w:r>
        <w:t xml:space="preserve">Modeled winning chance=6/(11+6)=35.29%. EV=p×($115+2×$60)−$60=$22.94. The opponent range is a stated hypothesis, not verified actual behavior.</w:t>
      </w:r>
    </w:p>
    <w:p>
      <w:pPr>
        <w:pStyle w:val="BodyText"/>
      </w:pPr>
      <w:r>
        <w:rPr>
          <w:b/>
          <w:bCs/>
        </w:rPr>
        <w:t xml:space="preserve">A:</w:t>
      </w:r>
      <w:r>
        <w:t xml:space="preserve"> </w:t>
      </w:r>
      <w:r>
        <w:t xml:space="preserve">Correct. The opponent range is a stated hypothesis, not verified actual behavior.</w:t>
      </w:r>
      <w:r>
        <w:br/>
      </w:r>
      <w:r>
        <w:rPr>
          <w:b/>
          <w:bCs/>
        </w:rPr>
        <w:t xml:space="preserve">B:</w:t>
      </w:r>
      <w:r>
        <w:t xml:space="preserve"> </w:t>
      </w:r>
      <w:r>
        <w:t xml:space="preserve">Incorrect ($27.94). Reconstruct the actual case-ledger arithmetic before selecting an answer. The verified answer is $22.94. The opponent range is a stated hypothesis, not verified actual behavior.</w:t>
      </w:r>
      <w:r>
        <w:br/>
      </w:r>
      <w:r>
        <w:rPr>
          <w:b/>
          <w:bCs/>
        </w:rPr>
        <w:t xml:space="preserve">C:</w:t>
      </w:r>
      <w:r>
        <w:t xml:space="preserve"> </w:t>
      </w:r>
      <w:r>
        <w:t xml:space="preserve">Incorrect ($17.94). Reconstruct the actual case-ledger arithmetic before selecting an answer. The verified answer is $22.94. The opponent range is a stated hypothesis, not verified actual behavior.</w:t>
      </w:r>
      <w:r>
        <w:br/>
      </w:r>
      <w:r>
        <w:rPr>
          <w:b/>
          <w:bCs/>
        </w:rPr>
        <w:t xml:space="preserve">D:</w:t>
      </w:r>
      <w:r>
        <w:t xml:space="preserve"> </w:t>
      </w:r>
      <w:r>
        <w:t xml:space="preserve">Incorrect ($32.94). Reconstruct the actual case-ledger arithmetic before selecting an answer. The verified answer is $22.94. The opponent range is a stated hypothesis, not verified actual behavior.</w:t>
      </w:r>
    </w:p>
    <w:bookmarkEnd w:id="304"/>
    <w:bookmarkStart w:id="305" w:name="ms8-q245-answer-d-4"/>
    <w:p>
      <w:pPr>
        <w:pStyle w:val="Heading3"/>
      </w:pPr>
      <w:r>
        <w:t xml:space="preserve">MS8-Q245 — Answer D: 4</w:t>
      </w:r>
    </w:p>
    <w:p>
      <w:pPr>
        <w:pStyle w:val="FirstParagraph"/>
      </w:pPr>
      <w:r>
        <w:t xml:space="preserve">Call threshold t=60/(115+2×60). Need b/(b+11)≥t, equivalently b≥11×60/(115+60). Smallest whole b=4. This counts fully weighted bluffs; mixed betting frequencies require weighted combos.</w:t>
      </w:r>
    </w:p>
    <w:p>
      <w:pPr>
        <w:pStyle w:val="BodyText"/>
      </w:pPr>
      <w:r>
        <w:rPr>
          <w:b/>
          <w:bCs/>
        </w:rPr>
        <w:t xml:space="preserve">A:</w:t>
      </w:r>
      <w:r>
        <w:t xml:space="preserve"> </w:t>
      </w:r>
      <w:r>
        <w:t xml:space="preserve">Incorrect (5). Reconstruct the actual case-ledger arithmetic before selecting an answer. The verified answer is 4. This counts fully weighted bluffs; mixed betting frequencies require weighted combos.</w:t>
      </w:r>
      <w:r>
        <w:br/>
      </w:r>
      <w:r>
        <w:rPr>
          <w:b/>
          <w:bCs/>
        </w:rPr>
        <w:t xml:space="preserve">B:</w:t>
      </w:r>
      <w:r>
        <w:t xml:space="preserve"> </w:t>
      </w:r>
      <w:r>
        <w:t xml:space="preserve">Incorrect (6). Reconstruct the actual case-ledger arithmetic before selecting an answer. The verified answer is 4. This counts fully weighted bluffs; mixed betting frequencies require weighted combos.</w:t>
      </w:r>
      <w:r>
        <w:br/>
      </w:r>
      <w:r>
        <w:rPr>
          <w:b/>
          <w:bCs/>
        </w:rPr>
        <w:t xml:space="preserve">C:</w:t>
      </w:r>
      <w:r>
        <w:t xml:space="preserve"> </w:t>
      </w:r>
      <w:r>
        <w:t xml:space="preserve">Incorrect (3). Reconstruct the actual case-ledger arithmetic before selecting an answer. The verified answer is 4. This counts fully weighted bluffs; mixed betting frequencies require weighted combos.</w:t>
      </w:r>
      <w:r>
        <w:br/>
      </w:r>
      <w:r>
        <w:rPr>
          <w:b/>
          <w:bCs/>
        </w:rPr>
        <w:t xml:space="preserve">D:</w:t>
      </w:r>
      <w:r>
        <w:t xml:space="preserve"> </w:t>
      </w:r>
      <w:r>
        <w:t xml:space="preserve">Correct. This counts fully weighted bluffs; mixed betting frequencies require weighted combos.</w:t>
      </w:r>
    </w:p>
    <w:bookmarkEnd w:id="305"/>
    <w:bookmarkStart w:id="306" w:name="ms8-q246-answer-c-21.00"/>
    <w:p>
      <w:pPr>
        <w:pStyle w:val="Heading3"/>
      </w:pPr>
      <w:r>
        <w:t xml:space="preserve">MS8-Q246 — Answer C: $21.00</w:t>
      </w:r>
    </w:p>
    <w:p>
      <w:pPr>
        <w:pStyle w:val="FirstParagraph"/>
      </w:pPr>
      <w:r>
        <w:t xml:space="preserve">Preflop contributions: BTN 10 + BB 10 + SB 1 = $21. Do not double-count a blind already included in a total call.</w:t>
      </w:r>
    </w:p>
    <w:p>
      <w:pPr>
        <w:pStyle w:val="BodyText"/>
      </w:pPr>
      <w:r>
        <w:rPr>
          <w:b/>
          <w:bCs/>
        </w:rPr>
        <w:t xml:space="preserve">A:</w:t>
      </w:r>
      <w:r>
        <w:t xml:space="preserve"> </w:t>
      </w:r>
      <w:r>
        <w:t xml:space="preserve">Incorrect ($26.00). Reconstruct the actual case-ledger arithmetic before selecting an answer. The verified answer is $21.00. Do not double-count a blind already included in a total call.</w:t>
      </w:r>
      <w:r>
        <w:br/>
      </w:r>
      <w:r>
        <w:rPr>
          <w:b/>
          <w:bCs/>
        </w:rPr>
        <w:t xml:space="preserve">B:</w:t>
      </w:r>
      <w:r>
        <w:t xml:space="preserve"> </w:t>
      </w:r>
      <w:r>
        <w:t xml:space="preserve">Incorrect ($16.00). Reconstruct the actual case-ledger arithmetic before selecting an answer. The verified answer is $21.00. Do not double-count a blind already included in a total call.</w:t>
      </w:r>
      <w:r>
        <w:br/>
      </w:r>
      <w:r>
        <w:rPr>
          <w:b/>
          <w:bCs/>
        </w:rPr>
        <w:t xml:space="preserve">C:</w:t>
      </w:r>
      <w:r>
        <w:t xml:space="preserve"> </w:t>
      </w:r>
      <w:r>
        <w:t xml:space="preserve">Correct. Do not double-count a blind already included in a total call.</w:t>
      </w:r>
      <w:r>
        <w:br/>
      </w:r>
      <w:r>
        <w:rPr>
          <w:b/>
          <w:bCs/>
        </w:rPr>
        <w:t xml:space="preserve">D:</w:t>
      </w:r>
      <w:r>
        <w:t xml:space="preserve"> </w:t>
      </w:r>
      <w:r>
        <w:t xml:space="preserve">Incorrect ($31.00). Reconstruct the actual case-ledger arithmetic before selecting an answer. The verified answer is $21.00. Do not double-count a blind already included in a total call.</w:t>
      </w:r>
    </w:p>
    <w:bookmarkEnd w:id="306"/>
    <w:bookmarkStart w:id="307" w:name="ms8-q247-answer-b-105.00"/>
    <w:p>
      <w:pPr>
        <w:pStyle w:val="Heading3"/>
      </w:pPr>
      <w:r>
        <w:t xml:space="preserve">MS8-Q247 — Answer B: $105.00</w:t>
      </w:r>
    </w:p>
    <w:p>
      <w:pPr>
        <w:pStyle w:val="FirstParagraph"/>
      </w:pPr>
      <w:r>
        <w:t xml:space="preserve">Pot = preflop $21 + twice flop bet ($17×2) + twice turn bet ($25×2) = $105. A pending river bet is not included in the pot BEFORE it is made.</w:t>
      </w:r>
    </w:p>
    <w:p>
      <w:pPr>
        <w:pStyle w:val="BodyText"/>
      </w:pPr>
      <w:r>
        <w:rPr>
          <w:b/>
          <w:bCs/>
        </w:rPr>
        <w:t xml:space="preserve">A:</w:t>
      </w:r>
      <w:r>
        <w:t xml:space="preserve"> </w:t>
      </w:r>
      <w:r>
        <w:t xml:space="preserve">Incorrect ($123.90). Reconstruct the actual case-ledger arithmetic before selecting an answer. The verified answer is $105.00. A pending river bet is not included in the pot BEFORE it is made.</w:t>
      </w:r>
      <w:r>
        <w:br/>
      </w:r>
      <w:r>
        <w:rPr>
          <w:b/>
          <w:bCs/>
        </w:rPr>
        <w:t xml:space="preserve">B:</w:t>
      </w:r>
      <w:r>
        <w:t xml:space="preserve"> </w:t>
      </w:r>
      <w:r>
        <w:t xml:space="preserve">Correct. A pending river bet is not included in the pot BEFORE it is made.</w:t>
      </w:r>
      <w:r>
        <w:br/>
      </w:r>
      <w:r>
        <w:rPr>
          <w:b/>
          <w:bCs/>
        </w:rPr>
        <w:t xml:space="preserve">C:</w:t>
      </w:r>
      <w:r>
        <w:t xml:space="preserve"> </w:t>
      </w:r>
      <w:r>
        <w:t xml:space="preserve">Incorrect ($89.25). Reconstruct the actual case-ledger arithmetic before selecting an answer. The verified answer is $105.00. A pending river bet is not included in the pot BEFORE it is made.</w:t>
      </w:r>
      <w:r>
        <w:br/>
      </w:r>
      <w:r>
        <w:rPr>
          <w:b/>
          <w:bCs/>
        </w:rPr>
        <w:t xml:space="preserve">D:</w:t>
      </w:r>
      <w:r>
        <w:t xml:space="preserve"> </w:t>
      </w:r>
      <w:r>
        <w:t xml:space="preserve">Incorrect ($137.55). Reconstruct the actual case-ledger arithmetic before selecting an answer. The verified answer is $105.00. A pending river bet is not included in the pot BEFORE it is made.</w:t>
      </w:r>
    </w:p>
    <w:bookmarkEnd w:id="307"/>
    <w:bookmarkStart w:id="308" w:name="ms8-q248-answer-a-29.41"/>
    <w:p>
      <w:pPr>
        <w:pStyle w:val="Heading3"/>
      </w:pPr>
      <w:r>
        <w:t xml:space="preserve">MS8-Q248 — Answer A: 29.41%</w:t>
      </w:r>
    </w:p>
    <w:p>
      <w:pPr>
        <w:pStyle w:val="FirstParagraph"/>
      </w:pPr>
      <w:r>
        <w:t xml:space="preserve">Required equity=75/(105+2×75)=29.41%. This price is certain; actual showdown equity depends on the range.</w:t>
      </w:r>
    </w:p>
    <w:p>
      <w:pPr>
        <w:pStyle w:val="BodyText"/>
      </w:pPr>
      <w:r>
        <w:rPr>
          <w:b/>
          <w:bCs/>
        </w:rPr>
        <w:t xml:space="preserve">A:</w:t>
      </w:r>
      <w:r>
        <w:t xml:space="preserve"> </w:t>
      </w:r>
      <w:r>
        <w:t xml:space="preserve">Correct. This price is certain; actual showdown equity depends on the range.</w:t>
      </w:r>
      <w:r>
        <w:br/>
      </w:r>
      <w:r>
        <w:rPr>
          <w:b/>
          <w:bCs/>
        </w:rPr>
        <w:t xml:space="preserve">B:</w:t>
      </w:r>
      <w:r>
        <w:t xml:space="preserve"> </w:t>
      </w:r>
      <w:r>
        <w:t xml:space="preserve">Incorrect (15.41%). Reconstruct the actual case-ledger arithmetic before selecting an answer. The verified answer is 29.41%. This price is certain; actual showdown equity depends on the range.</w:t>
      </w:r>
      <w:r>
        <w:br/>
      </w:r>
      <w:r>
        <w:rPr>
          <w:b/>
          <w:bCs/>
        </w:rPr>
        <w:t xml:space="preserve">C:</w:t>
      </w:r>
      <w:r>
        <w:t xml:space="preserve"> </w:t>
      </w:r>
      <w:r>
        <w:t xml:space="preserve">Incorrect (22.41%). Reconstruct the actual case-ledger arithmetic before selecting an answer. The verified answer is 29.41%. This price is certain; actual showdown equity depends on the range.</w:t>
      </w:r>
      <w:r>
        <w:br/>
      </w:r>
      <w:r>
        <w:rPr>
          <w:b/>
          <w:bCs/>
        </w:rPr>
        <w:t xml:space="preserve">D:</w:t>
      </w:r>
      <w:r>
        <w:t xml:space="preserve"> </w:t>
      </w:r>
      <w:r>
        <w:t xml:space="preserve">Incorrect (34.91%). Reconstruct the actual case-ledger arithmetic before selecting an answer. The verified answer is 29.41%. This price is certain; actual showdown equity depends on the range.</w:t>
      </w:r>
    </w:p>
    <w:bookmarkEnd w:id="308"/>
    <w:bookmarkStart w:id="309" w:name="ms8-q249-answer-d--36.75"/>
    <w:p>
      <w:pPr>
        <w:pStyle w:val="Heading3"/>
      </w:pPr>
      <w:r>
        <w:t xml:space="preserve">MS8-Q249 — Answer D: -$36.75</w:t>
      </w:r>
    </w:p>
    <w:p>
      <w:pPr>
        <w:pStyle w:val="FirstParagraph"/>
      </w:pPr>
      <w:r>
        <w:t xml:space="preserve">Modeled winning chance=3/(17+3)=15.00%. EV=p×($105+2×$75)−$75=-$36.75. The opponent range is a stated hypothesis, not verified actual behavior.</w:t>
      </w:r>
    </w:p>
    <w:p>
      <w:pPr>
        <w:pStyle w:val="BodyText"/>
      </w:pPr>
      <w:r>
        <w:rPr>
          <w:b/>
          <w:bCs/>
        </w:rPr>
        <w:t xml:space="preserve">A:</w:t>
      </w:r>
      <w:r>
        <w:t xml:space="preserve"> </w:t>
      </w:r>
      <w:r>
        <w:t xml:space="preserve">Incorrect (-$30.14). Reconstruct the actual case-ledger arithmetic before selecting an answer. The verified answer is -$36.75. The opponent range is a stated hypothesis, not verified actual behavior.</w:t>
      </w:r>
      <w:r>
        <w:br/>
      </w:r>
      <w:r>
        <w:rPr>
          <w:b/>
          <w:bCs/>
        </w:rPr>
        <w:t xml:space="preserve">B:</w:t>
      </w:r>
      <w:r>
        <w:t xml:space="preserve"> </w:t>
      </w:r>
      <w:r>
        <w:t xml:space="preserve">Incorrect (-$42.26). Reconstruct the actual case-ledger arithmetic before selecting an answer. The verified answer is -$36.75. The opponent range is a stated hypothesis, not verified actual behavior.</w:t>
      </w:r>
      <w:r>
        <w:br/>
      </w:r>
      <w:r>
        <w:rPr>
          <w:b/>
          <w:bCs/>
        </w:rPr>
        <w:t xml:space="preserve">C:</w:t>
      </w:r>
      <w:r>
        <w:t xml:space="preserve"> </w:t>
      </w:r>
      <w:r>
        <w:t xml:space="preserve">Incorrect (-$25.36). Reconstruct the actual case-ledger arithmetic before selecting an answer. The verified answer is -$36.75. The opponent range is a stated hypothesis, not verified actual behavior.</w:t>
      </w:r>
      <w:r>
        <w:br/>
      </w:r>
      <w:r>
        <w:rPr>
          <w:b/>
          <w:bCs/>
        </w:rPr>
        <w:t xml:space="preserve">D:</w:t>
      </w:r>
      <w:r>
        <w:t xml:space="preserve"> </w:t>
      </w:r>
      <w:r>
        <w:t xml:space="preserve">Correct. The opponent range is a stated hypothesis, not verified actual behavior.</w:t>
      </w:r>
    </w:p>
    <w:bookmarkEnd w:id="309"/>
    <w:bookmarkStart w:id="310" w:name="ms8-q250-answer-c-8"/>
    <w:p>
      <w:pPr>
        <w:pStyle w:val="Heading3"/>
      </w:pPr>
      <w:r>
        <w:t xml:space="preserve">MS8-Q250 — Answer C: 8</w:t>
      </w:r>
    </w:p>
    <w:p>
      <w:pPr>
        <w:pStyle w:val="FirstParagraph"/>
      </w:pPr>
      <w:r>
        <w:t xml:space="preserve">Call threshold t=75/(105+2×75). Need b/(b+17)≥t, equivalently b≥17×75/(105+75). Smallest whole b=8. This counts fully weighted bluffs; mixed betting frequencies require weighted combos.</w:t>
      </w:r>
    </w:p>
    <w:p>
      <w:pPr>
        <w:pStyle w:val="BodyText"/>
      </w:pPr>
      <w:r>
        <w:rPr>
          <w:b/>
          <w:bCs/>
        </w:rPr>
        <w:t xml:space="preserve">A:</w:t>
      </w:r>
      <w:r>
        <w:t xml:space="preserve"> </w:t>
      </w:r>
      <w:r>
        <w:t xml:space="preserve">Incorrect (9). Reconstruct the actual case-ledger arithmetic before selecting an answer. The verified answer is 8. This counts fully weighted bluffs; mixed betting frequencies require weighted combos.</w:t>
      </w:r>
      <w:r>
        <w:br/>
      </w:r>
      <w:r>
        <w:rPr>
          <w:b/>
          <w:bCs/>
        </w:rPr>
        <w:t xml:space="preserve">B:</w:t>
      </w:r>
      <w:r>
        <w:t xml:space="preserve"> </w:t>
      </w:r>
      <w:r>
        <w:t xml:space="preserve">Incorrect (10). Reconstruct the actual case-ledger arithmetic before selecting an answer. The verified answer is 8. This counts fully weighted bluffs; mixed betting frequencies require weighted combos.</w:t>
      </w:r>
      <w:r>
        <w:br/>
      </w:r>
      <w:r>
        <w:rPr>
          <w:b/>
          <w:bCs/>
        </w:rPr>
        <w:t xml:space="preserve">C:</w:t>
      </w:r>
      <w:r>
        <w:t xml:space="preserve"> </w:t>
      </w:r>
      <w:r>
        <w:t xml:space="preserve">Correct. This counts fully weighted bluffs; mixed betting frequencies require weighted combos.</w:t>
      </w:r>
      <w:r>
        <w:br/>
      </w:r>
      <w:r>
        <w:rPr>
          <w:b/>
          <w:bCs/>
        </w:rPr>
        <w:t xml:space="preserve">D:</w:t>
      </w:r>
      <w:r>
        <w:t xml:space="preserve"> </w:t>
      </w:r>
      <w:r>
        <w:t xml:space="preserve">Incorrect (7). Reconstruct the actual case-ledger arithmetic before selecting an answer. The verified answer is 8. This counts fully weighted bluffs; mixed betting frequencies require weighted combos.</w:t>
      </w:r>
    </w:p>
    <w:bookmarkEnd w:id="310"/>
    <w:bookmarkStart w:id="311" w:name="ms8-q251-answer-b-48.00"/>
    <w:p>
      <w:pPr>
        <w:pStyle w:val="Heading3"/>
      </w:pPr>
      <w:r>
        <w:t xml:space="preserve">MS8-Q251 — Answer B: $48.00</w:t>
      </w:r>
    </w:p>
    <w:p>
      <w:pPr>
        <w:pStyle w:val="FirstParagraph"/>
      </w:pPr>
      <w:r>
        <w:t xml:space="preserve">Preflop contributions: UTG 15 + CO 15 + BTN 15 + folded blinds 3 = $48. Do not double-count a blind already included in a total call.</w:t>
      </w:r>
    </w:p>
    <w:p>
      <w:pPr>
        <w:pStyle w:val="BodyText"/>
      </w:pPr>
      <w:r>
        <w:rPr>
          <w:b/>
          <w:bCs/>
        </w:rPr>
        <w:t xml:space="preserve">A:</w:t>
      </w:r>
      <w:r>
        <w:t xml:space="preserve"> </w:t>
      </w:r>
      <w:r>
        <w:t xml:space="preserve">Incorrect ($56.64). Reconstruct the actual case-ledger arithmetic before selecting an answer. The verified answer is $48.00. Do not double-count a blind already included in a total call.</w:t>
      </w:r>
      <w:r>
        <w:br/>
      </w:r>
      <w:r>
        <w:rPr>
          <w:b/>
          <w:bCs/>
        </w:rPr>
        <w:t xml:space="preserve">B:</w:t>
      </w:r>
      <w:r>
        <w:t xml:space="preserve"> </w:t>
      </w:r>
      <w:r>
        <w:t xml:space="preserve">Correct. Do not double-count a blind already included in a total call.</w:t>
      </w:r>
      <w:r>
        <w:br/>
      </w:r>
      <w:r>
        <w:rPr>
          <w:b/>
          <w:bCs/>
        </w:rPr>
        <w:t xml:space="preserve">C:</w:t>
      </w:r>
      <w:r>
        <w:t xml:space="preserve"> </w:t>
      </w:r>
      <w:r>
        <w:t xml:space="preserve">Incorrect ($40.80). Reconstruct the actual case-ledger arithmetic before selecting an answer. The verified answer is $48.00. Do not double-count a blind already included in a total call.</w:t>
      </w:r>
      <w:r>
        <w:br/>
      </w:r>
      <w:r>
        <w:rPr>
          <w:b/>
          <w:bCs/>
        </w:rPr>
        <w:t xml:space="preserve">D:</w:t>
      </w:r>
      <w:r>
        <w:t xml:space="preserve"> </w:t>
      </w:r>
      <w:r>
        <w:t xml:space="preserve">Incorrect ($62.88). Reconstruct the actual case-ledger arithmetic before selecting an answer. The verified answer is $48.00. Do not double-count a blind already included in a total call.</w:t>
      </w:r>
    </w:p>
    <w:bookmarkEnd w:id="311"/>
    <w:bookmarkStart w:id="312" w:name="ms8-q252-answer-a-176.00"/>
    <w:p>
      <w:pPr>
        <w:pStyle w:val="Heading3"/>
      </w:pPr>
      <w:r>
        <w:t xml:space="preserve">MS8-Q252 — Answer A: $176.00</w:t>
      </w:r>
    </w:p>
    <w:p>
      <w:pPr>
        <w:pStyle w:val="FirstParagraph"/>
      </w:pPr>
      <w:r>
        <w:t xml:space="preserve">Pot = preflop $48 + twice flop bet ($24×2) + twice turn bet ($40×2) = $176. A pending river bet is not included in the pot BEFORE it is made.</w:t>
      </w:r>
    </w:p>
    <w:p>
      <w:pPr>
        <w:pStyle w:val="BodyText"/>
      </w:pPr>
      <w:r>
        <w:rPr>
          <w:b/>
          <w:bCs/>
        </w:rPr>
        <w:t xml:space="preserve">A:</w:t>
      </w:r>
      <w:r>
        <w:t xml:space="preserve"> </w:t>
      </w:r>
      <w:r>
        <w:t xml:space="preserve">Correct. A pending river bet is not included in the pot BEFORE it is made.</w:t>
      </w:r>
      <w:r>
        <w:br/>
      </w:r>
      <w:r>
        <w:rPr>
          <w:b/>
          <w:bCs/>
        </w:rPr>
        <w:t xml:space="preserve">B:</w:t>
      </w:r>
      <w:r>
        <w:t xml:space="preserve"> </w:t>
      </w:r>
      <w:r>
        <w:t xml:space="preserve">Incorrect ($207.68). Reconstruct the actual case-ledger arithmetic before selecting an answer. The verified answer is $176.00. A pending river bet is not included in the pot BEFORE it is made.</w:t>
      </w:r>
      <w:r>
        <w:br/>
      </w:r>
      <w:r>
        <w:rPr>
          <w:b/>
          <w:bCs/>
        </w:rPr>
        <w:t xml:space="preserve">C:</w:t>
      </w:r>
      <w:r>
        <w:t xml:space="preserve"> </w:t>
      </w:r>
      <w:r>
        <w:t xml:space="preserve">Incorrect ($149.60). Reconstruct the actual case-ledger arithmetic before selecting an answer. The verified answer is $176.00. A pending river bet is not included in the pot BEFORE it is made.</w:t>
      </w:r>
      <w:r>
        <w:br/>
      </w:r>
      <w:r>
        <w:rPr>
          <w:b/>
          <w:bCs/>
        </w:rPr>
        <w:t xml:space="preserve">D:</w:t>
      </w:r>
      <w:r>
        <w:t xml:space="preserve"> </w:t>
      </w:r>
      <w:r>
        <w:t xml:space="preserve">Incorrect ($230.56). Reconstruct the actual case-ledger arithmetic before selecting an answer. The verified answer is $176.00. A pending river bet is not included in the pot BEFORE it is made.</w:t>
      </w:r>
    </w:p>
    <w:bookmarkEnd w:id="312"/>
    <w:bookmarkStart w:id="313" w:name="ms8-q253-answer-d-26.60"/>
    <w:p>
      <w:pPr>
        <w:pStyle w:val="Heading3"/>
      </w:pPr>
      <w:r>
        <w:t xml:space="preserve">MS8-Q253 — Answer D: 26.60%</w:t>
      </w:r>
    </w:p>
    <w:p>
      <w:pPr>
        <w:pStyle w:val="FirstParagraph"/>
      </w:pPr>
      <w:r>
        <w:t xml:space="preserve">Required equity=100/(176+2×100)=26.60%. This price is certain; actual showdown equity depends on the range.</w:t>
      </w:r>
    </w:p>
    <w:p>
      <w:pPr>
        <w:pStyle w:val="BodyText"/>
      </w:pPr>
      <w:r>
        <w:rPr>
          <w:b/>
          <w:bCs/>
        </w:rPr>
        <w:t xml:space="preserve">A:</w:t>
      </w:r>
      <w:r>
        <w:t xml:space="preserve"> </w:t>
      </w:r>
      <w:r>
        <w:t xml:space="preserve">Incorrect (12.60%). Reconstruct the actual case-ledger arithmetic before selecting an answer. The verified answer is 26.60%. This price is certain; actual showdown equity depends on the range.</w:t>
      </w:r>
      <w:r>
        <w:br/>
      </w:r>
      <w:r>
        <w:rPr>
          <w:b/>
          <w:bCs/>
        </w:rPr>
        <w:t xml:space="preserve">B:</w:t>
      </w:r>
      <w:r>
        <w:t xml:space="preserve"> </w:t>
      </w:r>
      <w:r>
        <w:t xml:space="preserve">Incorrect (19.60%). Reconstruct the actual case-ledger arithmetic before selecting an answer. The verified answer is 26.60%. This price is certain; actual showdown equity depends on the range.</w:t>
      </w:r>
      <w:r>
        <w:br/>
      </w:r>
      <w:r>
        <w:rPr>
          <w:b/>
          <w:bCs/>
        </w:rPr>
        <w:t xml:space="preserve">C:</w:t>
      </w:r>
      <w:r>
        <w:t xml:space="preserve"> </w:t>
      </w:r>
      <w:r>
        <w:t xml:space="preserve">Incorrect (32.10%). Reconstruct the actual case-ledger arithmetic before selecting an answer. The verified answer is 26.60%. This price is certain; actual showdown equity depends on the range.</w:t>
      </w:r>
      <w:r>
        <w:br/>
      </w:r>
      <w:r>
        <w:rPr>
          <w:b/>
          <w:bCs/>
        </w:rPr>
        <w:t xml:space="preserve">D:</w:t>
      </w:r>
      <w:r>
        <w:t xml:space="preserve"> </w:t>
      </w:r>
      <w:r>
        <w:t xml:space="preserve">Correct. This price is certain; actual showdown equity depends on the range.</w:t>
      </w:r>
    </w:p>
    <w:bookmarkEnd w:id="313"/>
    <w:bookmarkStart w:id="314" w:name="ms8-q254-answer-c-14.43"/>
    <w:p>
      <w:pPr>
        <w:pStyle w:val="Heading3"/>
      </w:pPr>
      <w:r>
        <w:t xml:space="preserve">MS8-Q254 — Answer C: $14.43</w:t>
      </w:r>
    </w:p>
    <w:p>
      <w:pPr>
        <w:pStyle w:val="FirstParagraph"/>
      </w:pPr>
      <w:r>
        <w:t xml:space="preserve">Modeled winning chance=7/(16+7)=30.43%. EV=p×($176+2×$100)−$100=$14.43. The opponent range is a stated hypothesis, not verified actual behavior.</w:t>
      </w:r>
    </w:p>
    <w:p>
      <w:pPr>
        <w:pStyle w:val="BodyText"/>
      </w:pPr>
      <w:r>
        <w:rPr>
          <w:b/>
          <w:bCs/>
        </w:rPr>
        <w:t xml:space="preserve">A:</w:t>
      </w:r>
      <w:r>
        <w:t xml:space="preserve"> </w:t>
      </w:r>
      <w:r>
        <w:t xml:space="preserve">Incorrect ($19.43). Reconstruct the actual case-ledger arithmetic before selecting an answer. The verified answer is $14.43. The opponent range is a stated hypothesis, not verified actual behavior.</w:t>
      </w:r>
      <w:r>
        <w:br/>
      </w:r>
      <w:r>
        <w:rPr>
          <w:b/>
          <w:bCs/>
        </w:rPr>
        <w:t xml:space="preserve">B:</w:t>
      </w:r>
      <w:r>
        <w:t xml:space="preserve"> </w:t>
      </w:r>
      <w:r>
        <w:t xml:space="preserve">Incorrect ($9.43). Reconstruct the actual case-ledger arithmetic before selecting an answer. The verified answer is $14.43. The opponent range is a stated hypothesis, not verified actual behavior.</w:t>
      </w:r>
      <w:r>
        <w:br/>
      </w:r>
      <w:r>
        <w:rPr>
          <w:b/>
          <w:bCs/>
        </w:rPr>
        <w:t xml:space="preserve">C:</w:t>
      </w:r>
      <w:r>
        <w:t xml:space="preserve"> </w:t>
      </w:r>
      <w:r>
        <w:t xml:space="preserve">Correct. The opponent range is a stated hypothesis, not verified actual behavior.</w:t>
      </w:r>
      <w:r>
        <w:br/>
      </w:r>
      <w:r>
        <w:rPr>
          <w:b/>
          <w:bCs/>
        </w:rPr>
        <w:t xml:space="preserve">D:</w:t>
      </w:r>
      <w:r>
        <w:t xml:space="preserve"> </w:t>
      </w:r>
      <w:r>
        <w:t xml:space="preserve">Incorrect ($24.43). Reconstruct the actual case-ledger arithmetic before selecting an answer. The verified answer is $14.43. The opponent range is a stated hypothesis, not verified actual behavior.</w:t>
      </w:r>
    </w:p>
    <w:bookmarkEnd w:id="314"/>
    <w:bookmarkStart w:id="315" w:name="ms8-q255-answer-b-6"/>
    <w:p>
      <w:pPr>
        <w:pStyle w:val="Heading3"/>
      </w:pPr>
      <w:r>
        <w:t xml:space="preserve">MS8-Q255 — Answer B: 6</w:t>
      </w:r>
    </w:p>
    <w:p>
      <w:pPr>
        <w:pStyle w:val="FirstParagraph"/>
      </w:pPr>
      <w:r>
        <w:t xml:space="preserve">Call threshold t=100/(176+2×100). Need b/(b+16)≥t, equivalently b≥16×100/(176+100). Smallest whole b=6. This counts fully weighted bluffs; mixed betting frequencies require weighted combos.</w:t>
      </w:r>
    </w:p>
    <w:p>
      <w:pPr>
        <w:pStyle w:val="BodyText"/>
      </w:pPr>
      <w:r>
        <w:rPr>
          <w:b/>
          <w:bCs/>
        </w:rPr>
        <w:t xml:space="preserve">A:</w:t>
      </w:r>
      <w:r>
        <w:t xml:space="preserve"> </w:t>
      </w:r>
      <w:r>
        <w:t xml:space="preserve">Incorrect (7). Reconstruct the actual case-ledger arithmetic before selecting an answer. The verified answer is 6. This counts fully weighted bluffs; mixed betting frequencies require weighted combos.</w:t>
      </w:r>
      <w:r>
        <w:br/>
      </w:r>
      <w:r>
        <w:rPr>
          <w:b/>
          <w:bCs/>
        </w:rPr>
        <w:t xml:space="preserve">B:</w:t>
      </w:r>
      <w:r>
        <w:t xml:space="preserve"> </w:t>
      </w:r>
      <w:r>
        <w:t xml:space="preserve">Correct. This counts fully weighted bluffs; mixed betting frequencies require weighted combos.</w:t>
      </w:r>
      <w:r>
        <w:br/>
      </w:r>
      <w:r>
        <w:rPr>
          <w:b/>
          <w:bCs/>
        </w:rPr>
        <w:t xml:space="preserve">C:</w:t>
      </w:r>
      <w:r>
        <w:t xml:space="preserve"> </w:t>
      </w:r>
      <w:r>
        <w:t xml:space="preserve">Incorrect (8). Reconstruct the actual case-ledger arithmetic before selecting an answer. The verified answer is 6. This counts fully weighted bluffs; mixed betting frequencies require weighted combos.</w:t>
      </w:r>
      <w:r>
        <w:br/>
      </w:r>
      <w:r>
        <w:rPr>
          <w:b/>
          <w:bCs/>
        </w:rPr>
        <w:t xml:space="preserve">D:</w:t>
      </w:r>
      <w:r>
        <w:t xml:space="preserve"> </w:t>
      </w:r>
      <w:r>
        <w:t xml:space="preserve">Incorrect (5). Reconstruct the actual case-ledger arithmetic before selecting an answer. The verified answer is 6. This counts fully weighted bluffs; mixed betting frequencies require weighted combos.</w:t>
      </w:r>
    </w:p>
    <w:bookmarkEnd w:id="315"/>
    <w:bookmarkStart w:id="316" w:name="ms8-q256-answer-a-25.00"/>
    <w:p>
      <w:pPr>
        <w:pStyle w:val="Heading3"/>
      </w:pPr>
      <w:r>
        <w:t xml:space="preserve">MS8-Q256 — Answer A: $25.00</w:t>
      </w:r>
    </w:p>
    <w:p>
      <w:pPr>
        <w:pStyle w:val="FirstParagraph"/>
      </w:pPr>
      <w:r>
        <w:t xml:space="preserve">Preflop contributions: BTN 12 + BB 12 + SB 1 = $25. Do not double-count a blind already included in a total call.</w:t>
      </w:r>
    </w:p>
    <w:p>
      <w:pPr>
        <w:pStyle w:val="BodyText"/>
      </w:pPr>
      <w:r>
        <w:rPr>
          <w:b/>
          <w:bCs/>
        </w:rPr>
        <w:t xml:space="preserve">A:</w:t>
      </w:r>
      <w:r>
        <w:t xml:space="preserve"> </w:t>
      </w:r>
      <w:r>
        <w:t xml:space="preserve">Correct. Do not double-count a blind already included in a total call.</w:t>
      </w:r>
      <w:r>
        <w:br/>
      </w:r>
      <w:r>
        <w:rPr>
          <w:b/>
          <w:bCs/>
        </w:rPr>
        <w:t xml:space="preserve">B:</w:t>
      </w:r>
      <w:r>
        <w:t xml:space="preserve"> </w:t>
      </w:r>
      <w:r>
        <w:t xml:space="preserve">Incorrect ($30.00). Reconstruct the actual case-ledger arithmetic before selecting an answer. The verified answer is $25.00. Do not double-count a blind already included in a total call.</w:t>
      </w:r>
      <w:r>
        <w:br/>
      </w:r>
      <w:r>
        <w:rPr>
          <w:b/>
          <w:bCs/>
        </w:rPr>
        <w:t xml:space="preserve">C:</w:t>
      </w:r>
      <w:r>
        <w:t xml:space="preserve"> </w:t>
      </w:r>
      <w:r>
        <w:t xml:space="preserve">Incorrect ($20.00). Reconstruct the actual case-ledger arithmetic before selecting an answer. The verified answer is $25.00. Do not double-count a blind already included in a total call.</w:t>
      </w:r>
      <w:r>
        <w:br/>
      </w:r>
      <w:r>
        <w:rPr>
          <w:b/>
          <w:bCs/>
        </w:rPr>
        <w:t xml:space="preserve">D:</w:t>
      </w:r>
      <w:r>
        <w:t xml:space="preserve"> </w:t>
      </w:r>
      <w:r>
        <w:t xml:space="preserve">Incorrect ($35.00). Reconstruct the actual case-ledger arithmetic before selecting an answer. The verified answer is $25.00. Do not double-count a blind already included in a total call.</w:t>
      </w:r>
    </w:p>
    <w:bookmarkEnd w:id="316"/>
    <w:bookmarkStart w:id="317" w:name="ms8-q257-answer-d-117.00"/>
    <w:p>
      <w:pPr>
        <w:pStyle w:val="Heading3"/>
      </w:pPr>
      <w:r>
        <w:t xml:space="preserve">MS8-Q257 — Answer D: $117.00</w:t>
      </w:r>
    </w:p>
    <w:p>
      <w:pPr>
        <w:pStyle w:val="FirstParagraph"/>
      </w:pPr>
      <w:r>
        <w:t xml:space="preserve">Pot = preflop $25 + twice flop bet ($18×2) + twice turn bet ($28×2) = $117. A pending river bet is not included in the pot BEFORE it is made.</w:t>
      </w:r>
    </w:p>
    <w:p>
      <w:pPr>
        <w:pStyle w:val="BodyText"/>
      </w:pPr>
      <w:r>
        <w:rPr>
          <w:b/>
          <w:bCs/>
        </w:rPr>
        <w:t xml:space="preserve">A:</w:t>
      </w:r>
      <w:r>
        <w:t xml:space="preserve"> </w:t>
      </w:r>
      <w:r>
        <w:t xml:space="preserve">Incorrect ($138.06). Reconstruct the actual case-ledger arithmetic before selecting an answer. The verified answer is $117.00. A pending river bet is not included in the pot BEFORE it is made.</w:t>
      </w:r>
      <w:r>
        <w:br/>
      </w:r>
      <w:r>
        <w:rPr>
          <w:b/>
          <w:bCs/>
        </w:rPr>
        <w:t xml:space="preserve">B:</w:t>
      </w:r>
      <w:r>
        <w:t xml:space="preserve"> </w:t>
      </w:r>
      <w:r>
        <w:t xml:space="preserve">Incorrect ($99.45). Reconstruct the actual case-ledger arithmetic before selecting an answer. The verified answer is $117.00. A pending river bet is not included in the pot BEFORE it is made.</w:t>
      </w:r>
      <w:r>
        <w:br/>
      </w:r>
      <w:r>
        <w:rPr>
          <w:b/>
          <w:bCs/>
        </w:rPr>
        <w:t xml:space="preserve">C:</w:t>
      </w:r>
      <w:r>
        <w:t xml:space="preserve"> </w:t>
      </w:r>
      <w:r>
        <w:t xml:space="preserve">Incorrect ($153.27). Reconstruct the actual case-ledger arithmetic before selecting an answer. The verified answer is $117.00. A pending river bet is not included in the pot BEFORE it is made.</w:t>
      </w:r>
      <w:r>
        <w:br/>
      </w:r>
      <w:r>
        <w:rPr>
          <w:b/>
          <w:bCs/>
        </w:rPr>
        <w:t xml:space="preserve">D:</w:t>
      </w:r>
      <w:r>
        <w:t xml:space="preserve"> </w:t>
      </w:r>
      <w:r>
        <w:t xml:space="preserve">Correct. A pending river bet is not included in the pot BEFORE it is made.</w:t>
      </w:r>
    </w:p>
    <w:bookmarkEnd w:id="317"/>
    <w:bookmarkStart w:id="318" w:name="ms8-q258-answer-c-21.74"/>
    <w:p>
      <w:pPr>
        <w:pStyle w:val="Heading3"/>
      </w:pPr>
      <w:r>
        <w:t xml:space="preserve">MS8-Q258 — Answer C: 21.74%</w:t>
      </w:r>
    </w:p>
    <w:p>
      <w:pPr>
        <w:pStyle w:val="FirstParagraph"/>
      </w:pPr>
      <w:r>
        <w:t xml:space="preserve">Required equity=45/(117+2×45)=21.74%. This price is certain; actual showdown equity depends on the range.</w:t>
      </w:r>
    </w:p>
    <w:p>
      <w:pPr>
        <w:pStyle w:val="BodyText"/>
      </w:pPr>
      <w:r>
        <w:rPr>
          <w:b/>
          <w:bCs/>
        </w:rPr>
        <w:t xml:space="preserve">A:</w:t>
      </w:r>
      <w:r>
        <w:t xml:space="preserve"> </w:t>
      </w:r>
      <w:r>
        <w:t xml:space="preserve">Incorrect (7.74%). Reconstruct the actual case-ledger arithmetic before selecting an answer. The verified answer is 21.74%. This price is certain; actual showdown equity depends on the range.</w:t>
      </w:r>
      <w:r>
        <w:br/>
      </w:r>
      <w:r>
        <w:rPr>
          <w:b/>
          <w:bCs/>
        </w:rPr>
        <w:t xml:space="preserve">B:</w:t>
      </w:r>
      <w:r>
        <w:t xml:space="preserve"> </w:t>
      </w:r>
      <w:r>
        <w:t xml:space="preserve">Incorrect (14.74%). Reconstruct the actual case-ledger arithmetic before selecting an answer. The verified answer is 21.74%. This price is certain; actual showdown equity depends on the range.</w:t>
      </w:r>
      <w:r>
        <w:br/>
      </w:r>
      <w:r>
        <w:rPr>
          <w:b/>
          <w:bCs/>
        </w:rPr>
        <w:t xml:space="preserve">C:</w:t>
      </w:r>
      <w:r>
        <w:t xml:space="preserve"> </w:t>
      </w:r>
      <w:r>
        <w:t xml:space="preserve">Correct. This price is certain; actual showdown equity depends on the range.</w:t>
      </w:r>
      <w:r>
        <w:br/>
      </w:r>
      <w:r>
        <w:rPr>
          <w:b/>
          <w:bCs/>
        </w:rPr>
        <w:t xml:space="preserve">D:</w:t>
      </w:r>
      <w:r>
        <w:t xml:space="preserve"> </w:t>
      </w:r>
      <w:r>
        <w:t xml:space="preserve">Incorrect (27.24%). Reconstruct the actual case-ledger arithmetic before selecting an answer. The verified answer is 21.74%. This price is certain; actual showdown equity depends on the range.</w:t>
      </w:r>
    </w:p>
    <w:bookmarkEnd w:id="318"/>
    <w:bookmarkStart w:id="319" w:name="ms8-q259-answer-b-37.80"/>
    <w:p>
      <w:pPr>
        <w:pStyle w:val="Heading3"/>
      </w:pPr>
      <w:r>
        <w:t xml:space="preserve">MS8-Q259 — Answer B: $37.80</w:t>
      </w:r>
    </w:p>
    <w:p>
      <w:pPr>
        <w:pStyle w:val="FirstParagraph"/>
      </w:pPr>
      <w:r>
        <w:t xml:space="preserve">Modeled winning chance=8/(12+8)=40.00%. EV=p×($117+2×$45)−$45=$37.80. The opponent range is a stated hypothesis, not verified actual behavior.</w:t>
      </w:r>
    </w:p>
    <w:p>
      <w:pPr>
        <w:pStyle w:val="BodyText"/>
      </w:pPr>
      <w:r>
        <w:rPr>
          <w:b/>
          <w:bCs/>
        </w:rPr>
        <w:t xml:space="preserve">A:</w:t>
      </w:r>
      <w:r>
        <w:t xml:space="preserve"> </w:t>
      </w:r>
      <w:r>
        <w:t xml:space="preserve">Incorrect ($44.60). Reconstruct the actual case-ledger arithmetic before selecting an answer. The verified answer is $37.80. The opponent range is a stated hypothesis, not verified actual behavior.</w:t>
      </w:r>
      <w:r>
        <w:br/>
      </w:r>
      <w:r>
        <w:rPr>
          <w:b/>
          <w:bCs/>
        </w:rPr>
        <w:t xml:space="preserve">B:</w:t>
      </w:r>
      <w:r>
        <w:t xml:space="preserve"> </w:t>
      </w:r>
      <w:r>
        <w:t xml:space="preserve">Correct. The opponent range is a stated hypothesis, not verified actual behavior.</w:t>
      </w:r>
      <w:r>
        <w:br/>
      </w:r>
      <w:r>
        <w:rPr>
          <w:b/>
          <w:bCs/>
        </w:rPr>
        <w:t xml:space="preserve">C:</w:t>
      </w:r>
      <w:r>
        <w:t xml:space="preserve"> </w:t>
      </w:r>
      <w:r>
        <w:t xml:space="preserve">Incorrect ($32.13). Reconstruct the actual case-ledger arithmetic before selecting an answer. The verified answer is $37.80. The opponent range is a stated hypothesis, not verified actual behavior.</w:t>
      </w:r>
      <w:r>
        <w:br/>
      </w:r>
      <w:r>
        <w:rPr>
          <w:b/>
          <w:bCs/>
        </w:rPr>
        <w:t xml:space="preserve">D:</w:t>
      </w:r>
      <w:r>
        <w:t xml:space="preserve"> </w:t>
      </w:r>
      <w:r>
        <w:t xml:space="preserve">Incorrect ($49.52). Reconstruct the actual case-ledger arithmetic before selecting an answer. The verified answer is $37.80. The opponent range is a stated hypothesis, not verified actual behavior.</w:t>
      </w:r>
    </w:p>
    <w:bookmarkEnd w:id="319"/>
    <w:bookmarkStart w:id="320" w:name="ms8-q260-answer-a-4"/>
    <w:p>
      <w:pPr>
        <w:pStyle w:val="Heading3"/>
      </w:pPr>
      <w:r>
        <w:t xml:space="preserve">MS8-Q260 — Answer A: 4</w:t>
      </w:r>
    </w:p>
    <w:p>
      <w:pPr>
        <w:pStyle w:val="FirstParagraph"/>
      </w:pPr>
      <w:r>
        <w:t xml:space="preserve">Call threshold t=45/(117+2×45). Need b/(b+12)≥t, equivalently b≥12×45/(117+45). Smallest whole b=4. This counts fully weighted bluffs; mixed betting frequencies require weighted combos.</w:t>
      </w:r>
    </w:p>
    <w:p>
      <w:pPr>
        <w:pStyle w:val="BodyText"/>
      </w:pPr>
      <w:r>
        <w:rPr>
          <w:b/>
          <w:bCs/>
        </w:rPr>
        <w:t xml:space="preserve">A:</w:t>
      </w:r>
      <w:r>
        <w:t xml:space="preserve"> </w:t>
      </w:r>
      <w:r>
        <w:t xml:space="preserve">Correct. This counts fully weighted bluffs; mixed betting frequencies require weighted combos.</w:t>
      </w:r>
      <w:r>
        <w:br/>
      </w:r>
      <w:r>
        <w:rPr>
          <w:b/>
          <w:bCs/>
        </w:rPr>
        <w:t xml:space="preserve">B:</w:t>
      </w:r>
      <w:r>
        <w:t xml:space="preserve"> </w:t>
      </w:r>
      <w:r>
        <w:t xml:space="preserve">Incorrect (5). Reconstruct the actual case-ledger arithmetic before selecting an answer. The verified answer is 4. This counts fully weighted bluffs; mixed betting frequencies require weighted combos.</w:t>
      </w:r>
      <w:r>
        <w:br/>
      </w:r>
      <w:r>
        <w:rPr>
          <w:b/>
          <w:bCs/>
        </w:rPr>
        <w:t xml:space="preserve">C:</w:t>
      </w:r>
      <w:r>
        <w:t xml:space="preserve"> </w:t>
      </w:r>
      <w:r>
        <w:t xml:space="preserve">Incorrect (6). Reconstruct the actual case-ledger arithmetic before selecting an answer. The verified answer is 4. This counts fully weighted bluffs; mixed betting frequencies require weighted combos.</w:t>
      </w:r>
      <w:r>
        <w:br/>
      </w:r>
      <w:r>
        <w:rPr>
          <w:b/>
          <w:bCs/>
        </w:rPr>
        <w:t xml:space="preserve">D:</w:t>
      </w:r>
      <w:r>
        <w:t xml:space="preserve"> </w:t>
      </w:r>
      <w:r>
        <w:t xml:space="preserve">Incorrect (3). Reconstruct the actual case-ledger arithmetic before selecting an answer. The verified answer is 4. This counts fully weighted bluffs; mixed betting frequencies require weighted combos.</w:t>
      </w:r>
    </w:p>
    <w:bookmarkEnd w:id="320"/>
    <w:bookmarkStart w:id="321" w:name="ms8-q261-answer-d-31.00"/>
    <w:p>
      <w:pPr>
        <w:pStyle w:val="Heading3"/>
      </w:pPr>
      <w:r>
        <w:t xml:space="preserve">MS8-Q261 — Answer D: $31.00</w:t>
      </w:r>
    </w:p>
    <w:p>
      <w:pPr>
        <w:pStyle w:val="FirstParagraph"/>
      </w:pPr>
      <w:r>
        <w:t xml:space="preserve">Preflop contributions: BTN 15 + BB 15 + SB 1 = $31. Do not double-count a blind already included in a total call.</w:t>
      </w:r>
    </w:p>
    <w:p>
      <w:pPr>
        <w:pStyle w:val="BodyText"/>
      </w:pPr>
      <w:r>
        <w:rPr>
          <w:b/>
          <w:bCs/>
        </w:rPr>
        <w:t xml:space="preserve">A:</w:t>
      </w:r>
      <w:r>
        <w:t xml:space="preserve"> </w:t>
      </w:r>
      <w:r>
        <w:t xml:space="preserve">Incorrect ($36.58). Reconstruct the actual case-ledger arithmetic before selecting an answer. The verified answer is $31.00. Do not double-count a blind already included in a total call.</w:t>
      </w:r>
      <w:r>
        <w:br/>
      </w:r>
      <w:r>
        <w:rPr>
          <w:b/>
          <w:bCs/>
        </w:rPr>
        <w:t xml:space="preserve">B:</w:t>
      </w:r>
      <w:r>
        <w:t xml:space="preserve"> </w:t>
      </w:r>
      <w:r>
        <w:t xml:space="preserve">Incorrect ($26.00). Reconstruct the actual case-ledger arithmetic before selecting an answer. The verified answer is $31.00. Do not double-count a blind already included in a total call.</w:t>
      </w:r>
      <w:r>
        <w:br/>
      </w:r>
      <w:r>
        <w:rPr>
          <w:b/>
          <w:bCs/>
        </w:rPr>
        <w:t xml:space="preserve">C:</w:t>
      </w:r>
      <w:r>
        <w:t xml:space="preserve"> </w:t>
      </w:r>
      <w:r>
        <w:t xml:space="preserve">Incorrect ($41.00). Reconstruct the actual case-ledger arithmetic before selecting an answer. The verified answer is $31.00. Do not double-count a blind already included in a total call.</w:t>
      </w:r>
      <w:r>
        <w:br/>
      </w:r>
      <w:r>
        <w:rPr>
          <w:b/>
          <w:bCs/>
        </w:rPr>
        <w:t xml:space="preserve">D:</w:t>
      </w:r>
      <w:r>
        <w:t xml:space="preserve"> </w:t>
      </w:r>
      <w:r>
        <w:t xml:space="preserve">Correct. Do not double-count a blind already included in a total call.</w:t>
      </w:r>
    </w:p>
    <w:bookmarkEnd w:id="321"/>
    <w:bookmarkStart w:id="322" w:name="ms8-q262-answer-c-191.00"/>
    <w:p>
      <w:pPr>
        <w:pStyle w:val="Heading3"/>
      </w:pPr>
      <w:r>
        <w:t xml:space="preserve">MS8-Q262 — Answer C: $191.00</w:t>
      </w:r>
    </w:p>
    <w:p>
      <w:pPr>
        <w:pStyle w:val="FirstParagraph"/>
      </w:pPr>
      <w:r>
        <w:t xml:space="preserve">Pot = preflop $31 + twice flop bet ($30×2) + twice turn bet ($50×2) = $191. A pending river bet is not included in the pot BEFORE it is made.</w:t>
      </w:r>
    </w:p>
    <w:p>
      <w:pPr>
        <w:pStyle w:val="BodyText"/>
      </w:pPr>
      <w:r>
        <w:rPr>
          <w:b/>
          <w:bCs/>
        </w:rPr>
        <w:t xml:space="preserve">A:</w:t>
      </w:r>
      <w:r>
        <w:t xml:space="preserve"> </w:t>
      </w:r>
      <w:r>
        <w:t xml:space="preserve">Incorrect ($225.38). Reconstruct the actual case-ledger arithmetic before selecting an answer. The verified answer is $191.00. A pending river bet is not included in the pot BEFORE it is made.</w:t>
      </w:r>
      <w:r>
        <w:br/>
      </w:r>
      <w:r>
        <w:rPr>
          <w:b/>
          <w:bCs/>
        </w:rPr>
        <w:t xml:space="preserve">B:</w:t>
      </w:r>
      <w:r>
        <w:t xml:space="preserve"> </w:t>
      </w:r>
      <w:r>
        <w:t xml:space="preserve">Incorrect ($162.35). Reconstruct the actual case-ledger arithmetic before selecting an answer. The verified answer is $191.00. A pending river bet is not included in the pot BEFORE it is made.</w:t>
      </w:r>
      <w:r>
        <w:br/>
      </w:r>
      <w:r>
        <w:rPr>
          <w:b/>
          <w:bCs/>
        </w:rPr>
        <w:t xml:space="preserve">C:</w:t>
      </w:r>
      <w:r>
        <w:t xml:space="preserve"> </w:t>
      </w:r>
      <w:r>
        <w:t xml:space="preserve">Correct. A pending river bet is not included in the pot BEFORE it is made.</w:t>
      </w:r>
      <w:r>
        <w:br/>
      </w:r>
      <w:r>
        <w:rPr>
          <w:b/>
          <w:bCs/>
        </w:rPr>
        <w:t xml:space="preserve">D:</w:t>
      </w:r>
      <w:r>
        <w:t xml:space="preserve"> </w:t>
      </w:r>
      <w:r>
        <w:t xml:space="preserve">Incorrect ($250.21). Reconstruct the actual case-ledger arithmetic before selecting an answer. The verified answer is $191.00. A pending river bet is not included in the pot BEFORE it is made.</w:t>
      </w:r>
    </w:p>
    <w:bookmarkEnd w:id="322"/>
    <w:bookmarkStart w:id="323" w:name="ms8-q263-answer-b-27.84"/>
    <w:p>
      <w:pPr>
        <w:pStyle w:val="Heading3"/>
      </w:pPr>
      <w:r>
        <w:t xml:space="preserve">MS8-Q263 — Answer B: 27.84%</w:t>
      </w:r>
    </w:p>
    <w:p>
      <w:pPr>
        <w:pStyle w:val="FirstParagraph"/>
      </w:pPr>
      <w:r>
        <w:t xml:space="preserve">Required equity=120/(191+2×120)=27.84%. This price is certain; actual showdown equity depends on the range.</w:t>
      </w:r>
    </w:p>
    <w:p>
      <w:pPr>
        <w:pStyle w:val="BodyText"/>
      </w:pPr>
      <w:r>
        <w:rPr>
          <w:b/>
          <w:bCs/>
        </w:rPr>
        <w:t xml:space="preserve">A:</w:t>
      </w:r>
      <w:r>
        <w:t xml:space="preserve"> </w:t>
      </w:r>
      <w:r>
        <w:t xml:space="preserve">Incorrect (13.84%). Reconstruct the actual case-ledger arithmetic before selecting an answer. The verified answer is 27.84%. This price is certain; actual showdown equity depends on the range.</w:t>
      </w:r>
      <w:r>
        <w:br/>
      </w:r>
      <w:r>
        <w:rPr>
          <w:b/>
          <w:bCs/>
        </w:rPr>
        <w:t xml:space="preserve">B:</w:t>
      </w:r>
      <w:r>
        <w:t xml:space="preserve"> </w:t>
      </w:r>
      <w:r>
        <w:t xml:space="preserve">Correct. This price is certain; actual showdown equity depends on the range.</w:t>
      </w:r>
      <w:r>
        <w:br/>
      </w:r>
      <w:r>
        <w:rPr>
          <w:b/>
          <w:bCs/>
        </w:rPr>
        <w:t xml:space="preserve">C:</w:t>
      </w:r>
      <w:r>
        <w:t xml:space="preserve"> </w:t>
      </w:r>
      <w:r>
        <w:t xml:space="preserve">Incorrect (20.84%). Reconstruct the actual case-ledger arithmetic before selecting an answer. The verified answer is 27.84%. This price is certain; actual showdown equity depends on the range.</w:t>
      </w:r>
      <w:r>
        <w:br/>
      </w:r>
      <w:r>
        <w:rPr>
          <w:b/>
          <w:bCs/>
        </w:rPr>
        <w:t xml:space="preserve">D:</w:t>
      </w:r>
      <w:r>
        <w:t xml:space="preserve"> </w:t>
      </w:r>
      <w:r>
        <w:t xml:space="preserve">Incorrect (33.34%). Reconstruct the actual case-ledger arithmetic before selecting an answer. The verified answer is 27.84%. This price is certain; actual showdown equity depends on the range.</w:t>
      </w:r>
    </w:p>
    <w:bookmarkEnd w:id="323"/>
    <w:bookmarkStart w:id="324" w:name="ms8-q264-answer-a--5.07"/>
    <w:p>
      <w:pPr>
        <w:pStyle w:val="Heading3"/>
      </w:pPr>
      <w:r>
        <w:t xml:space="preserve">MS8-Q264 — Answer A: -$5.07</w:t>
      </w:r>
    </w:p>
    <w:p>
      <w:pPr>
        <w:pStyle w:val="FirstParagraph"/>
      </w:pPr>
      <w:r>
        <w:t xml:space="preserve">Modeled winning chance=8/(22+8)=26.67%. EV=p×($191+2×$120)−$120=-$5.07. The opponent range is a stated hypothesis, not verified actual behavior.</w:t>
      </w:r>
    </w:p>
    <w:p>
      <w:pPr>
        <w:pStyle w:val="BodyText"/>
      </w:pPr>
      <w:r>
        <w:rPr>
          <w:b/>
          <w:bCs/>
        </w:rPr>
        <w:t xml:space="preserve">A:</w:t>
      </w:r>
      <w:r>
        <w:t xml:space="preserve"> </w:t>
      </w:r>
      <w:r>
        <w:t xml:space="preserve">Correct. The opponent range is a stated hypothesis, not verified actual behavior.</w:t>
      </w:r>
      <w:r>
        <w:br/>
      </w:r>
      <w:r>
        <w:rPr>
          <w:b/>
          <w:bCs/>
        </w:rPr>
        <w:t xml:space="preserve">B:</w:t>
      </w:r>
      <w:r>
        <w:t xml:space="preserve"> </w:t>
      </w:r>
      <w:r>
        <w:t xml:space="preserve">Incorrect (-$0.07). Reconstruct the actual case-ledger arithmetic before selecting an answer. The verified answer is -$5.07. The opponent range is a stated hypothesis, not verified actual behavior.</w:t>
      </w:r>
      <w:r>
        <w:br/>
      </w:r>
      <w:r>
        <w:rPr>
          <w:b/>
          <w:bCs/>
        </w:rPr>
        <w:t xml:space="preserve">C:</w:t>
      </w:r>
      <w:r>
        <w:t xml:space="preserve"> </w:t>
      </w:r>
      <w:r>
        <w:t xml:space="preserve">Incorrect (-$10.07). Reconstruct the actual case-ledger arithmetic before selecting an answer. The verified answer is -$5.07. The opponent range is a stated hypothesis, not verified actual behavior.</w:t>
      </w:r>
      <w:r>
        <w:br/>
      </w:r>
      <w:r>
        <w:rPr>
          <w:b/>
          <w:bCs/>
        </w:rPr>
        <w:t xml:space="preserve">D:</w:t>
      </w:r>
      <w:r>
        <w:t xml:space="preserve"> </w:t>
      </w:r>
      <w:r>
        <w:t xml:space="preserve">Incorrect ($4.93). Reconstruct the actual case-ledger arithmetic before selecting an answer. The verified answer is -$5.07. The opponent range is a stated hypothesis, not verified actual behavior.</w:t>
      </w:r>
    </w:p>
    <w:bookmarkEnd w:id="324"/>
    <w:bookmarkStart w:id="325" w:name="ms8-q265-answer-d-9"/>
    <w:p>
      <w:pPr>
        <w:pStyle w:val="Heading3"/>
      </w:pPr>
      <w:r>
        <w:t xml:space="preserve">MS8-Q265 — Answer D: 9</w:t>
      </w:r>
    </w:p>
    <w:p>
      <w:pPr>
        <w:pStyle w:val="FirstParagraph"/>
      </w:pPr>
      <w:r>
        <w:t xml:space="preserve">Call threshold t=120/(191+2×120). Need b/(b+22)≥t, equivalently b≥22×120/(191+120). Smallest whole b=9. This counts fully weighted bluffs; mixed betting frequencies require weighted combos.</w:t>
      </w:r>
    </w:p>
    <w:p>
      <w:pPr>
        <w:pStyle w:val="BodyText"/>
      </w:pPr>
      <w:r>
        <w:rPr>
          <w:b/>
          <w:bCs/>
        </w:rPr>
        <w:t xml:space="preserve">A:</w:t>
      </w:r>
      <w:r>
        <w:t xml:space="preserve"> </w:t>
      </w:r>
      <w:r>
        <w:t xml:space="preserve">Incorrect (10). Reconstruct the actual case-ledger arithmetic before selecting an answer. The verified answer is 9. This counts fully weighted bluffs; mixed betting frequencies require weighted combos.</w:t>
      </w:r>
      <w:r>
        <w:br/>
      </w:r>
      <w:r>
        <w:rPr>
          <w:b/>
          <w:bCs/>
        </w:rPr>
        <w:t xml:space="preserve">B:</w:t>
      </w:r>
      <w:r>
        <w:t xml:space="preserve"> </w:t>
      </w:r>
      <w:r>
        <w:t xml:space="preserve">Incorrect (11). Reconstruct the actual case-ledger arithmetic before selecting an answer. The verified answer is 9. This counts fully weighted bluffs; mixed betting frequencies require weighted combos.</w:t>
      </w:r>
      <w:r>
        <w:br/>
      </w:r>
      <w:r>
        <w:rPr>
          <w:b/>
          <w:bCs/>
        </w:rPr>
        <w:t xml:space="preserve">C:</w:t>
      </w:r>
      <w:r>
        <w:t xml:space="preserve"> </w:t>
      </w:r>
      <w:r>
        <w:t xml:space="preserve">Incorrect (8). Reconstruct the actual case-ledger arithmetic before selecting an answer. The verified answer is 9. This counts fully weighted bluffs; mixed betting frequencies require weighted combos.</w:t>
      </w:r>
      <w:r>
        <w:br/>
      </w:r>
      <w:r>
        <w:rPr>
          <w:b/>
          <w:bCs/>
        </w:rPr>
        <w:t xml:space="preserve">D:</w:t>
      </w:r>
      <w:r>
        <w:t xml:space="preserve"> </w:t>
      </w:r>
      <w:r>
        <w:t xml:space="preserve">Correct. This counts fully weighted bluffs; mixed betting frequencies require weighted combos.</w:t>
      </w:r>
    </w:p>
    <w:bookmarkEnd w:id="325"/>
    <w:bookmarkStart w:id="326" w:name="ms8-q266-answer-c-45.00"/>
    <w:p>
      <w:pPr>
        <w:pStyle w:val="Heading3"/>
      </w:pPr>
      <w:r>
        <w:t xml:space="preserve">MS8-Q266 — Answer C: $45.00</w:t>
      </w:r>
    </w:p>
    <w:p>
      <w:pPr>
        <w:pStyle w:val="FirstParagraph"/>
      </w:pPr>
      <w:r>
        <w:t xml:space="preserve">Preflop contributions: UTG 14 + CO 14 + BTN 14 + folded blinds 3 = $45. Do not double-count a blind already included in a total call.</w:t>
      </w:r>
    </w:p>
    <w:p>
      <w:pPr>
        <w:pStyle w:val="BodyText"/>
      </w:pPr>
      <w:r>
        <w:rPr>
          <w:b/>
          <w:bCs/>
        </w:rPr>
        <w:t xml:space="preserve">A:</w:t>
      </w:r>
      <w:r>
        <w:t xml:space="preserve"> </w:t>
      </w:r>
      <w:r>
        <w:t xml:space="preserve">Incorrect ($53.10). Reconstruct the actual case-ledger arithmetic before selecting an answer. The verified answer is $45.00. Do not double-count a blind already included in a total call.</w:t>
      </w:r>
      <w:r>
        <w:br/>
      </w:r>
      <w:r>
        <w:rPr>
          <w:b/>
          <w:bCs/>
        </w:rPr>
        <w:t xml:space="preserve">B:</w:t>
      </w:r>
      <w:r>
        <w:t xml:space="preserve"> </w:t>
      </w:r>
      <w:r>
        <w:t xml:space="preserve">Incorrect ($38.25). Reconstruct the actual case-ledger arithmetic before selecting an answer. The verified answer is $45.00. Do not double-count a blind already included in a total call.</w:t>
      </w:r>
      <w:r>
        <w:br/>
      </w:r>
      <w:r>
        <w:rPr>
          <w:b/>
          <w:bCs/>
        </w:rPr>
        <w:t xml:space="preserve">C:</w:t>
      </w:r>
      <w:r>
        <w:t xml:space="preserve"> </w:t>
      </w:r>
      <w:r>
        <w:t xml:space="preserve">Correct. Do not double-count a blind already included in a total call.</w:t>
      </w:r>
      <w:r>
        <w:br/>
      </w:r>
      <w:r>
        <w:rPr>
          <w:b/>
          <w:bCs/>
        </w:rPr>
        <w:t xml:space="preserve">D:</w:t>
      </w:r>
      <w:r>
        <w:t xml:space="preserve"> </w:t>
      </w:r>
      <w:r>
        <w:t xml:space="preserve">Incorrect ($58.95). Reconstruct the actual case-ledger arithmetic before selecting an answer. The verified answer is $45.00. Do not double-count a blind already included in a total call.</w:t>
      </w:r>
    </w:p>
    <w:bookmarkEnd w:id="326"/>
    <w:bookmarkStart w:id="327" w:name="ms8-q267-answer-b-205.00"/>
    <w:p>
      <w:pPr>
        <w:pStyle w:val="Heading3"/>
      </w:pPr>
      <w:r>
        <w:t xml:space="preserve">MS8-Q267 — Answer B: $205.00</w:t>
      </w:r>
    </w:p>
    <w:p>
      <w:pPr>
        <w:pStyle w:val="FirstParagraph"/>
      </w:pPr>
      <w:r>
        <w:t xml:space="preserve">Pot = preflop $45 + twice flop bet ($25×2) + twice turn bet ($55×2) = $205. A pending river bet is not included in the pot BEFORE it is made.</w:t>
      </w:r>
    </w:p>
    <w:p>
      <w:pPr>
        <w:pStyle w:val="BodyText"/>
      </w:pPr>
      <w:r>
        <w:rPr>
          <w:b/>
          <w:bCs/>
        </w:rPr>
        <w:t xml:space="preserve">A:</w:t>
      </w:r>
      <w:r>
        <w:t xml:space="preserve"> </w:t>
      </w:r>
      <w:r>
        <w:t xml:space="preserve">Incorrect ($241.90). Reconstruct the actual case-ledger arithmetic before selecting an answer. The verified answer is $205.00. A pending river bet is not included in the pot BEFORE it is made.</w:t>
      </w:r>
      <w:r>
        <w:br/>
      </w:r>
      <w:r>
        <w:rPr>
          <w:b/>
          <w:bCs/>
        </w:rPr>
        <w:t xml:space="preserve">B:</w:t>
      </w:r>
      <w:r>
        <w:t xml:space="preserve"> </w:t>
      </w:r>
      <w:r>
        <w:t xml:space="preserve">Correct. A pending river bet is not included in the pot BEFORE it is made.</w:t>
      </w:r>
      <w:r>
        <w:br/>
      </w:r>
      <w:r>
        <w:rPr>
          <w:b/>
          <w:bCs/>
        </w:rPr>
        <w:t xml:space="preserve">C:</w:t>
      </w:r>
      <w:r>
        <w:t xml:space="preserve"> </w:t>
      </w:r>
      <w:r>
        <w:t xml:space="preserve">Incorrect ($174.25). Reconstruct the actual case-ledger arithmetic before selecting an answer. The verified answer is $205.00. A pending river bet is not included in the pot BEFORE it is made.</w:t>
      </w:r>
      <w:r>
        <w:br/>
      </w:r>
      <w:r>
        <w:rPr>
          <w:b/>
          <w:bCs/>
        </w:rPr>
        <w:t xml:space="preserve">D:</w:t>
      </w:r>
      <w:r>
        <w:t xml:space="preserve"> </w:t>
      </w:r>
      <w:r>
        <w:t xml:space="preserve">Incorrect ($268.55). Reconstruct the actual case-ledger arithmetic before selecting an answer. The verified answer is $205.00. A pending river bet is not included in the pot BEFORE it is made.</w:t>
      </w:r>
    </w:p>
    <w:bookmarkEnd w:id="327"/>
    <w:bookmarkStart w:id="328" w:name="ms8-q268-answer-a-23.38"/>
    <w:p>
      <w:pPr>
        <w:pStyle w:val="Heading3"/>
      </w:pPr>
      <w:r>
        <w:t xml:space="preserve">MS8-Q268 — Answer A: 23.38%</w:t>
      </w:r>
    </w:p>
    <w:p>
      <w:pPr>
        <w:pStyle w:val="FirstParagraph"/>
      </w:pPr>
      <w:r>
        <w:t xml:space="preserve">Required equity=90/(205+2×90)=23.38%. This price is certain; actual showdown equity depends on the range.</w:t>
      </w:r>
    </w:p>
    <w:p>
      <w:pPr>
        <w:pStyle w:val="BodyText"/>
      </w:pPr>
      <w:r>
        <w:rPr>
          <w:b/>
          <w:bCs/>
        </w:rPr>
        <w:t xml:space="preserve">A:</w:t>
      </w:r>
      <w:r>
        <w:t xml:space="preserve"> </w:t>
      </w:r>
      <w:r>
        <w:t xml:space="preserve">Correct. This price is certain; actual showdown equity depends on the range.</w:t>
      </w:r>
      <w:r>
        <w:br/>
      </w:r>
      <w:r>
        <w:rPr>
          <w:b/>
          <w:bCs/>
        </w:rPr>
        <w:t xml:space="preserve">B:</w:t>
      </w:r>
      <w:r>
        <w:t xml:space="preserve"> </w:t>
      </w:r>
      <w:r>
        <w:t xml:space="preserve">Incorrect (9.38%). Reconstruct the actual case-ledger arithmetic before selecting an answer. The verified answer is 23.38%. This price is certain; actual showdown equity depends on the range.</w:t>
      </w:r>
      <w:r>
        <w:br/>
      </w:r>
      <w:r>
        <w:rPr>
          <w:b/>
          <w:bCs/>
        </w:rPr>
        <w:t xml:space="preserve">C:</w:t>
      </w:r>
      <w:r>
        <w:t xml:space="preserve"> </w:t>
      </w:r>
      <w:r>
        <w:t xml:space="preserve">Incorrect (16.38%). Reconstruct the actual case-ledger arithmetic before selecting an answer. The verified answer is 23.38%. This price is certain; actual showdown equity depends on the range.</w:t>
      </w:r>
      <w:r>
        <w:br/>
      </w:r>
      <w:r>
        <w:rPr>
          <w:b/>
          <w:bCs/>
        </w:rPr>
        <w:t xml:space="preserve">D:</w:t>
      </w:r>
      <w:r>
        <w:t xml:space="preserve"> </w:t>
      </w:r>
      <w:r>
        <w:t xml:space="preserve">Incorrect (28.88%). Reconstruct the actual case-ledger arithmetic before selecting an answer. The verified answer is 23.38%. This price is certain; actual showdown equity depends on the range.</w:t>
      </w:r>
    </w:p>
    <w:bookmarkEnd w:id="328"/>
    <w:bookmarkStart w:id="329" w:name="ms8-q269-answer-d-6.25"/>
    <w:p>
      <w:pPr>
        <w:pStyle w:val="Heading3"/>
      </w:pPr>
      <w:r>
        <w:t xml:space="preserve">MS8-Q269 — Answer D: $6.25</w:t>
      </w:r>
    </w:p>
    <w:p>
      <w:pPr>
        <w:pStyle w:val="FirstParagraph"/>
      </w:pPr>
      <w:r>
        <w:t xml:space="preserve">Modeled winning chance=5/(15+5)=25.00%. EV=p×($205+2×$90)−$90=$6.25. The opponent range is a stated hypothesis, not verified actual behavior.</w:t>
      </w:r>
    </w:p>
    <w:p>
      <w:pPr>
        <w:pStyle w:val="BodyText"/>
      </w:pPr>
      <w:r>
        <w:rPr>
          <w:b/>
          <w:bCs/>
        </w:rPr>
        <w:t xml:space="preserve">A:</w:t>
      </w:r>
      <w:r>
        <w:t xml:space="preserve"> </w:t>
      </w:r>
      <w:r>
        <w:t xml:space="preserve">Incorrect ($11.25). Reconstruct the actual case-ledger arithmetic before selecting an answer. The verified answer is $6.25. The opponent range is a stated hypothesis, not verified actual behavior.</w:t>
      </w:r>
      <w:r>
        <w:br/>
      </w:r>
      <w:r>
        <w:rPr>
          <w:b/>
          <w:bCs/>
        </w:rPr>
        <w:t xml:space="preserve">B:</w:t>
      </w:r>
      <w:r>
        <w:t xml:space="preserve"> </w:t>
      </w:r>
      <w:r>
        <w:t xml:space="preserve">Incorrect ($1.25). Reconstruct the actual case-ledger arithmetic before selecting an answer. The verified answer is $6.25. The opponent range is a stated hypothesis, not verified actual behavior.</w:t>
      </w:r>
      <w:r>
        <w:br/>
      </w:r>
      <w:r>
        <w:rPr>
          <w:b/>
          <w:bCs/>
        </w:rPr>
        <w:t xml:space="preserve">C:</w:t>
      </w:r>
      <w:r>
        <w:t xml:space="preserve"> </w:t>
      </w:r>
      <w:r>
        <w:t xml:space="preserve">Incorrect ($16.25). Reconstruct the actual case-ledger arithmetic before selecting an answer. The verified answer is $6.25. The opponent range is a stated hypothesis, not verified actual behavior.</w:t>
      </w:r>
      <w:r>
        <w:br/>
      </w:r>
      <w:r>
        <w:rPr>
          <w:b/>
          <w:bCs/>
        </w:rPr>
        <w:t xml:space="preserve">D:</w:t>
      </w:r>
      <w:r>
        <w:t xml:space="preserve"> </w:t>
      </w:r>
      <w:r>
        <w:t xml:space="preserve">Correct. The opponent range is a stated hypothesis, not verified actual behavior.</w:t>
      </w:r>
    </w:p>
    <w:bookmarkEnd w:id="329"/>
    <w:bookmarkStart w:id="330" w:name="ms8-q270-answer-c-5"/>
    <w:p>
      <w:pPr>
        <w:pStyle w:val="Heading3"/>
      </w:pPr>
      <w:r>
        <w:t xml:space="preserve">MS8-Q270 — Answer C: 5</w:t>
      </w:r>
    </w:p>
    <w:p>
      <w:pPr>
        <w:pStyle w:val="FirstParagraph"/>
      </w:pPr>
      <w:r>
        <w:t xml:space="preserve">Call threshold t=90/(205+2×90). Need b/(b+15)≥t, equivalently b≥15×90/(205+90). Smallest whole b=5. This counts fully weighted bluffs; mixed betting frequencies require weighted combos.</w:t>
      </w:r>
    </w:p>
    <w:p>
      <w:pPr>
        <w:pStyle w:val="BodyText"/>
      </w:pPr>
      <w:r>
        <w:rPr>
          <w:b/>
          <w:bCs/>
        </w:rPr>
        <w:t xml:space="preserve">A:</w:t>
      </w:r>
      <w:r>
        <w:t xml:space="preserve"> </w:t>
      </w:r>
      <w:r>
        <w:t xml:space="preserve">Incorrect (6). Reconstruct the actual case-ledger arithmetic before selecting an answer. The verified answer is 5. This counts fully weighted bluffs; mixed betting frequencies require weighted combos.</w:t>
      </w:r>
      <w:r>
        <w:br/>
      </w:r>
      <w:r>
        <w:rPr>
          <w:b/>
          <w:bCs/>
        </w:rPr>
        <w:t xml:space="preserve">B:</w:t>
      </w:r>
      <w:r>
        <w:t xml:space="preserve"> </w:t>
      </w:r>
      <w:r>
        <w:t xml:space="preserve">Incorrect (7). Reconstruct the actual case-ledger arithmetic before selecting an answer. The verified answer is 5. This counts fully weighted bluffs; mixed betting frequencies require weighted combos.</w:t>
      </w:r>
      <w:r>
        <w:br/>
      </w:r>
      <w:r>
        <w:rPr>
          <w:b/>
          <w:bCs/>
        </w:rPr>
        <w:t xml:space="preserve">C:</w:t>
      </w:r>
      <w:r>
        <w:t xml:space="preserve"> </w:t>
      </w:r>
      <w:r>
        <w:t xml:space="preserve">Correct. This counts fully weighted bluffs; mixed betting frequencies require weighted combos.</w:t>
      </w:r>
      <w:r>
        <w:br/>
      </w:r>
      <w:r>
        <w:rPr>
          <w:b/>
          <w:bCs/>
        </w:rPr>
        <w:t xml:space="preserve">D:</w:t>
      </w:r>
      <w:r>
        <w:t xml:space="preserve"> </w:t>
      </w:r>
      <w:r>
        <w:t xml:space="preserve">Incorrect (4). Reconstruct the actual case-ledger arithmetic before selecting an answer. The verified answer is 5. This counts fully weighted bluffs; mixed betting frequencies require weighted combos.</w:t>
      </w:r>
    </w:p>
    <w:bookmarkEnd w:id="330"/>
    <w:bookmarkStart w:id="331" w:name="ms8-q271-answer-b-25.00"/>
    <w:p>
      <w:pPr>
        <w:pStyle w:val="Heading3"/>
      </w:pPr>
      <w:r>
        <w:t xml:space="preserve">MS8-Q271 — Answer B: $25.00</w:t>
      </w:r>
    </w:p>
    <w:p>
      <w:pPr>
        <w:pStyle w:val="FirstParagraph"/>
      </w:pPr>
      <w:r>
        <w:t xml:space="preserve">Preflop contributions: BTN 12 + BB 12 + SB 1 = $25. Do not double-count a blind already included in a total call.</w:t>
      </w:r>
    </w:p>
    <w:p>
      <w:pPr>
        <w:pStyle w:val="BodyText"/>
      </w:pPr>
      <w:r>
        <w:rPr>
          <w:b/>
          <w:bCs/>
        </w:rPr>
        <w:t xml:space="preserve">A:</w:t>
      </w:r>
      <w:r>
        <w:t xml:space="preserve"> </w:t>
      </w:r>
      <w:r>
        <w:t xml:space="preserve">Incorrect ($30.00). Reconstruct the actual case-ledger arithmetic before selecting an answer. The verified answer is $25.00. Do not double-count a blind already included in a total call.</w:t>
      </w:r>
      <w:r>
        <w:br/>
      </w:r>
      <w:r>
        <w:rPr>
          <w:b/>
          <w:bCs/>
        </w:rPr>
        <w:t xml:space="preserve">B:</w:t>
      </w:r>
      <w:r>
        <w:t xml:space="preserve"> </w:t>
      </w:r>
      <w:r>
        <w:t xml:space="preserve">Correct. Do not double-count a blind already included in a total call.</w:t>
      </w:r>
      <w:r>
        <w:br/>
      </w:r>
      <w:r>
        <w:rPr>
          <w:b/>
          <w:bCs/>
        </w:rPr>
        <w:t xml:space="preserve">C:</w:t>
      </w:r>
      <w:r>
        <w:t xml:space="preserve"> </w:t>
      </w:r>
      <w:r>
        <w:t xml:space="preserve">Incorrect ($20.00). Reconstruct the actual case-ledger arithmetic before selecting an answer. The verified answer is $25.00. Do not double-count a blind already included in a total call.</w:t>
      </w:r>
      <w:r>
        <w:br/>
      </w:r>
      <w:r>
        <w:rPr>
          <w:b/>
          <w:bCs/>
        </w:rPr>
        <w:t xml:space="preserve">D:</w:t>
      </w:r>
      <w:r>
        <w:t xml:space="preserve"> </w:t>
      </w:r>
      <w:r>
        <w:t xml:space="preserve">Incorrect ($35.00). Reconstruct the actual case-ledger arithmetic before selecting an answer. The verified answer is $25.00. Do not double-count a blind already included in a total call.</w:t>
      </w:r>
    </w:p>
    <w:bookmarkEnd w:id="331"/>
    <w:bookmarkStart w:id="332" w:name="ms8-q272-answer-a-129.00"/>
    <w:p>
      <w:pPr>
        <w:pStyle w:val="Heading3"/>
      </w:pPr>
      <w:r>
        <w:t xml:space="preserve">MS8-Q272 — Answer A: $129.00</w:t>
      </w:r>
    </w:p>
    <w:p>
      <w:pPr>
        <w:pStyle w:val="FirstParagraph"/>
      </w:pPr>
      <w:r>
        <w:t xml:space="preserve">Pot = preflop $25 + twice flop bet ($16×2) + twice turn bet ($36×2) = $129. A pending river bet is not included in the pot BEFORE it is made.</w:t>
      </w:r>
    </w:p>
    <w:p>
      <w:pPr>
        <w:pStyle w:val="BodyText"/>
      </w:pPr>
      <w:r>
        <w:rPr>
          <w:b/>
          <w:bCs/>
        </w:rPr>
        <w:t xml:space="preserve">A:</w:t>
      </w:r>
      <w:r>
        <w:t xml:space="preserve"> </w:t>
      </w:r>
      <w:r>
        <w:t xml:space="preserve">Correct. A pending river bet is not included in the pot BEFORE it is made.</w:t>
      </w:r>
      <w:r>
        <w:br/>
      </w:r>
      <w:r>
        <w:rPr>
          <w:b/>
          <w:bCs/>
        </w:rPr>
        <w:t xml:space="preserve">B:</w:t>
      </w:r>
      <w:r>
        <w:t xml:space="preserve"> </w:t>
      </w:r>
      <w:r>
        <w:t xml:space="preserve">Incorrect ($152.22). Reconstruct the actual case-ledger arithmetic before selecting an answer. The verified answer is $129.00. A pending river bet is not included in the pot BEFORE it is made.</w:t>
      </w:r>
      <w:r>
        <w:br/>
      </w:r>
      <w:r>
        <w:rPr>
          <w:b/>
          <w:bCs/>
        </w:rPr>
        <w:t xml:space="preserve">C:</w:t>
      </w:r>
      <w:r>
        <w:t xml:space="preserve"> </w:t>
      </w:r>
      <w:r>
        <w:t xml:space="preserve">Incorrect ($109.65). Reconstruct the actual case-ledger arithmetic before selecting an answer. The verified answer is $129.00. A pending river bet is not included in the pot BEFORE it is made.</w:t>
      </w:r>
      <w:r>
        <w:br/>
      </w:r>
      <w:r>
        <w:rPr>
          <w:b/>
          <w:bCs/>
        </w:rPr>
        <w:t xml:space="preserve">D:</w:t>
      </w:r>
      <w:r>
        <w:t xml:space="preserve"> </w:t>
      </w:r>
      <w:r>
        <w:t xml:space="preserve">Incorrect ($168.99). Reconstruct the actual case-ledger arithmetic before selecting an answer. The verified answer is $129.00. A pending river bet is not included in the pot BEFORE it is made.</w:t>
      </w:r>
    </w:p>
    <w:bookmarkEnd w:id="332"/>
    <w:bookmarkStart w:id="333" w:name="ms8-q273-answer-d-28.43"/>
    <w:p>
      <w:pPr>
        <w:pStyle w:val="Heading3"/>
      </w:pPr>
      <w:r>
        <w:t xml:space="preserve">MS8-Q273 — Answer D: 28.43%</w:t>
      </w:r>
    </w:p>
    <w:p>
      <w:pPr>
        <w:pStyle w:val="FirstParagraph"/>
      </w:pPr>
      <w:r>
        <w:t xml:space="preserve">Required equity=85/(129+2×85)=28.43%. This price is certain; actual showdown equity depends on the range.</w:t>
      </w:r>
    </w:p>
    <w:p>
      <w:pPr>
        <w:pStyle w:val="BodyText"/>
      </w:pPr>
      <w:r>
        <w:rPr>
          <w:b/>
          <w:bCs/>
        </w:rPr>
        <w:t xml:space="preserve">A:</w:t>
      </w:r>
      <w:r>
        <w:t xml:space="preserve"> </w:t>
      </w:r>
      <w:r>
        <w:t xml:space="preserve">Incorrect (14.43%). Reconstruct the actual case-ledger arithmetic before selecting an answer. The verified answer is 28.43%. This price is certain; actual showdown equity depends on the range.</w:t>
      </w:r>
      <w:r>
        <w:br/>
      </w:r>
      <w:r>
        <w:rPr>
          <w:b/>
          <w:bCs/>
        </w:rPr>
        <w:t xml:space="preserve">B:</w:t>
      </w:r>
      <w:r>
        <w:t xml:space="preserve"> </w:t>
      </w:r>
      <w:r>
        <w:t xml:space="preserve">Incorrect (21.43%). Reconstruct the actual case-ledger arithmetic before selecting an answer. The verified answer is 28.43%. This price is certain; actual showdown equity depends on the range.</w:t>
      </w:r>
      <w:r>
        <w:br/>
      </w:r>
      <w:r>
        <w:rPr>
          <w:b/>
          <w:bCs/>
        </w:rPr>
        <w:t xml:space="preserve">C:</w:t>
      </w:r>
      <w:r>
        <w:t xml:space="preserve"> </w:t>
      </w:r>
      <w:r>
        <w:t xml:space="preserve">Incorrect (33.93%). Reconstruct the actual case-ledger arithmetic before selecting an answer. The verified answer is 28.43%. This price is certain; actual showdown equity depends on the range.</w:t>
      </w:r>
      <w:r>
        <w:br/>
      </w:r>
      <w:r>
        <w:rPr>
          <w:b/>
          <w:bCs/>
        </w:rPr>
        <w:t xml:space="preserve">D:</w:t>
      </w:r>
      <w:r>
        <w:t xml:space="preserve"> </w:t>
      </w:r>
      <w:r>
        <w:t xml:space="preserve">Correct. This price is certain; actual showdown equity depends on the range.</w:t>
      </w:r>
    </w:p>
    <w:bookmarkEnd w:id="333"/>
    <w:bookmarkStart w:id="334" w:name="ms8-q274-answer-c-14.67"/>
    <w:p>
      <w:pPr>
        <w:pStyle w:val="Heading3"/>
      </w:pPr>
      <w:r>
        <w:t xml:space="preserve">MS8-Q274 — Answer C: $14.67</w:t>
      </w:r>
    </w:p>
    <w:p>
      <w:pPr>
        <w:pStyle w:val="FirstParagraph"/>
      </w:pPr>
      <w:r>
        <w:t xml:space="preserve">Modeled winning chance=7/(14+7)=33.33%. EV=p×($129+2×$85)−$85=$14.67. The opponent range is a stated hypothesis, not verified actual behavior.</w:t>
      </w:r>
    </w:p>
    <w:p>
      <w:pPr>
        <w:pStyle w:val="BodyText"/>
      </w:pPr>
      <w:r>
        <w:rPr>
          <w:b/>
          <w:bCs/>
        </w:rPr>
        <w:t xml:space="preserve">A:</w:t>
      </w:r>
      <w:r>
        <w:t xml:space="preserve"> </w:t>
      </w:r>
      <w:r>
        <w:t xml:space="preserve">Incorrect ($19.67). Reconstruct the actual case-ledger arithmetic before selecting an answer. The verified answer is $14.67. The opponent range is a stated hypothesis, not verified actual behavior.</w:t>
      </w:r>
      <w:r>
        <w:br/>
      </w:r>
      <w:r>
        <w:rPr>
          <w:b/>
          <w:bCs/>
        </w:rPr>
        <w:t xml:space="preserve">B:</w:t>
      </w:r>
      <w:r>
        <w:t xml:space="preserve"> </w:t>
      </w:r>
      <w:r>
        <w:t xml:space="preserve">Incorrect ($9.67). Reconstruct the actual case-ledger arithmetic before selecting an answer. The verified answer is $14.67. The opponent range is a stated hypothesis, not verified actual behavior.</w:t>
      </w:r>
      <w:r>
        <w:br/>
      </w:r>
      <w:r>
        <w:rPr>
          <w:b/>
          <w:bCs/>
        </w:rPr>
        <w:t xml:space="preserve">C:</w:t>
      </w:r>
      <w:r>
        <w:t xml:space="preserve"> </w:t>
      </w:r>
      <w:r>
        <w:t xml:space="preserve">Correct. The opponent range is a stated hypothesis, not verified actual behavior.</w:t>
      </w:r>
      <w:r>
        <w:br/>
      </w:r>
      <w:r>
        <w:rPr>
          <w:b/>
          <w:bCs/>
        </w:rPr>
        <w:t xml:space="preserve">D:</w:t>
      </w:r>
      <w:r>
        <w:t xml:space="preserve"> </w:t>
      </w:r>
      <w:r>
        <w:t xml:space="preserve">Incorrect ($24.67). Reconstruct the actual case-ledger arithmetic before selecting an answer. The verified answer is $14.67. The opponent range is a stated hypothesis, not verified actual behavior.</w:t>
      </w:r>
    </w:p>
    <w:bookmarkEnd w:id="334"/>
    <w:bookmarkStart w:id="335" w:name="ms8-q275-answer-b-6"/>
    <w:p>
      <w:pPr>
        <w:pStyle w:val="Heading3"/>
      </w:pPr>
      <w:r>
        <w:t xml:space="preserve">MS8-Q275 — Answer B: 6</w:t>
      </w:r>
    </w:p>
    <w:p>
      <w:pPr>
        <w:pStyle w:val="FirstParagraph"/>
      </w:pPr>
      <w:r>
        <w:t xml:space="preserve">Call threshold t=85/(129+2×85). Need b/(b+14)≥t, equivalently b≥14×85/(129+85). Smallest whole b=6. This counts fully weighted bluffs; mixed betting frequencies require weighted combos.</w:t>
      </w:r>
    </w:p>
    <w:p>
      <w:pPr>
        <w:pStyle w:val="BodyText"/>
      </w:pPr>
      <w:r>
        <w:rPr>
          <w:b/>
          <w:bCs/>
        </w:rPr>
        <w:t xml:space="preserve">A:</w:t>
      </w:r>
      <w:r>
        <w:t xml:space="preserve"> </w:t>
      </w:r>
      <w:r>
        <w:t xml:space="preserve">Incorrect (7). Reconstruct the actual case-ledger arithmetic before selecting an answer. The verified answer is 6. This counts fully weighted bluffs; mixed betting frequencies require weighted combos.</w:t>
      </w:r>
      <w:r>
        <w:br/>
      </w:r>
      <w:r>
        <w:rPr>
          <w:b/>
          <w:bCs/>
        </w:rPr>
        <w:t xml:space="preserve">B:</w:t>
      </w:r>
      <w:r>
        <w:t xml:space="preserve"> </w:t>
      </w:r>
      <w:r>
        <w:t xml:space="preserve">Correct. This counts fully weighted bluffs; mixed betting frequencies require weighted combos.</w:t>
      </w:r>
      <w:r>
        <w:br/>
      </w:r>
      <w:r>
        <w:rPr>
          <w:b/>
          <w:bCs/>
        </w:rPr>
        <w:t xml:space="preserve">C:</w:t>
      </w:r>
      <w:r>
        <w:t xml:space="preserve"> </w:t>
      </w:r>
      <w:r>
        <w:t xml:space="preserve">Incorrect (8). Reconstruct the actual case-ledger arithmetic before selecting an answer. The verified answer is 6. This counts fully weighted bluffs; mixed betting frequencies require weighted combos.</w:t>
      </w:r>
      <w:r>
        <w:br/>
      </w:r>
      <w:r>
        <w:rPr>
          <w:b/>
          <w:bCs/>
        </w:rPr>
        <w:t xml:space="preserve">D:</w:t>
      </w:r>
      <w:r>
        <w:t xml:space="preserve"> </w:t>
      </w:r>
      <w:r>
        <w:t xml:space="preserve">Incorrect (5). Reconstruct the actual case-ledger arithmetic before selecting an answer. The verified answer is 6. This counts fully weighted bluffs; mixed betting frequencies require weighted combos.</w:t>
      </w:r>
    </w:p>
    <w:bookmarkEnd w:id="335"/>
    <w:bookmarkStart w:id="336" w:name="ms8-q276-answer-a-23.00"/>
    <w:p>
      <w:pPr>
        <w:pStyle w:val="Heading3"/>
      </w:pPr>
      <w:r>
        <w:t xml:space="preserve">MS8-Q276 — Answer A: $23.00</w:t>
      </w:r>
    </w:p>
    <w:p>
      <w:pPr>
        <w:pStyle w:val="FirstParagraph"/>
      </w:pPr>
      <w:r>
        <w:t xml:space="preserve">Preflop contributions: BTN 11 + BB 11 + SB 1 = $23. Do not double-count a blind already included in a total call.</w:t>
      </w:r>
    </w:p>
    <w:p>
      <w:pPr>
        <w:pStyle w:val="BodyText"/>
      </w:pPr>
      <w:r>
        <w:rPr>
          <w:b/>
          <w:bCs/>
        </w:rPr>
        <w:t xml:space="preserve">A:</w:t>
      </w:r>
      <w:r>
        <w:t xml:space="preserve"> </w:t>
      </w:r>
      <w:r>
        <w:t xml:space="preserve">Correct. Do not double-count a blind already included in a total call.</w:t>
      </w:r>
      <w:r>
        <w:br/>
      </w:r>
      <w:r>
        <w:rPr>
          <w:b/>
          <w:bCs/>
        </w:rPr>
        <w:t xml:space="preserve">B:</w:t>
      </w:r>
      <w:r>
        <w:t xml:space="preserve"> </w:t>
      </w:r>
      <w:r>
        <w:t xml:space="preserve">Incorrect ($28.00). Reconstruct the actual case-ledger arithmetic before selecting an answer. The verified answer is $23.00. Do not double-count a blind already included in a total call.</w:t>
      </w:r>
      <w:r>
        <w:br/>
      </w:r>
      <w:r>
        <w:rPr>
          <w:b/>
          <w:bCs/>
        </w:rPr>
        <w:t xml:space="preserve">C:</w:t>
      </w:r>
      <w:r>
        <w:t xml:space="preserve"> </w:t>
      </w:r>
      <w:r>
        <w:t xml:space="preserve">Incorrect ($18.00). Reconstruct the actual case-ledger arithmetic before selecting an answer. The verified answer is $23.00. Do not double-count a blind already included in a total call.</w:t>
      </w:r>
      <w:r>
        <w:br/>
      </w:r>
      <w:r>
        <w:rPr>
          <w:b/>
          <w:bCs/>
        </w:rPr>
        <w:t xml:space="preserve">D:</w:t>
      </w:r>
      <w:r>
        <w:t xml:space="preserve"> </w:t>
      </w:r>
      <w:r>
        <w:t xml:space="preserve">Incorrect ($33.00). Reconstruct the actual case-ledger arithmetic before selecting an answer. The verified answer is $23.00. Do not double-count a blind already included in a total call.</w:t>
      </w:r>
    </w:p>
    <w:bookmarkEnd w:id="336"/>
    <w:bookmarkStart w:id="337" w:name="ms8-q277-answer-d-123.00"/>
    <w:p>
      <w:pPr>
        <w:pStyle w:val="Heading3"/>
      </w:pPr>
      <w:r>
        <w:t xml:space="preserve">MS8-Q277 — Answer D: $123.00</w:t>
      </w:r>
    </w:p>
    <w:p>
      <w:pPr>
        <w:pStyle w:val="FirstParagraph"/>
      </w:pPr>
      <w:r>
        <w:t xml:space="preserve">Pot = preflop $23 + twice flop bet ($20×2) + twice turn bet ($30×2) = $123. A pending river bet is not included in the pot BEFORE it is made.</w:t>
      </w:r>
    </w:p>
    <w:p>
      <w:pPr>
        <w:pStyle w:val="BodyText"/>
      </w:pPr>
      <w:r>
        <w:rPr>
          <w:b/>
          <w:bCs/>
        </w:rPr>
        <w:t xml:space="preserve">A:</w:t>
      </w:r>
      <w:r>
        <w:t xml:space="preserve"> </w:t>
      </w:r>
      <w:r>
        <w:t xml:space="preserve">Incorrect ($145.14). Reconstruct the actual case-ledger arithmetic before selecting an answer. The verified answer is $123.00. A pending river bet is not included in the pot BEFORE it is made.</w:t>
      </w:r>
      <w:r>
        <w:br/>
      </w:r>
      <w:r>
        <w:rPr>
          <w:b/>
          <w:bCs/>
        </w:rPr>
        <w:t xml:space="preserve">B:</w:t>
      </w:r>
      <w:r>
        <w:t xml:space="preserve"> </w:t>
      </w:r>
      <w:r>
        <w:t xml:space="preserve">Incorrect ($104.55). Reconstruct the actual case-ledger arithmetic before selecting an answer. The verified answer is $123.00. A pending river bet is not included in the pot BEFORE it is made.</w:t>
      </w:r>
      <w:r>
        <w:br/>
      </w:r>
      <w:r>
        <w:rPr>
          <w:b/>
          <w:bCs/>
        </w:rPr>
        <w:t xml:space="preserve">C:</w:t>
      </w:r>
      <w:r>
        <w:t xml:space="preserve"> </w:t>
      </w:r>
      <w:r>
        <w:t xml:space="preserve">Incorrect ($161.13). Reconstruct the actual case-ledger arithmetic before selecting an answer. The verified answer is $123.00. A pending river bet is not included in the pot BEFORE it is made.</w:t>
      </w:r>
      <w:r>
        <w:br/>
      </w:r>
      <w:r>
        <w:rPr>
          <w:b/>
          <w:bCs/>
        </w:rPr>
        <w:t xml:space="preserve">D:</w:t>
      </w:r>
      <w:r>
        <w:t xml:space="preserve"> </w:t>
      </w:r>
      <w:r>
        <w:t xml:space="preserve">Correct. A pending river bet is not included in the pot BEFORE it is made.</w:t>
      </w:r>
    </w:p>
    <w:bookmarkEnd w:id="337"/>
    <w:bookmarkStart w:id="338" w:name="ms8-q278-answer-c-23.61"/>
    <w:p>
      <w:pPr>
        <w:pStyle w:val="Heading3"/>
      </w:pPr>
      <w:r>
        <w:t xml:space="preserve">MS8-Q278 — Answer C: 23.61%</w:t>
      </w:r>
    </w:p>
    <w:p>
      <w:pPr>
        <w:pStyle w:val="FirstParagraph"/>
      </w:pPr>
      <w:r>
        <w:t xml:space="preserve">Required equity=55/(123+2×55)=23.61%. This price is certain; actual showdown equity depends on the range.</w:t>
      </w:r>
    </w:p>
    <w:p>
      <w:pPr>
        <w:pStyle w:val="BodyText"/>
      </w:pPr>
      <w:r>
        <w:rPr>
          <w:b/>
          <w:bCs/>
        </w:rPr>
        <w:t xml:space="preserve">A:</w:t>
      </w:r>
      <w:r>
        <w:t xml:space="preserve"> </w:t>
      </w:r>
      <w:r>
        <w:t xml:space="preserve">Incorrect (9.61%). Reconstruct the actual case-ledger arithmetic before selecting an answer. The verified answer is 23.61%. This price is certain; actual showdown equity depends on the range.</w:t>
      </w:r>
      <w:r>
        <w:br/>
      </w:r>
      <w:r>
        <w:rPr>
          <w:b/>
          <w:bCs/>
        </w:rPr>
        <w:t xml:space="preserve">B:</w:t>
      </w:r>
      <w:r>
        <w:t xml:space="preserve"> </w:t>
      </w:r>
      <w:r>
        <w:t xml:space="preserve">Incorrect (16.61%). Reconstruct the actual case-ledger arithmetic before selecting an answer. The verified answer is 23.61%. This price is certain; actual showdown equity depends on the range.</w:t>
      </w:r>
      <w:r>
        <w:br/>
      </w:r>
      <w:r>
        <w:rPr>
          <w:b/>
          <w:bCs/>
        </w:rPr>
        <w:t xml:space="preserve">C:</w:t>
      </w:r>
      <w:r>
        <w:t xml:space="preserve"> </w:t>
      </w:r>
      <w:r>
        <w:t xml:space="preserve">Correct. This price is certain; actual showdown equity depends on the range.</w:t>
      </w:r>
      <w:r>
        <w:br/>
      </w:r>
      <w:r>
        <w:rPr>
          <w:b/>
          <w:bCs/>
        </w:rPr>
        <w:t xml:space="preserve">D:</w:t>
      </w:r>
      <w:r>
        <w:t xml:space="preserve"> </w:t>
      </w:r>
      <w:r>
        <w:t xml:space="preserve">Incorrect (29.11%). Reconstruct the actual case-ledger arithmetic before selecting an answer. The verified answer is 23.61%. This price is certain; actual showdown equity depends on the range.</w:t>
      </w:r>
    </w:p>
    <w:bookmarkEnd w:id="338"/>
    <w:bookmarkStart w:id="339" w:name="ms8-q279-answer-b--31.70"/>
    <w:p>
      <w:pPr>
        <w:pStyle w:val="Heading3"/>
      </w:pPr>
      <w:r>
        <w:t xml:space="preserve">MS8-Q279 — Answer B: -$31.70</w:t>
      </w:r>
    </w:p>
    <w:p>
      <w:pPr>
        <w:pStyle w:val="FirstParagraph"/>
      </w:pPr>
      <w:r>
        <w:t xml:space="preserve">Modeled winning chance=2/(18+2)=10.00%. EV=p×($123+2×$55)−$55=-$31.70. The opponent range is a stated hypothesis, not verified actual behavior.</w:t>
      </w:r>
    </w:p>
    <w:p>
      <w:pPr>
        <w:pStyle w:val="BodyText"/>
      </w:pPr>
      <w:r>
        <w:rPr>
          <w:b/>
          <w:bCs/>
        </w:rPr>
        <w:t xml:space="preserve">A:</w:t>
      </w:r>
      <w:r>
        <w:t xml:space="preserve"> </w:t>
      </w:r>
      <w:r>
        <w:t xml:space="preserve">Incorrect (-$25.99). Reconstruct the actual case-ledger arithmetic before selecting an answer. The verified answer is -$31.70. The opponent range is a stated hypothesis, not verified actual behavior.</w:t>
      </w:r>
      <w:r>
        <w:br/>
      </w:r>
      <w:r>
        <w:rPr>
          <w:b/>
          <w:bCs/>
        </w:rPr>
        <w:t xml:space="preserve">B:</w:t>
      </w:r>
      <w:r>
        <w:t xml:space="preserve"> </w:t>
      </w:r>
      <w:r>
        <w:t xml:space="preserve">Correct. The opponent range is a stated hypothesis, not verified actual behavior.</w:t>
      </w:r>
      <w:r>
        <w:br/>
      </w:r>
      <w:r>
        <w:rPr>
          <w:b/>
          <w:bCs/>
        </w:rPr>
        <w:t xml:space="preserve">C:</w:t>
      </w:r>
      <w:r>
        <w:t xml:space="preserve"> </w:t>
      </w:r>
      <w:r>
        <w:t xml:space="preserve">Incorrect (-$36.70). Reconstruct the actual case-ledger arithmetic before selecting an answer. The verified answer is -$31.70. The opponent range is a stated hypothesis, not verified actual behavior.</w:t>
      </w:r>
      <w:r>
        <w:br/>
      </w:r>
      <w:r>
        <w:rPr>
          <w:b/>
          <w:bCs/>
        </w:rPr>
        <w:t xml:space="preserve">D:</w:t>
      </w:r>
      <w:r>
        <w:t xml:space="preserve"> </w:t>
      </w:r>
      <w:r>
        <w:t xml:space="preserve">Incorrect (-$21.70). Reconstruct the actual case-ledger arithmetic before selecting an answer. The verified answer is -$31.70. The opponent range is a stated hypothesis, not verified actual behavior.</w:t>
      </w:r>
    </w:p>
    <w:bookmarkEnd w:id="339"/>
    <w:bookmarkStart w:id="340" w:name="ms8-q280-answer-a-6"/>
    <w:p>
      <w:pPr>
        <w:pStyle w:val="Heading3"/>
      </w:pPr>
      <w:r>
        <w:t xml:space="preserve">MS8-Q280 — Answer A: 6</w:t>
      </w:r>
    </w:p>
    <w:p>
      <w:pPr>
        <w:pStyle w:val="FirstParagraph"/>
      </w:pPr>
      <w:r>
        <w:t xml:space="preserve">Call threshold t=55/(123+2×55). Need b/(b+18)≥t, equivalently b≥18×55/(123+55). Smallest whole b=6. This counts fully weighted bluffs; mixed betting frequencies require weighted combos.</w:t>
      </w:r>
    </w:p>
    <w:p>
      <w:pPr>
        <w:pStyle w:val="BodyText"/>
      </w:pPr>
      <w:r>
        <w:rPr>
          <w:b/>
          <w:bCs/>
        </w:rPr>
        <w:t xml:space="preserve">A:</w:t>
      </w:r>
      <w:r>
        <w:t xml:space="preserve"> </w:t>
      </w:r>
      <w:r>
        <w:t xml:space="preserve">Correct. This counts fully weighted bluffs; mixed betting frequencies require weighted combos.</w:t>
      </w:r>
      <w:r>
        <w:br/>
      </w:r>
      <w:r>
        <w:rPr>
          <w:b/>
          <w:bCs/>
        </w:rPr>
        <w:t xml:space="preserve">B:</w:t>
      </w:r>
      <w:r>
        <w:t xml:space="preserve"> </w:t>
      </w:r>
      <w:r>
        <w:t xml:space="preserve">Incorrect (7). Reconstruct the actual case-ledger arithmetic before selecting an answer. The verified answer is 6. This counts fully weighted bluffs; mixed betting frequencies require weighted combos.</w:t>
      </w:r>
      <w:r>
        <w:br/>
      </w:r>
      <w:r>
        <w:rPr>
          <w:b/>
          <w:bCs/>
        </w:rPr>
        <w:t xml:space="preserve">C:</w:t>
      </w:r>
      <w:r>
        <w:t xml:space="preserve"> </w:t>
      </w:r>
      <w:r>
        <w:t xml:space="preserve">Incorrect (8). Reconstruct the actual case-ledger arithmetic before selecting an answer. The verified answer is 6. This counts fully weighted bluffs; mixed betting frequencies require weighted combos.</w:t>
      </w:r>
      <w:r>
        <w:br/>
      </w:r>
      <w:r>
        <w:rPr>
          <w:b/>
          <w:bCs/>
        </w:rPr>
        <w:t xml:space="preserve">D:</w:t>
      </w:r>
      <w:r>
        <w:t xml:space="preserve"> </w:t>
      </w:r>
      <w:r>
        <w:t xml:space="preserve">Incorrect (5). Reconstruct the actual case-ledger arithmetic before selecting an answer. The verified answer is 6. This counts fully weighted bluffs; mixed betting frequencies require weighted combos.</w:t>
      </w:r>
    </w:p>
    <w:bookmarkEnd w:id="340"/>
    <w:bookmarkStart w:id="341" w:name="ms8-q281-answer-d-48.00"/>
    <w:p>
      <w:pPr>
        <w:pStyle w:val="Heading3"/>
      </w:pPr>
      <w:r>
        <w:t xml:space="preserve">MS8-Q281 — Answer D: $48.00</w:t>
      </w:r>
    </w:p>
    <w:p>
      <w:pPr>
        <w:pStyle w:val="FirstParagraph"/>
      </w:pPr>
      <w:r>
        <w:t xml:space="preserve">Preflop contributions: UTG 15 + CO 15 + BTN 15 + folded blinds 3 = $48. Do not double-count a blind already included in a total call.</w:t>
      </w:r>
    </w:p>
    <w:p>
      <w:pPr>
        <w:pStyle w:val="BodyText"/>
      </w:pPr>
      <w:r>
        <w:rPr>
          <w:b/>
          <w:bCs/>
        </w:rPr>
        <w:t xml:space="preserve">A:</w:t>
      </w:r>
      <w:r>
        <w:t xml:space="preserve"> </w:t>
      </w:r>
      <w:r>
        <w:t xml:space="preserve">Incorrect ($56.64). Reconstruct the actual case-ledger arithmetic before selecting an answer. The verified answer is $48.00. Do not double-count a blind already included in a total call.</w:t>
      </w:r>
      <w:r>
        <w:br/>
      </w:r>
      <w:r>
        <w:rPr>
          <w:b/>
          <w:bCs/>
        </w:rPr>
        <w:t xml:space="preserve">B:</w:t>
      </w:r>
      <w:r>
        <w:t xml:space="preserve"> </w:t>
      </w:r>
      <w:r>
        <w:t xml:space="preserve">Incorrect ($40.80). Reconstruct the actual case-ledger arithmetic before selecting an answer. The verified answer is $48.00. Do not double-count a blind already included in a total call.</w:t>
      </w:r>
      <w:r>
        <w:br/>
      </w:r>
      <w:r>
        <w:rPr>
          <w:b/>
          <w:bCs/>
        </w:rPr>
        <w:t xml:space="preserve">C:</w:t>
      </w:r>
      <w:r>
        <w:t xml:space="preserve"> </w:t>
      </w:r>
      <w:r>
        <w:t xml:space="preserve">Incorrect ($62.88). Reconstruct the actual case-ledger arithmetic before selecting an answer. The verified answer is $48.00. Do not double-count a blind already included in a total call.</w:t>
      </w:r>
      <w:r>
        <w:br/>
      </w:r>
      <w:r>
        <w:rPr>
          <w:b/>
          <w:bCs/>
        </w:rPr>
        <w:t xml:space="preserve">D:</w:t>
      </w:r>
      <w:r>
        <w:t xml:space="preserve"> </w:t>
      </w:r>
      <w:r>
        <w:t xml:space="preserve">Correct. Do not double-count a blind already included in a total call.</w:t>
      </w:r>
    </w:p>
    <w:bookmarkEnd w:id="341"/>
    <w:bookmarkStart w:id="342" w:name="ms8-q282-answer-c-208.00"/>
    <w:p>
      <w:pPr>
        <w:pStyle w:val="Heading3"/>
      </w:pPr>
      <w:r>
        <w:t xml:space="preserve">MS8-Q282 — Answer C: $208.00</w:t>
      </w:r>
    </w:p>
    <w:p>
      <w:pPr>
        <w:pStyle w:val="FirstParagraph"/>
      </w:pPr>
      <w:r>
        <w:t xml:space="preserve">Pot = preflop $48 + twice flop bet ($30×2) + twice turn bet ($50×2) = $208. A pending river bet is not included in the pot BEFORE it is made.</w:t>
      </w:r>
    </w:p>
    <w:p>
      <w:pPr>
        <w:pStyle w:val="BodyText"/>
      </w:pPr>
      <w:r>
        <w:rPr>
          <w:b/>
          <w:bCs/>
        </w:rPr>
        <w:t xml:space="preserve">A:</w:t>
      </w:r>
      <w:r>
        <w:t xml:space="preserve"> </w:t>
      </w:r>
      <w:r>
        <w:t xml:space="preserve">Incorrect ($245.44). Reconstruct the actual case-ledger arithmetic before selecting an answer. The verified answer is $208.00. A pending river bet is not included in the pot BEFORE it is made.</w:t>
      </w:r>
      <w:r>
        <w:br/>
      </w:r>
      <w:r>
        <w:rPr>
          <w:b/>
          <w:bCs/>
        </w:rPr>
        <w:t xml:space="preserve">B:</w:t>
      </w:r>
      <w:r>
        <w:t xml:space="preserve"> </w:t>
      </w:r>
      <w:r>
        <w:t xml:space="preserve">Incorrect ($176.80). Reconstruct the actual case-ledger arithmetic before selecting an answer. The verified answer is $208.00. A pending river bet is not included in the pot BEFORE it is made.</w:t>
      </w:r>
      <w:r>
        <w:br/>
      </w:r>
      <w:r>
        <w:rPr>
          <w:b/>
          <w:bCs/>
        </w:rPr>
        <w:t xml:space="preserve">C:</w:t>
      </w:r>
      <w:r>
        <w:t xml:space="preserve"> </w:t>
      </w:r>
      <w:r>
        <w:t xml:space="preserve">Correct. A pending river bet is not included in the pot BEFORE it is made.</w:t>
      </w:r>
      <w:r>
        <w:br/>
      </w:r>
      <w:r>
        <w:rPr>
          <w:b/>
          <w:bCs/>
        </w:rPr>
        <w:t xml:space="preserve">D:</w:t>
      </w:r>
      <w:r>
        <w:t xml:space="preserve"> </w:t>
      </w:r>
      <w:r>
        <w:t xml:space="preserve">Incorrect ($272.48). Reconstruct the actual case-ledger arithmetic before selecting an answer. The verified answer is $208.00. A pending river bet is not included in the pot BEFORE it is made.</w:t>
      </w:r>
    </w:p>
    <w:bookmarkEnd w:id="342"/>
    <w:bookmarkStart w:id="343" w:name="ms8-q283-answer-b-24.51"/>
    <w:p>
      <w:pPr>
        <w:pStyle w:val="Heading3"/>
      </w:pPr>
      <w:r>
        <w:t xml:space="preserve">MS8-Q283 — Answer B: 24.51%</w:t>
      </w:r>
    </w:p>
    <w:p>
      <w:pPr>
        <w:pStyle w:val="FirstParagraph"/>
      </w:pPr>
      <w:r>
        <w:t xml:space="preserve">Required equity=100/(208+2×100)=24.51%. This price is certain; actual showdown equity depends on the range.</w:t>
      </w:r>
    </w:p>
    <w:p>
      <w:pPr>
        <w:pStyle w:val="BodyText"/>
      </w:pPr>
      <w:r>
        <w:rPr>
          <w:b/>
          <w:bCs/>
        </w:rPr>
        <w:t xml:space="preserve">A:</w:t>
      </w:r>
      <w:r>
        <w:t xml:space="preserve"> </w:t>
      </w:r>
      <w:r>
        <w:t xml:space="preserve">Incorrect (10.51%). Reconstruct the actual case-ledger arithmetic before selecting an answer. The verified answer is 24.51%. This price is certain; actual showdown equity depends on the range.</w:t>
      </w:r>
      <w:r>
        <w:br/>
      </w:r>
      <w:r>
        <w:rPr>
          <w:b/>
          <w:bCs/>
        </w:rPr>
        <w:t xml:space="preserve">B:</w:t>
      </w:r>
      <w:r>
        <w:t xml:space="preserve"> </w:t>
      </w:r>
      <w:r>
        <w:t xml:space="preserve">Correct. This price is certain; actual showdown equity depends on the range.</w:t>
      </w:r>
      <w:r>
        <w:br/>
      </w:r>
      <w:r>
        <w:rPr>
          <w:b/>
          <w:bCs/>
        </w:rPr>
        <w:t xml:space="preserve">C:</w:t>
      </w:r>
      <w:r>
        <w:t xml:space="preserve"> </w:t>
      </w:r>
      <w:r>
        <w:t xml:space="preserve">Incorrect (17.51%). Reconstruct the actual case-ledger arithmetic before selecting an answer. The verified answer is 24.51%. This price is certain; actual showdown equity depends on the range.</w:t>
      </w:r>
      <w:r>
        <w:br/>
      </w:r>
      <w:r>
        <w:rPr>
          <w:b/>
          <w:bCs/>
        </w:rPr>
        <w:t xml:space="preserve">D:</w:t>
      </w:r>
      <w:r>
        <w:t xml:space="preserve"> </w:t>
      </w:r>
      <w:r>
        <w:t xml:space="preserve">Incorrect (30.01%). Reconstruct the actual case-ledger arithmetic before selecting an answer. The verified answer is 24.51%. This price is certain; actual showdown equity depends on the range.</w:t>
      </w:r>
    </w:p>
    <w:bookmarkEnd w:id="343"/>
    <w:bookmarkStart w:id="344" w:name="ms8-q284-answer-a-28.84"/>
    <w:p>
      <w:pPr>
        <w:pStyle w:val="Heading3"/>
      </w:pPr>
      <w:r>
        <w:t xml:space="preserve">MS8-Q284 — Answer A: $28.84</w:t>
      </w:r>
    </w:p>
    <w:p>
      <w:pPr>
        <w:pStyle w:val="FirstParagraph"/>
      </w:pPr>
      <w:r>
        <w:t xml:space="preserve">Modeled winning chance=6/(13+6)=31.58%. EV=p×($208+2×$100)−$100=$28.84. The opponent range is a stated hypothesis, not verified actual behavior.</w:t>
      </w:r>
    </w:p>
    <w:p>
      <w:pPr>
        <w:pStyle w:val="BodyText"/>
      </w:pPr>
      <w:r>
        <w:rPr>
          <w:b/>
          <w:bCs/>
        </w:rPr>
        <w:t xml:space="preserve">A:</w:t>
      </w:r>
      <w:r>
        <w:t xml:space="preserve"> </w:t>
      </w:r>
      <w:r>
        <w:t xml:space="preserve">Correct. The opponent range is a stated hypothesis, not verified actual behavior.</w:t>
      </w:r>
      <w:r>
        <w:br/>
      </w:r>
      <w:r>
        <w:rPr>
          <w:b/>
          <w:bCs/>
        </w:rPr>
        <w:t xml:space="preserve">B:</w:t>
      </w:r>
      <w:r>
        <w:t xml:space="preserve"> </w:t>
      </w:r>
      <w:r>
        <w:t xml:space="preserve">Incorrect ($34.03). Reconstruct the actual case-ledger arithmetic before selecting an answer. The verified answer is $28.84. The opponent range is a stated hypothesis, not verified actual behavior.</w:t>
      </w:r>
      <w:r>
        <w:br/>
      </w:r>
      <w:r>
        <w:rPr>
          <w:b/>
          <w:bCs/>
        </w:rPr>
        <w:t xml:space="preserve">C:</w:t>
      </w:r>
      <w:r>
        <w:t xml:space="preserve"> </w:t>
      </w:r>
      <w:r>
        <w:t xml:space="preserve">Incorrect ($23.84). Reconstruct the actual case-ledger arithmetic before selecting an answer. The verified answer is $28.84. The opponent range is a stated hypothesis, not verified actual behavior.</w:t>
      </w:r>
      <w:r>
        <w:br/>
      </w:r>
      <w:r>
        <w:rPr>
          <w:b/>
          <w:bCs/>
        </w:rPr>
        <w:t xml:space="preserve">D:</w:t>
      </w:r>
      <w:r>
        <w:t xml:space="preserve"> </w:t>
      </w:r>
      <w:r>
        <w:t xml:space="preserve">Incorrect ($38.84). Reconstruct the actual case-ledger arithmetic before selecting an answer. The verified answer is $28.84. The opponent range is a stated hypothesis, not verified actual behavior.</w:t>
      </w:r>
    </w:p>
    <w:bookmarkEnd w:id="344"/>
    <w:bookmarkStart w:id="345" w:name="ms8-q285-answer-d-5"/>
    <w:p>
      <w:pPr>
        <w:pStyle w:val="Heading3"/>
      </w:pPr>
      <w:r>
        <w:t xml:space="preserve">MS8-Q285 — Answer D: 5</w:t>
      </w:r>
    </w:p>
    <w:p>
      <w:pPr>
        <w:pStyle w:val="FirstParagraph"/>
      </w:pPr>
      <w:r>
        <w:t xml:space="preserve">Call threshold t=100/(208+2×100). Need b/(b+13)≥t, equivalently b≥13×100/(208+100). Smallest whole b=5. This counts fully weighted bluffs; mixed betting frequencies require weighted combos.</w:t>
      </w:r>
    </w:p>
    <w:p>
      <w:pPr>
        <w:pStyle w:val="BodyText"/>
      </w:pPr>
      <w:r>
        <w:rPr>
          <w:b/>
          <w:bCs/>
        </w:rPr>
        <w:t xml:space="preserve">A:</w:t>
      </w:r>
      <w:r>
        <w:t xml:space="preserve"> </w:t>
      </w:r>
      <w:r>
        <w:t xml:space="preserve">Incorrect (6). Reconstruct the actual case-ledger arithmetic before selecting an answer. The verified answer is 5. This counts fully weighted bluffs; mixed betting frequencies require weighted combos.</w:t>
      </w:r>
      <w:r>
        <w:br/>
      </w:r>
      <w:r>
        <w:rPr>
          <w:b/>
          <w:bCs/>
        </w:rPr>
        <w:t xml:space="preserve">B:</w:t>
      </w:r>
      <w:r>
        <w:t xml:space="preserve"> </w:t>
      </w:r>
      <w:r>
        <w:t xml:space="preserve">Incorrect (7). Reconstruct the actual case-ledger arithmetic before selecting an answer. The verified answer is 5. This counts fully weighted bluffs; mixed betting frequencies require weighted combos.</w:t>
      </w:r>
      <w:r>
        <w:br/>
      </w:r>
      <w:r>
        <w:rPr>
          <w:b/>
          <w:bCs/>
        </w:rPr>
        <w:t xml:space="preserve">C:</w:t>
      </w:r>
      <w:r>
        <w:t xml:space="preserve"> </w:t>
      </w:r>
      <w:r>
        <w:t xml:space="preserve">Incorrect (4). Reconstruct the actual case-ledger arithmetic before selecting an answer. The verified answer is 5. This counts fully weighted bluffs; mixed betting frequencies require weighted combos.</w:t>
      </w:r>
      <w:r>
        <w:br/>
      </w:r>
      <w:r>
        <w:rPr>
          <w:b/>
          <w:bCs/>
        </w:rPr>
        <w:t xml:space="preserve">D:</w:t>
      </w:r>
      <w:r>
        <w:t xml:space="preserve"> </w:t>
      </w:r>
      <w:r>
        <w:t xml:space="preserve">Correct. This counts fully weighted bluffs; mixed betting frequencies require weighted combos.</w:t>
      </w:r>
    </w:p>
    <w:bookmarkEnd w:id="345"/>
    <w:bookmarkStart w:id="346" w:name="ms8-q286-answer-c-25.00"/>
    <w:p>
      <w:pPr>
        <w:pStyle w:val="Heading3"/>
      </w:pPr>
      <w:r>
        <w:t xml:space="preserve">MS8-Q286 — Answer C: $25.00</w:t>
      </w:r>
    </w:p>
    <w:p>
      <w:pPr>
        <w:pStyle w:val="FirstParagraph"/>
      </w:pPr>
      <w:r>
        <w:t xml:space="preserve">Preflop contributions: BTN 12 + BB 12 + SB 1 = $25. Do not double-count a blind already included in a total call.</w:t>
      </w:r>
    </w:p>
    <w:p>
      <w:pPr>
        <w:pStyle w:val="BodyText"/>
      </w:pPr>
      <w:r>
        <w:rPr>
          <w:b/>
          <w:bCs/>
        </w:rPr>
        <w:t xml:space="preserve">A:</w:t>
      </w:r>
      <w:r>
        <w:t xml:space="preserve"> </w:t>
      </w:r>
      <w:r>
        <w:t xml:space="preserve">Incorrect ($30.00). Reconstruct the actual case-ledger arithmetic before selecting an answer. The verified answer is $25.00. Do not double-count a blind already included in a total call.</w:t>
      </w:r>
      <w:r>
        <w:br/>
      </w:r>
      <w:r>
        <w:rPr>
          <w:b/>
          <w:bCs/>
        </w:rPr>
        <w:t xml:space="preserve">B:</w:t>
      </w:r>
      <w:r>
        <w:t xml:space="preserve"> </w:t>
      </w:r>
      <w:r>
        <w:t xml:space="preserve">Incorrect ($20.00). Reconstruct the actual case-ledger arithmetic before selecting an answer. The verified answer is $25.00. Do not double-count a blind already included in a total call.</w:t>
      </w:r>
      <w:r>
        <w:br/>
      </w:r>
      <w:r>
        <w:rPr>
          <w:b/>
          <w:bCs/>
        </w:rPr>
        <w:t xml:space="preserve">C:</w:t>
      </w:r>
      <w:r>
        <w:t xml:space="preserve"> </w:t>
      </w:r>
      <w:r>
        <w:t xml:space="preserve">Correct. Do not double-count a blind already included in a total call.</w:t>
      </w:r>
      <w:r>
        <w:br/>
      </w:r>
      <w:r>
        <w:rPr>
          <w:b/>
          <w:bCs/>
        </w:rPr>
        <w:t xml:space="preserve">D:</w:t>
      </w:r>
      <w:r>
        <w:t xml:space="preserve"> </w:t>
      </w:r>
      <w:r>
        <w:t xml:space="preserve">Incorrect ($35.00). Reconstruct the actual case-ledger arithmetic before selecting an answer. The verified answer is $25.00. Do not double-count a blind already included in a total call.</w:t>
      </w:r>
    </w:p>
    <w:bookmarkEnd w:id="346"/>
    <w:bookmarkStart w:id="347" w:name="ms8-q287-answer-b-125.00"/>
    <w:p>
      <w:pPr>
        <w:pStyle w:val="Heading3"/>
      </w:pPr>
      <w:r>
        <w:t xml:space="preserve">MS8-Q287 — Answer B: $125.00</w:t>
      </w:r>
    </w:p>
    <w:p>
      <w:pPr>
        <w:pStyle w:val="FirstParagraph"/>
      </w:pPr>
      <w:r>
        <w:t xml:space="preserve">Pot = preflop $25 + twice flop bet ($18×2) + twice turn bet ($32×2) = $125. A pending river bet is not included in the pot BEFORE it is made.</w:t>
      </w:r>
    </w:p>
    <w:p>
      <w:pPr>
        <w:pStyle w:val="BodyText"/>
      </w:pPr>
      <w:r>
        <w:rPr>
          <w:b/>
          <w:bCs/>
        </w:rPr>
        <w:t xml:space="preserve">A:</w:t>
      </w:r>
      <w:r>
        <w:t xml:space="preserve"> </w:t>
      </w:r>
      <w:r>
        <w:t xml:space="preserve">Incorrect ($147.50). Reconstruct the actual case-ledger arithmetic before selecting an answer. The verified answer is $125.00. A pending river bet is not included in the pot BEFORE it is made.</w:t>
      </w:r>
      <w:r>
        <w:br/>
      </w:r>
      <w:r>
        <w:rPr>
          <w:b/>
          <w:bCs/>
        </w:rPr>
        <w:t xml:space="preserve">B:</w:t>
      </w:r>
      <w:r>
        <w:t xml:space="preserve"> </w:t>
      </w:r>
      <w:r>
        <w:t xml:space="preserve">Correct. A pending river bet is not included in the pot BEFORE it is made.</w:t>
      </w:r>
      <w:r>
        <w:br/>
      </w:r>
      <w:r>
        <w:rPr>
          <w:b/>
          <w:bCs/>
        </w:rPr>
        <w:t xml:space="preserve">C:</w:t>
      </w:r>
      <w:r>
        <w:t xml:space="preserve"> </w:t>
      </w:r>
      <w:r>
        <w:t xml:space="preserve">Incorrect ($106.25). Reconstruct the actual case-ledger arithmetic before selecting an answer. The verified answer is $125.00. A pending river bet is not included in the pot BEFORE it is made.</w:t>
      </w:r>
      <w:r>
        <w:br/>
      </w:r>
      <w:r>
        <w:rPr>
          <w:b/>
          <w:bCs/>
        </w:rPr>
        <w:t xml:space="preserve">D:</w:t>
      </w:r>
      <w:r>
        <w:t xml:space="preserve"> </w:t>
      </w:r>
      <w:r>
        <w:t xml:space="preserve">Incorrect ($163.75). Reconstruct the actual case-ledger arithmetic before selecting an answer. The verified answer is $125.00. A pending river bet is not included in the pot BEFORE it is made.</w:t>
      </w:r>
    </w:p>
    <w:bookmarkEnd w:id="347"/>
    <w:bookmarkStart w:id="348" w:name="ms8-q288-answer-a-26.77"/>
    <w:p>
      <w:pPr>
        <w:pStyle w:val="Heading3"/>
      </w:pPr>
      <w:r>
        <w:t xml:space="preserve">MS8-Q288 — Answer A: 26.77%</w:t>
      </w:r>
    </w:p>
    <w:p>
      <w:pPr>
        <w:pStyle w:val="FirstParagraph"/>
      </w:pPr>
      <w:r>
        <w:t xml:space="preserve">Required equity=72/(125+2×72)=26.77%. This price is certain; actual showdown equity depends on the range.</w:t>
      </w:r>
    </w:p>
    <w:p>
      <w:pPr>
        <w:pStyle w:val="BodyText"/>
      </w:pPr>
      <w:r>
        <w:rPr>
          <w:b/>
          <w:bCs/>
        </w:rPr>
        <w:t xml:space="preserve">A:</w:t>
      </w:r>
      <w:r>
        <w:t xml:space="preserve"> </w:t>
      </w:r>
      <w:r>
        <w:t xml:space="preserve">Correct. This price is certain; actual showdown equity depends on the range.</w:t>
      </w:r>
      <w:r>
        <w:br/>
      </w:r>
      <w:r>
        <w:rPr>
          <w:b/>
          <w:bCs/>
        </w:rPr>
        <w:t xml:space="preserve">B:</w:t>
      </w:r>
      <w:r>
        <w:t xml:space="preserve"> </w:t>
      </w:r>
      <w:r>
        <w:t xml:space="preserve">Incorrect (12.77%). Reconstruct the actual case-ledger arithmetic before selecting an answer. The verified answer is 26.77%. This price is certain; actual showdown equity depends on the range.</w:t>
      </w:r>
      <w:r>
        <w:br/>
      </w:r>
      <w:r>
        <w:rPr>
          <w:b/>
          <w:bCs/>
        </w:rPr>
        <w:t xml:space="preserve">C:</w:t>
      </w:r>
      <w:r>
        <w:t xml:space="preserve"> </w:t>
      </w:r>
      <w:r>
        <w:t xml:space="preserve">Incorrect (19.77%). Reconstruct the actual case-ledger arithmetic before selecting an answer. The verified answer is 26.77%. This price is certain; actual showdown equity depends on the range.</w:t>
      </w:r>
      <w:r>
        <w:br/>
      </w:r>
      <w:r>
        <w:rPr>
          <w:b/>
          <w:bCs/>
        </w:rPr>
        <w:t xml:space="preserve">D:</w:t>
      </w:r>
      <w:r>
        <w:t xml:space="preserve"> </w:t>
      </w:r>
      <w:r>
        <w:t xml:space="preserve">Incorrect (32.27%). Reconstruct the actual case-ledger arithmetic before selecting an answer. The verified answer is 26.77%. This price is certain; actual showdown equity depends on the range.</w:t>
      </w:r>
    </w:p>
    <w:bookmarkEnd w:id="348"/>
    <w:bookmarkStart w:id="349" w:name="ms8-q289-answer-d-17.67"/>
    <w:p>
      <w:pPr>
        <w:pStyle w:val="Heading3"/>
      </w:pPr>
      <w:r>
        <w:t xml:space="preserve">MS8-Q289 — Answer D: $17.67</w:t>
      </w:r>
    </w:p>
    <w:p>
      <w:pPr>
        <w:pStyle w:val="FirstParagraph"/>
      </w:pPr>
      <w:r>
        <w:t xml:space="preserve">Modeled winning chance=5/(10+5)=33.33%. EV=p×($125+2×$72)−$72=$17.67. The opponent range is a stated hypothesis, not verified actual behavior.</w:t>
      </w:r>
    </w:p>
    <w:p>
      <w:pPr>
        <w:pStyle w:val="BodyText"/>
      </w:pPr>
      <w:r>
        <w:rPr>
          <w:b/>
          <w:bCs/>
        </w:rPr>
        <w:t xml:space="preserve">A:</w:t>
      </w:r>
      <w:r>
        <w:t xml:space="preserve"> </w:t>
      </w:r>
      <w:r>
        <w:t xml:space="preserve">Incorrect ($22.67). Reconstruct the actual case-ledger arithmetic before selecting an answer. The verified answer is $17.67. The opponent range is a stated hypothesis, not verified actual behavior.</w:t>
      </w:r>
      <w:r>
        <w:br/>
      </w:r>
      <w:r>
        <w:rPr>
          <w:b/>
          <w:bCs/>
        </w:rPr>
        <w:t xml:space="preserve">B:</w:t>
      </w:r>
      <w:r>
        <w:t xml:space="preserve"> </w:t>
      </w:r>
      <w:r>
        <w:t xml:space="preserve">Incorrect ($12.67). Reconstruct the actual case-ledger arithmetic before selecting an answer. The verified answer is $17.67. The opponent range is a stated hypothesis, not verified actual behavior.</w:t>
      </w:r>
      <w:r>
        <w:br/>
      </w:r>
      <w:r>
        <w:rPr>
          <w:b/>
          <w:bCs/>
        </w:rPr>
        <w:t xml:space="preserve">C:</w:t>
      </w:r>
      <w:r>
        <w:t xml:space="preserve"> </w:t>
      </w:r>
      <w:r>
        <w:t xml:space="preserve">Incorrect ($27.67). Reconstruct the actual case-ledger arithmetic before selecting an answer. The verified answer is $17.67. The opponent range is a stated hypothesis, not verified actual behavior.</w:t>
      </w:r>
      <w:r>
        <w:br/>
      </w:r>
      <w:r>
        <w:rPr>
          <w:b/>
          <w:bCs/>
        </w:rPr>
        <w:t xml:space="preserve">D:</w:t>
      </w:r>
      <w:r>
        <w:t xml:space="preserve"> </w:t>
      </w:r>
      <w:r>
        <w:t xml:space="preserve">Correct. The opponent range is a stated hypothesis, not verified actual behavior.</w:t>
      </w:r>
    </w:p>
    <w:bookmarkEnd w:id="349"/>
    <w:bookmarkStart w:id="350" w:name="ms8-q290-answer-c-4"/>
    <w:p>
      <w:pPr>
        <w:pStyle w:val="Heading3"/>
      </w:pPr>
      <w:r>
        <w:t xml:space="preserve">MS8-Q290 — Answer C: 4</w:t>
      </w:r>
    </w:p>
    <w:p>
      <w:pPr>
        <w:pStyle w:val="FirstParagraph"/>
      </w:pPr>
      <w:r>
        <w:t xml:space="preserve">Call threshold t=72/(125+2×72). Need b/(b+10)≥t, equivalently b≥10×72/(125+72). Smallest whole b=4. This counts fully weighted bluffs; mixed betting frequencies require weighted combos.</w:t>
      </w:r>
    </w:p>
    <w:p>
      <w:pPr>
        <w:pStyle w:val="BodyText"/>
      </w:pPr>
      <w:r>
        <w:rPr>
          <w:b/>
          <w:bCs/>
        </w:rPr>
        <w:t xml:space="preserve">A:</w:t>
      </w:r>
      <w:r>
        <w:t xml:space="preserve"> </w:t>
      </w:r>
      <w:r>
        <w:t xml:space="preserve">Incorrect (5). Reconstruct the actual case-ledger arithmetic before selecting an answer. The verified answer is 4. This counts fully weighted bluffs; mixed betting frequencies require weighted combos.</w:t>
      </w:r>
      <w:r>
        <w:br/>
      </w:r>
      <w:r>
        <w:rPr>
          <w:b/>
          <w:bCs/>
        </w:rPr>
        <w:t xml:space="preserve">B:</w:t>
      </w:r>
      <w:r>
        <w:t xml:space="preserve"> </w:t>
      </w:r>
      <w:r>
        <w:t xml:space="preserve">Incorrect (6). Reconstruct the actual case-ledger arithmetic before selecting an answer. The verified answer is 4. This counts fully weighted bluffs; mixed betting frequencies require weighted combos.</w:t>
      </w:r>
      <w:r>
        <w:br/>
      </w:r>
      <w:r>
        <w:rPr>
          <w:b/>
          <w:bCs/>
        </w:rPr>
        <w:t xml:space="preserve">C:</w:t>
      </w:r>
      <w:r>
        <w:t xml:space="preserve"> </w:t>
      </w:r>
      <w:r>
        <w:t xml:space="preserve">Correct. This counts fully weighted bluffs; mixed betting frequencies require weighted combos.</w:t>
      </w:r>
      <w:r>
        <w:br/>
      </w:r>
      <w:r>
        <w:rPr>
          <w:b/>
          <w:bCs/>
        </w:rPr>
        <w:t xml:space="preserve">D:</w:t>
      </w:r>
      <w:r>
        <w:t xml:space="preserve"> </w:t>
      </w:r>
      <w:r>
        <w:t xml:space="preserve">Incorrect (3). Reconstruct the actual case-ledger arithmetic before selecting an answer. The verified answer is 4. This counts fully weighted bluffs; mixed betting frequencies require weighted combos.</w:t>
      </w:r>
    </w:p>
    <w:bookmarkEnd w:id="350"/>
    <w:bookmarkStart w:id="351" w:name="ms8-q291-answer-b-21.00"/>
    <w:p>
      <w:pPr>
        <w:pStyle w:val="Heading3"/>
      </w:pPr>
      <w:r>
        <w:t xml:space="preserve">MS8-Q291 — Answer B: $21.00</w:t>
      </w:r>
    </w:p>
    <w:p>
      <w:pPr>
        <w:pStyle w:val="FirstParagraph"/>
      </w:pPr>
      <w:r>
        <w:t xml:space="preserve">Preflop contributions: BTN 10 + BB 10 + SB 1 = $21. Do not double-count a blind already included in a total call.</w:t>
      </w:r>
    </w:p>
    <w:p>
      <w:pPr>
        <w:pStyle w:val="BodyText"/>
      </w:pPr>
      <w:r>
        <w:rPr>
          <w:b/>
          <w:bCs/>
        </w:rPr>
        <w:t xml:space="preserve">A:</w:t>
      </w:r>
      <w:r>
        <w:t xml:space="preserve"> </w:t>
      </w:r>
      <w:r>
        <w:t xml:space="preserve">Incorrect ($26.00). Reconstruct the actual case-ledger arithmetic before selecting an answer. The verified answer is $21.00. Do not double-count a blind already included in a total call.</w:t>
      </w:r>
      <w:r>
        <w:br/>
      </w:r>
      <w:r>
        <w:rPr>
          <w:b/>
          <w:bCs/>
        </w:rPr>
        <w:t xml:space="preserve">B:</w:t>
      </w:r>
      <w:r>
        <w:t xml:space="preserve"> </w:t>
      </w:r>
      <w:r>
        <w:t xml:space="preserve">Correct. Do not double-count a blind already included in a total call.</w:t>
      </w:r>
      <w:r>
        <w:br/>
      </w:r>
      <w:r>
        <w:rPr>
          <w:b/>
          <w:bCs/>
        </w:rPr>
        <w:t xml:space="preserve">C:</w:t>
      </w:r>
      <w:r>
        <w:t xml:space="preserve"> </w:t>
      </w:r>
      <w:r>
        <w:t xml:space="preserve">Incorrect ($16.00). Reconstruct the actual case-ledger arithmetic before selecting an answer. The verified answer is $21.00. Do not double-count a blind already included in a total call.</w:t>
      </w:r>
      <w:r>
        <w:br/>
      </w:r>
      <w:r>
        <w:rPr>
          <w:b/>
          <w:bCs/>
        </w:rPr>
        <w:t xml:space="preserve">D:</w:t>
      </w:r>
      <w:r>
        <w:t xml:space="preserve"> </w:t>
      </w:r>
      <w:r>
        <w:t xml:space="preserve">Incorrect ($31.00). Reconstruct the actual case-ledger arithmetic before selecting an answer. The verified answer is $21.00. Do not double-count a blind already included in a total call.</w:t>
      </w:r>
    </w:p>
    <w:bookmarkEnd w:id="351"/>
    <w:bookmarkStart w:id="352" w:name="ms8-q292-answer-a-153.00"/>
    <w:p>
      <w:pPr>
        <w:pStyle w:val="Heading3"/>
      </w:pPr>
      <w:r>
        <w:t xml:space="preserve">MS8-Q292 — Answer A: $153.00</w:t>
      </w:r>
    </w:p>
    <w:p>
      <w:pPr>
        <w:pStyle w:val="FirstParagraph"/>
      </w:pPr>
      <w:r>
        <w:t xml:space="preserve">Pot = preflop $21 + twice flop bet ($22×2) + twice turn bet ($44×2) = $153. A pending river bet is not included in the pot BEFORE it is made.</w:t>
      </w:r>
    </w:p>
    <w:p>
      <w:pPr>
        <w:pStyle w:val="BodyText"/>
      </w:pPr>
      <w:r>
        <w:rPr>
          <w:b/>
          <w:bCs/>
        </w:rPr>
        <w:t xml:space="preserve">A:</w:t>
      </w:r>
      <w:r>
        <w:t xml:space="preserve"> </w:t>
      </w:r>
      <w:r>
        <w:t xml:space="preserve">Correct. A pending river bet is not included in the pot BEFORE it is made.</w:t>
      </w:r>
      <w:r>
        <w:br/>
      </w:r>
      <w:r>
        <w:rPr>
          <w:b/>
          <w:bCs/>
        </w:rPr>
        <w:t xml:space="preserve">B:</w:t>
      </w:r>
      <w:r>
        <w:t xml:space="preserve"> </w:t>
      </w:r>
      <w:r>
        <w:t xml:space="preserve">Incorrect ($180.54). Reconstruct the actual case-ledger arithmetic before selecting an answer. The verified answer is $153.00. A pending river bet is not included in the pot BEFORE it is made.</w:t>
      </w:r>
      <w:r>
        <w:br/>
      </w:r>
      <w:r>
        <w:rPr>
          <w:b/>
          <w:bCs/>
        </w:rPr>
        <w:t xml:space="preserve">C:</w:t>
      </w:r>
      <w:r>
        <w:t xml:space="preserve"> </w:t>
      </w:r>
      <w:r>
        <w:t xml:space="preserve">Incorrect ($130.05). Reconstruct the actual case-ledger arithmetic before selecting an answer. The verified answer is $153.00. A pending river bet is not included in the pot BEFORE it is made.</w:t>
      </w:r>
      <w:r>
        <w:br/>
      </w:r>
      <w:r>
        <w:rPr>
          <w:b/>
          <w:bCs/>
        </w:rPr>
        <w:t xml:space="preserve">D:</w:t>
      </w:r>
      <w:r>
        <w:t xml:space="preserve"> </w:t>
      </w:r>
      <w:r>
        <w:t xml:space="preserve">Incorrect ($200.43). Reconstruct the actual case-ledger arithmetic before selecting an answer. The verified answer is $153.00. A pending river bet is not included in the pot BEFORE it is made.</w:t>
      </w:r>
    </w:p>
    <w:bookmarkEnd w:id="352"/>
    <w:bookmarkStart w:id="353" w:name="ms8-q293-answer-d-25.56"/>
    <w:p>
      <w:pPr>
        <w:pStyle w:val="Heading3"/>
      </w:pPr>
      <w:r>
        <w:t xml:space="preserve">MS8-Q293 — Answer D: 25.56%</w:t>
      </w:r>
    </w:p>
    <w:p>
      <w:pPr>
        <w:pStyle w:val="FirstParagraph"/>
      </w:pPr>
      <w:r>
        <w:t xml:space="preserve">Required equity=80/(153+2×80)=25.56%. This price is certain; actual showdown equity depends on the range.</w:t>
      </w:r>
    </w:p>
    <w:p>
      <w:pPr>
        <w:pStyle w:val="BodyText"/>
      </w:pPr>
      <w:r>
        <w:rPr>
          <w:b/>
          <w:bCs/>
        </w:rPr>
        <w:t xml:space="preserve">A:</w:t>
      </w:r>
      <w:r>
        <w:t xml:space="preserve"> </w:t>
      </w:r>
      <w:r>
        <w:t xml:space="preserve">Incorrect (11.56%). Reconstruct the actual case-ledger arithmetic before selecting an answer. The verified answer is 25.56%. This price is certain; actual showdown equity depends on the range.</w:t>
      </w:r>
      <w:r>
        <w:br/>
      </w:r>
      <w:r>
        <w:rPr>
          <w:b/>
          <w:bCs/>
        </w:rPr>
        <w:t xml:space="preserve">B:</w:t>
      </w:r>
      <w:r>
        <w:t xml:space="preserve"> </w:t>
      </w:r>
      <w:r>
        <w:t xml:space="preserve">Incorrect (18.56%). Reconstruct the actual case-ledger arithmetic before selecting an answer. The verified answer is 25.56%. This price is certain; actual showdown equity depends on the range.</w:t>
      </w:r>
      <w:r>
        <w:br/>
      </w:r>
      <w:r>
        <w:rPr>
          <w:b/>
          <w:bCs/>
        </w:rPr>
        <w:t xml:space="preserve">C:</w:t>
      </w:r>
      <w:r>
        <w:t xml:space="preserve"> </w:t>
      </w:r>
      <w:r>
        <w:t xml:space="preserve">Incorrect (31.06%). Reconstruct the actual case-ledger arithmetic before selecting an answer. The verified answer is 25.56%. This price is certain; actual showdown equity depends on the range.</w:t>
      </w:r>
      <w:r>
        <w:br/>
      </w:r>
      <w:r>
        <w:rPr>
          <w:b/>
          <w:bCs/>
        </w:rPr>
        <w:t xml:space="preserve">D:</w:t>
      </w:r>
      <w:r>
        <w:t xml:space="preserve"> </w:t>
      </w:r>
      <w:r>
        <w:t xml:space="preserve">Correct. This price is certain; actual showdown equity depends on the range.</w:t>
      </w:r>
    </w:p>
    <w:bookmarkEnd w:id="353"/>
    <w:bookmarkStart w:id="354" w:name="ms8-q294-answer-c-2.37"/>
    <w:p>
      <w:pPr>
        <w:pStyle w:val="Heading3"/>
      </w:pPr>
      <w:r>
        <w:t xml:space="preserve">MS8-Q294 — Answer C: $2.37</w:t>
      </w:r>
    </w:p>
    <w:p>
      <w:pPr>
        <w:pStyle w:val="FirstParagraph"/>
      </w:pPr>
      <w:r>
        <w:t xml:space="preserve">Modeled winning chance=5/(14+5)=26.32%. EV=p×($153+2×$80)−$80=$2.37. The opponent range is a stated hypothesis, not verified actual behavior.</w:t>
      </w:r>
    </w:p>
    <w:p>
      <w:pPr>
        <w:pStyle w:val="BodyText"/>
      </w:pPr>
      <w:r>
        <w:rPr>
          <w:b/>
          <w:bCs/>
        </w:rPr>
        <w:t xml:space="preserve">A:</w:t>
      </w:r>
      <w:r>
        <w:t xml:space="preserve"> </w:t>
      </w:r>
      <w:r>
        <w:t xml:space="preserve">Incorrect ($7.37). Reconstruct the actual case-ledger arithmetic before selecting an answer. The verified answer is $2.37. The opponent range is a stated hypothesis, not verified actual behavior.</w:t>
      </w:r>
      <w:r>
        <w:br/>
      </w:r>
      <w:r>
        <w:rPr>
          <w:b/>
          <w:bCs/>
        </w:rPr>
        <w:t xml:space="preserve">B:</w:t>
      </w:r>
      <w:r>
        <w:t xml:space="preserve"> </w:t>
      </w:r>
      <w:r>
        <w:t xml:space="preserve">Incorrect (-$2.63). Reconstruct the actual case-ledger arithmetic before selecting an answer. The verified answer is $2.37. The opponent range is a stated hypothesis, not verified actual behavior.</w:t>
      </w:r>
      <w:r>
        <w:br/>
      </w:r>
      <w:r>
        <w:rPr>
          <w:b/>
          <w:bCs/>
        </w:rPr>
        <w:t xml:space="preserve">C:</w:t>
      </w:r>
      <w:r>
        <w:t xml:space="preserve"> </w:t>
      </w:r>
      <w:r>
        <w:t xml:space="preserve">Correct. The opponent range is a stated hypothesis, not verified actual behavior.</w:t>
      </w:r>
      <w:r>
        <w:br/>
      </w:r>
      <w:r>
        <w:rPr>
          <w:b/>
          <w:bCs/>
        </w:rPr>
        <w:t xml:space="preserve">D:</w:t>
      </w:r>
      <w:r>
        <w:t xml:space="preserve"> </w:t>
      </w:r>
      <w:r>
        <w:t xml:space="preserve">Incorrect ($12.37). Reconstruct the actual case-ledger arithmetic before selecting an answer. The verified answer is $2.37. The opponent range is a stated hypothesis, not verified actual behavior.</w:t>
      </w:r>
    </w:p>
    <w:bookmarkEnd w:id="354"/>
    <w:bookmarkStart w:id="355" w:name="ms8-q295-answer-b-5"/>
    <w:p>
      <w:pPr>
        <w:pStyle w:val="Heading3"/>
      </w:pPr>
      <w:r>
        <w:t xml:space="preserve">MS8-Q295 — Answer B: 5</w:t>
      </w:r>
    </w:p>
    <w:p>
      <w:pPr>
        <w:pStyle w:val="FirstParagraph"/>
      </w:pPr>
      <w:r>
        <w:t xml:space="preserve">Call threshold t=80/(153+2×80). Need b/(b+14)≥t, equivalently b≥14×80/(153+80). Smallest whole b=5. This counts fully weighted bluffs; mixed betting frequencies require weighted combos.</w:t>
      </w:r>
    </w:p>
    <w:p>
      <w:pPr>
        <w:pStyle w:val="BodyText"/>
      </w:pPr>
      <w:r>
        <w:rPr>
          <w:b/>
          <w:bCs/>
        </w:rPr>
        <w:t xml:space="preserve">A:</w:t>
      </w:r>
      <w:r>
        <w:t xml:space="preserve"> </w:t>
      </w:r>
      <w:r>
        <w:t xml:space="preserve">Incorrect (6). Reconstruct the actual case-ledger arithmetic before selecting an answer. The verified answer is 5. This counts fully weighted bluffs; mixed betting frequencies require weighted combos.</w:t>
      </w:r>
      <w:r>
        <w:br/>
      </w:r>
      <w:r>
        <w:rPr>
          <w:b/>
          <w:bCs/>
        </w:rPr>
        <w:t xml:space="preserve">B:</w:t>
      </w:r>
      <w:r>
        <w:t xml:space="preserve"> </w:t>
      </w:r>
      <w:r>
        <w:t xml:space="preserve">Correct. This counts fully weighted bluffs; mixed betting frequencies require weighted combos.</w:t>
      </w:r>
      <w:r>
        <w:br/>
      </w:r>
      <w:r>
        <w:rPr>
          <w:b/>
          <w:bCs/>
        </w:rPr>
        <w:t xml:space="preserve">C:</w:t>
      </w:r>
      <w:r>
        <w:t xml:space="preserve"> </w:t>
      </w:r>
      <w:r>
        <w:t xml:space="preserve">Incorrect (7). Reconstruct the actual case-ledger arithmetic before selecting an answer. The verified answer is 5. This counts fully weighted bluffs; mixed betting frequencies require weighted combos.</w:t>
      </w:r>
      <w:r>
        <w:br/>
      </w:r>
      <w:r>
        <w:rPr>
          <w:b/>
          <w:bCs/>
        </w:rPr>
        <w:t xml:space="preserve">D:</w:t>
      </w:r>
      <w:r>
        <w:t xml:space="preserve"> </w:t>
      </w:r>
      <w:r>
        <w:t xml:space="preserve">Incorrect (4). Reconstruct the actual case-ledger arithmetic before selecting an answer. The verified answer is 5. This counts fully weighted bluffs; mixed betting frequencies require weighted combos.</w:t>
      </w:r>
    </w:p>
    <w:bookmarkEnd w:id="355"/>
    <w:bookmarkStart w:id="356" w:name="ms8-q296-answer-a-45.00"/>
    <w:p>
      <w:pPr>
        <w:pStyle w:val="Heading3"/>
      </w:pPr>
      <w:r>
        <w:t xml:space="preserve">MS8-Q296 — Answer A: $45.00</w:t>
      </w:r>
    </w:p>
    <w:p>
      <w:pPr>
        <w:pStyle w:val="FirstParagraph"/>
      </w:pPr>
      <w:r>
        <w:t xml:space="preserve">Preflop contributions: UTG 14 + CO 14 + BTN 14 + folded blinds 3 = $45. Do not double-count a blind already included in a total call.</w:t>
      </w:r>
    </w:p>
    <w:p>
      <w:pPr>
        <w:pStyle w:val="BodyText"/>
      </w:pPr>
      <w:r>
        <w:rPr>
          <w:b/>
          <w:bCs/>
        </w:rPr>
        <w:t xml:space="preserve">A:</w:t>
      </w:r>
      <w:r>
        <w:t xml:space="preserve"> </w:t>
      </w:r>
      <w:r>
        <w:t xml:space="preserve">Correct. Do not double-count a blind already included in a total call.</w:t>
      </w:r>
      <w:r>
        <w:br/>
      </w:r>
      <w:r>
        <w:rPr>
          <w:b/>
          <w:bCs/>
        </w:rPr>
        <w:t xml:space="preserve">B:</w:t>
      </w:r>
      <w:r>
        <w:t xml:space="preserve"> </w:t>
      </w:r>
      <w:r>
        <w:t xml:space="preserve">Incorrect ($53.10). Reconstruct the actual case-ledger arithmetic before selecting an answer. The verified answer is $45.00. Do not double-count a blind already included in a total call.</w:t>
      </w:r>
      <w:r>
        <w:br/>
      </w:r>
      <w:r>
        <w:rPr>
          <w:b/>
          <w:bCs/>
        </w:rPr>
        <w:t xml:space="preserve">C:</w:t>
      </w:r>
      <w:r>
        <w:t xml:space="preserve"> </w:t>
      </w:r>
      <w:r>
        <w:t xml:space="preserve">Incorrect ($38.25). Reconstruct the actual case-ledger arithmetic before selecting an answer. The verified answer is $45.00. Do not double-count a blind already included in a total call.</w:t>
      </w:r>
      <w:r>
        <w:br/>
      </w:r>
      <w:r>
        <w:rPr>
          <w:b/>
          <w:bCs/>
        </w:rPr>
        <w:t xml:space="preserve">D:</w:t>
      </w:r>
      <w:r>
        <w:t xml:space="preserve"> </w:t>
      </w:r>
      <w:r>
        <w:t xml:space="preserve">Incorrect ($58.95). Reconstruct the actual case-ledger arithmetic before selecting an answer. The verified answer is $45.00. Do not double-count a blind already included in a total call.</w:t>
      </w:r>
    </w:p>
    <w:bookmarkEnd w:id="356"/>
    <w:bookmarkStart w:id="357" w:name="ms8-q297-answer-d-187.00"/>
    <w:p>
      <w:pPr>
        <w:pStyle w:val="Heading3"/>
      </w:pPr>
      <w:r>
        <w:t xml:space="preserve">MS8-Q297 — Answer D: $187.00</w:t>
      </w:r>
    </w:p>
    <w:p>
      <w:pPr>
        <w:pStyle w:val="FirstParagraph"/>
      </w:pPr>
      <w:r>
        <w:t xml:space="preserve">Pot = preflop $45 + twice flop bet ($26×2) + twice turn bet ($45×2) = $187. A pending river bet is not included in the pot BEFORE it is made.</w:t>
      </w:r>
    </w:p>
    <w:p>
      <w:pPr>
        <w:pStyle w:val="BodyText"/>
      </w:pPr>
      <w:r>
        <w:rPr>
          <w:b/>
          <w:bCs/>
        </w:rPr>
        <w:t xml:space="preserve">A:</w:t>
      </w:r>
      <w:r>
        <w:t xml:space="preserve"> </w:t>
      </w:r>
      <w:r>
        <w:t xml:space="preserve">Incorrect ($220.66). Reconstruct the actual case-ledger arithmetic before selecting an answer. The verified answer is $187.00. A pending river bet is not included in the pot BEFORE it is made.</w:t>
      </w:r>
      <w:r>
        <w:br/>
      </w:r>
      <w:r>
        <w:rPr>
          <w:b/>
          <w:bCs/>
        </w:rPr>
        <w:t xml:space="preserve">B:</w:t>
      </w:r>
      <w:r>
        <w:t xml:space="preserve"> </w:t>
      </w:r>
      <w:r>
        <w:t xml:space="preserve">Incorrect ($158.95). Reconstruct the actual case-ledger arithmetic before selecting an answer. The verified answer is $187.00. A pending river bet is not included in the pot BEFORE it is made.</w:t>
      </w:r>
      <w:r>
        <w:br/>
      </w:r>
      <w:r>
        <w:rPr>
          <w:b/>
          <w:bCs/>
        </w:rPr>
        <w:t xml:space="preserve">C:</w:t>
      </w:r>
      <w:r>
        <w:t xml:space="preserve"> </w:t>
      </w:r>
      <w:r>
        <w:t xml:space="preserve">Incorrect ($244.97). Reconstruct the actual case-ledger arithmetic before selecting an answer. The verified answer is $187.00. A pending river bet is not included in the pot BEFORE it is made.</w:t>
      </w:r>
      <w:r>
        <w:br/>
      </w:r>
      <w:r>
        <w:rPr>
          <w:b/>
          <w:bCs/>
        </w:rPr>
        <w:t xml:space="preserve">D:</w:t>
      </w:r>
      <w:r>
        <w:t xml:space="preserve"> </w:t>
      </w:r>
      <w:r>
        <w:t xml:space="preserve">Correct. A pending river bet is not included in the pot BEFORE it is made.</w:t>
      </w:r>
    </w:p>
    <w:bookmarkEnd w:id="357"/>
    <w:bookmarkStart w:id="358" w:name="ms8-q298-answer-c-26.45"/>
    <w:p>
      <w:pPr>
        <w:pStyle w:val="Heading3"/>
      </w:pPr>
      <w:r>
        <w:t xml:space="preserve">MS8-Q298 — Answer C: 26.45%</w:t>
      </w:r>
    </w:p>
    <w:p>
      <w:pPr>
        <w:pStyle w:val="FirstParagraph"/>
      </w:pPr>
      <w:r>
        <w:t xml:space="preserve">Required equity=105/(187+2×105)=26.45%. This price is certain; actual showdown equity depends on the range.</w:t>
      </w:r>
    </w:p>
    <w:p>
      <w:pPr>
        <w:pStyle w:val="BodyText"/>
      </w:pPr>
      <w:r>
        <w:rPr>
          <w:b/>
          <w:bCs/>
        </w:rPr>
        <w:t xml:space="preserve">A:</w:t>
      </w:r>
      <w:r>
        <w:t xml:space="preserve"> </w:t>
      </w:r>
      <w:r>
        <w:t xml:space="preserve">Incorrect (12.45%). Reconstruct the actual case-ledger arithmetic before selecting an answer. The verified answer is 26.45%. This price is certain; actual showdown equity depends on the range.</w:t>
      </w:r>
      <w:r>
        <w:br/>
      </w:r>
      <w:r>
        <w:rPr>
          <w:b/>
          <w:bCs/>
        </w:rPr>
        <w:t xml:space="preserve">B:</w:t>
      </w:r>
      <w:r>
        <w:t xml:space="preserve"> </w:t>
      </w:r>
      <w:r>
        <w:t xml:space="preserve">Incorrect (19.45%). Reconstruct the actual case-ledger arithmetic before selecting an answer. The verified answer is 26.45%. This price is certain; actual showdown equity depends on the range.</w:t>
      </w:r>
      <w:r>
        <w:br/>
      </w:r>
      <w:r>
        <w:rPr>
          <w:b/>
          <w:bCs/>
        </w:rPr>
        <w:t xml:space="preserve">C:</w:t>
      </w:r>
      <w:r>
        <w:t xml:space="preserve"> </w:t>
      </w:r>
      <w:r>
        <w:t xml:space="preserve">Correct. This price is certain; actual showdown equity depends on the range.</w:t>
      </w:r>
      <w:r>
        <w:br/>
      </w:r>
      <w:r>
        <w:rPr>
          <w:b/>
          <w:bCs/>
        </w:rPr>
        <w:t xml:space="preserve">D:</w:t>
      </w:r>
      <w:r>
        <w:t xml:space="preserve"> </w:t>
      </w:r>
      <w:r>
        <w:t xml:space="preserve">Incorrect (31.95%). Reconstruct the actual case-ledger arithmetic before selecting an answer. The verified answer is 26.45%. This price is certain; actual showdown equity depends on the range.</w:t>
      </w:r>
    </w:p>
    <w:bookmarkEnd w:id="358"/>
    <w:bookmarkStart w:id="359" w:name="ms8-q299-answer-b--14.77"/>
    <w:p>
      <w:pPr>
        <w:pStyle w:val="Heading3"/>
      </w:pPr>
      <w:r>
        <w:t xml:space="preserve">MS8-Q299 — Answer B: -$14.77</w:t>
      </w:r>
    </w:p>
    <w:p>
      <w:pPr>
        <w:pStyle w:val="FirstParagraph"/>
      </w:pPr>
      <w:r>
        <w:t xml:space="preserve">Modeled winning chance=5/(17+5)=22.73%. EV=p×($187+2×$105)−$105=-$14.77. The opponent range is a stated hypothesis, not verified actual behavior.</w:t>
      </w:r>
    </w:p>
    <w:p>
      <w:pPr>
        <w:pStyle w:val="BodyText"/>
      </w:pPr>
      <w:r>
        <w:rPr>
          <w:b/>
          <w:bCs/>
        </w:rPr>
        <w:t xml:space="preserve">A:</w:t>
      </w:r>
      <w:r>
        <w:t xml:space="preserve"> </w:t>
      </w:r>
      <w:r>
        <w:t xml:space="preserve">Incorrect (-$9.77). Reconstruct the actual case-ledger arithmetic before selecting an answer. The verified answer is -$14.77. The opponent range is a stated hypothesis, not verified actual behavior.</w:t>
      </w:r>
      <w:r>
        <w:br/>
      </w:r>
      <w:r>
        <w:rPr>
          <w:b/>
          <w:bCs/>
        </w:rPr>
        <w:t xml:space="preserve">B:</w:t>
      </w:r>
      <w:r>
        <w:t xml:space="preserve"> </w:t>
      </w:r>
      <w:r>
        <w:t xml:space="preserve">Correct. The opponent range is a stated hypothesis, not verified actual behavior.</w:t>
      </w:r>
      <w:r>
        <w:br/>
      </w:r>
      <w:r>
        <w:rPr>
          <w:b/>
          <w:bCs/>
        </w:rPr>
        <w:t xml:space="preserve">C:</w:t>
      </w:r>
      <w:r>
        <w:t xml:space="preserve"> </w:t>
      </w:r>
      <w:r>
        <w:t xml:space="preserve">Incorrect (-$19.77). Reconstruct the actual case-ledger arithmetic before selecting an answer. The verified answer is -$14.77. The opponent range is a stated hypothesis, not verified actual behavior.</w:t>
      </w:r>
      <w:r>
        <w:br/>
      </w:r>
      <w:r>
        <w:rPr>
          <w:b/>
          <w:bCs/>
        </w:rPr>
        <w:t xml:space="preserve">D:</w:t>
      </w:r>
      <w:r>
        <w:t xml:space="preserve"> </w:t>
      </w:r>
      <w:r>
        <w:t xml:space="preserve">Incorrect (-$4.77). Reconstruct the actual case-ledger arithmetic before selecting an answer. The verified answer is -$14.77. The opponent range is a stated hypothesis, not verified actual behavior.</w:t>
      </w:r>
    </w:p>
    <w:bookmarkEnd w:id="359"/>
    <w:bookmarkStart w:id="360" w:name="ms8-q300-answer-a-7"/>
    <w:p>
      <w:pPr>
        <w:pStyle w:val="Heading3"/>
      </w:pPr>
      <w:r>
        <w:t xml:space="preserve">MS8-Q300 — Answer A: 7</w:t>
      </w:r>
    </w:p>
    <w:p>
      <w:pPr>
        <w:pStyle w:val="FirstParagraph"/>
      </w:pPr>
      <w:r>
        <w:t xml:space="preserve">Call threshold t=105/(187+2×105). Need b/(b+17)≥t, equivalently b≥17×105/(187+105). Smallest whole b=7. This counts fully weighted bluffs; mixed betting frequencies require weighted combos.</w:t>
      </w:r>
    </w:p>
    <w:p>
      <w:pPr>
        <w:pStyle w:val="BodyText"/>
      </w:pPr>
      <w:r>
        <w:rPr>
          <w:b/>
          <w:bCs/>
        </w:rPr>
        <w:t xml:space="preserve">A:</w:t>
      </w:r>
      <w:r>
        <w:t xml:space="preserve"> </w:t>
      </w:r>
      <w:r>
        <w:t xml:space="preserve">Correct. This counts fully weighted bluffs; mixed betting frequencies require weighted combos.</w:t>
      </w:r>
      <w:r>
        <w:br/>
      </w:r>
      <w:r>
        <w:rPr>
          <w:b/>
          <w:bCs/>
        </w:rPr>
        <w:t xml:space="preserve">B:</w:t>
      </w:r>
      <w:r>
        <w:t xml:space="preserve"> </w:t>
      </w:r>
      <w:r>
        <w:t xml:space="preserve">Incorrect (8). Reconstruct the actual case-ledger arithmetic before selecting an answer. The verified answer is 7. This counts fully weighted bluffs; mixed betting frequencies require weighted combos.</w:t>
      </w:r>
      <w:r>
        <w:br/>
      </w:r>
      <w:r>
        <w:rPr>
          <w:b/>
          <w:bCs/>
        </w:rPr>
        <w:t xml:space="preserve">C:</w:t>
      </w:r>
      <w:r>
        <w:t xml:space="preserve"> </w:t>
      </w:r>
      <w:r>
        <w:t xml:space="preserve">Incorrect (9). Reconstruct the actual case-ledger arithmetic before selecting an answer. The verified answer is 7. This counts fully weighted bluffs; mixed betting frequencies require weighted combos.</w:t>
      </w:r>
      <w:r>
        <w:br/>
      </w:r>
      <w:r>
        <w:rPr>
          <w:b/>
          <w:bCs/>
        </w:rPr>
        <w:t xml:space="preserve">D:</w:t>
      </w:r>
      <w:r>
        <w:t xml:space="preserve"> </w:t>
      </w:r>
      <w:r>
        <w:t xml:space="preserve">Incorrect (6). Reconstruct the actual case-ledger arithmetic before selecting an answer. The verified answer is 7. This counts fully weighted bluffs; mixed betting frequencies require weighted combos.</w:t>
      </w:r>
    </w:p>
    <w:bookmarkEnd w:id="360"/>
    <w:bookmarkEnd w:id="361"/>
    <w:bookmarkEnd w:id="362"/>
    <w:bookmarkStart w:id="363" w:name="revisit-checklist"/>
    <w:p>
      <w:pPr>
        <w:pStyle w:val="Heading1"/>
      </w:pPr>
      <w:r>
        <w:t xml:space="preserve">REVISIT CHECKLIST</w:t>
      </w:r>
    </w:p>
    <w:p>
      <w:pPr>
        <w:pStyle w:val="Compact"/>
        <w:numPr>
          <w:ilvl w:val="0"/>
          <w:numId w:val="1013"/>
        </w:numPr>
      </w:pPr>
      <w:r>
        <w:t xml:space="preserve">☐ I can state the risk and reward before dividing numbers.</w:t>
      </w:r>
    </w:p>
    <w:p>
      <w:pPr>
        <w:pStyle w:val="Compact"/>
        <w:numPr>
          <w:ilvl w:val="0"/>
          <w:numId w:val="1013"/>
        </w:numPr>
      </w:pPr>
      <w:r>
        <w:t xml:space="preserve">☐ I distinguish clean outs from winning equity.</w:t>
      </w:r>
    </w:p>
    <w:p>
      <w:pPr>
        <w:pStyle w:val="Compact"/>
        <w:numPr>
          <w:ilvl w:val="0"/>
          <w:numId w:val="1013"/>
        </w:numPr>
      </w:pPr>
      <w:r>
        <w:t xml:space="preserve">☐ I separate a bluff’s needed folds from a caller’s needed equity.</w:t>
      </w:r>
    </w:p>
    <w:p>
      <w:pPr>
        <w:pStyle w:val="Compact"/>
        <w:numPr>
          <w:ilvl w:val="0"/>
          <w:numId w:val="1013"/>
        </w:numPr>
      </w:pPr>
      <w:r>
        <w:t xml:space="preserve">☐ I can count actual remaining combinations after blockers.</w:t>
      </w:r>
    </w:p>
    <w:p>
      <w:pPr>
        <w:pStyle w:val="Compact"/>
        <w:numPr>
          <w:ilvl w:val="0"/>
          <w:numId w:val="1013"/>
        </w:numPr>
      </w:pPr>
      <w:r>
        <w:t xml:space="preserve">☐ I account for rake and returned uncalled chips.</w:t>
      </w:r>
    </w:p>
    <w:p>
      <w:pPr>
        <w:pStyle w:val="Compact"/>
        <w:numPr>
          <w:ilvl w:val="0"/>
          <w:numId w:val="1013"/>
        </w:numPr>
      </w:pPr>
      <w:r>
        <w:t xml:space="preserve">☐ I can compute a three-player ICM example from the finishing-order formula.</w:t>
      </w:r>
    </w:p>
    <w:p>
      <w:pPr>
        <w:pStyle w:val="Compact"/>
        <w:numPr>
          <w:ilvl w:val="0"/>
          <w:numId w:val="1013"/>
        </w:numPr>
      </w:pPr>
      <w:r>
        <w:t xml:space="preserve">☐ I can identify assumptions that are unknown or likely wrong.</w:t>
      </w:r>
    </w:p>
    <w:p>
      <w:pPr>
        <w:pStyle w:val="Compact"/>
        <w:numPr>
          <w:ilvl w:val="0"/>
          <w:numId w:val="1013"/>
        </w:numPr>
      </w:pPr>
      <w:r>
        <w:t xml:space="preserve">☐ I never treat a mathematically neat example as a guarantee of profit.</w:t>
      </w:r>
    </w:p>
    <w:bookmarkEnd w:id="363"/>
    <w:sectPr w:rsidR="00FC693F" w:rsidRPr="0006063C" w:rsidSect="00034616">
      <w:footerReference r:id="rId9" w:type="default"/>
      <w:pgSz w:h="15840" w:w="12240"/>
      <w:pgMar w:bottom="1037" w:footer="475" w:gutter="0" w:header="504" w:left="1181" w:right="1181" w:top="1123"/>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27476"/>
        <w:sz w:val="16"/>
      </w:rPr>
      <w:t xml:space="preserve">SCIENCE FICTION FANTASY THEATER · POKER MASTER SERIES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00" w:line="274" w:lineRule="auto"/>
    </w:pPr>
    <w:rPr>
      <w:rFonts w:ascii="Liberation Serif" w:hAnsi="Liberation Serif"/>
      <w:color w:val="1F2D34"/>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40" w:before="420"/>
      <w:outlineLvl w:val="0"/>
    </w:pPr>
    <w:rPr>
      <w:rFonts w:ascii="Liberation Serif" w:asciiTheme="majorHAnsi" w:cstheme="majorBidi" w:eastAsiaTheme="majorEastAsia" w:hAnsi="Liberation Serif" w:hAnsiTheme="majorHAnsi"/>
      <w:b/>
      <w:bCs/>
      <w:color w:val="0C2F3A"/>
      <w:sz w:val="38"/>
      <w:szCs w:val="28"/>
    </w:rPr>
  </w:style>
  <w:style w:styleId="Heading2" w:type="paragraph">
    <w:name w:val="heading 2"/>
    <w:basedOn w:val="Normal"/>
    <w:next w:val="Normal"/>
    <w:link w:val="Heading2Char"/>
    <w:uiPriority w:val="9"/>
    <w:unhideWhenUsed/>
    <w:qFormat/>
    <w:rsid w:val="00FC693F"/>
    <w:pPr>
      <w:keepNext/>
      <w:keepLines/>
      <w:spacing w:after="140" w:before="260"/>
      <w:outlineLvl w:val="1"/>
    </w:pPr>
    <w:rPr>
      <w:rFonts w:ascii="Liberation Serif" w:asciiTheme="majorHAnsi" w:cstheme="majorBidi" w:eastAsiaTheme="majorEastAsia" w:hAnsi="Liberation Serif" w:hAnsiTheme="majorHAnsi"/>
      <w:b/>
      <w:bCs/>
      <w:color w:val="11585F"/>
      <w:sz w:val="28"/>
      <w:szCs w:val="26"/>
    </w:rPr>
  </w:style>
  <w:style w:styleId="Heading3" w:type="paragraph">
    <w:name w:val="heading 3"/>
    <w:basedOn w:val="Normal"/>
    <w:next w:val="Normal"/>
    <w:link w:val="Heading3Char"/>
    <w:uiPriority w:val="9"/>
    <w:unhideWhenUsed/>
    <w:qFormat/>
    <w:rsid w:val="00FC693F"/>
    <w:pPr>
      <w:keepNext/>
      <w:keepLines/>
      <w:spacing w:after="140" w:before="260"/>
      <w:outlineLvl w:val="2"/>
    </w:pPr>
    <w:rPr>
      <w:rFonts w:ascii="Liberation Serif" w:asciiTheme="majorHAnsi" w:cstheme="majorBidi" w:eastAsiaTheme="majorEastAsia" w:hAnsi="Liberation Serif" w:hAnsiTheme="majorHAnsi"/>
      <w:b/>
      <w:bCs/>
      <w:color w:val="7F5529"/>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140" w:before="260" w:line="240" w:lineRule="auto"/>
      <w:contextualSpacing/>
    </w:pPr>
    <w:rPr>
      <w:rFonts w:ascii="Liberation Serif" w:asciiTheme="majorHAnsi" w:cstheme="majorBidi" w:eastAsiaTheme="majorEastAsia" w:hAnsi="Liberation Serif" w:hAnsiTheme="majorHAnsi"/>
      <w:b/>
      <w:color w:val="0C2B37"/>
      <w:spacing w:val="5"/>
      <w:kern w:val="28"/>
      <w:sz w:val="4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2026-10-17T16:09:03Z</dcterms:created>
  <dcterms:modified xsi:type="dcterms:W3CDTF">2026-10-17T16:09:03Z</dcterms:modified>
</cp:coreProperties>
</file>

<file path=docProps/custom.xml><?xml version="1.0" encoding="utf-8"?>
<Properties xmlns="http://schemas.openxmlformats.org/officeDocument/2006/custom-properties" xmlns:vt="http://schemas.openxmlformats.org/officeDocument/2006/docPropsVTypes"/>
</file>