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reading-the-invisible-hand"/>
    <w:p>
      <w:pPr>
        <w:spacing w:before="0" w:after="0"/>
        <w:jc w:val="center"/>
      </w:pPr>
      <w:r>
        <w:drawing>
          <wp:inline>
            <wp:extent cx="5596128" cy="8394192"/>
            <wp:docPr id="277" name="Picture 277"/>
            <wp:cNvGraphicFramePr>
              <a:graphicFrameLocks noChangeAspect="1"/>
            </wp:cNvGraphicFramePr>
            <a:graphic>
              <a:graphicData uri="http://schemas.openxmlformats.org/drawingml/2006/picture">
                <pic:pic>
                  <pic:nvPicPr>
                    <pic:cNvPr id="0" name="book-three-cover.png"/>
                    <pic:cNvPicPr/>
                  </pic:nvPicPr>
                  <pic:blipFill>
                    <a:blip r:embed="rId11"/>
                    <a:stretch>
                      <a:fillRect/>
                    </a:stretch>
                  </pic:blipFill>
                  <pic:spPr>
                    <a:xfrm>
                      <a:off x="0" y="0"/>
                      <a:ext cx="5596128" cy="8394192"/>
                    </a:xfrm>
                    <a:prstGeom prst="rect"/>
                  </pic:spPr>
                </pic:pic>
              </a:graphicData>
            </a:graphic>
          </wp:inline>
        </w:drawing>
      </w:r>
      <w:r>
        <w:br w:type="page"/>
      </w:r>
    </w:p>
    <w:p>
      <w:pPr xmlns:w="http://schemas.openxmlformats.org/wordprocessingml/2006/main">
        <w:pStyle w:val="Heading1"/>
      </w:pPr>
      <w:r xmlns:w="http://schemas.openxmlformats.org/wordprocessingml/2006/main">
        <w:t xml:space="preserve">PAGBASA NG DI-NAKIKITANG KAMAY</w:t>
      </w:r>
    </w:p>
    <w:bookmarkStart w:id="20" w:name="X8da5c361192ab2303388f6a239542b115c5458b"/>
    <w:p>
      <w:pPr xmlns:w="http://schemas.openxmlformats.org/wordprocessingml/2006/main">
        <w:pStyle w:val="Heading2"/>
      </w:pPr>
      <w:r xmlns:w="http://schemas.openxmlformats.org/wordprocessingml/2006/main">
        <w:t xml:space="preserve">Ang Sining at Agham ng Pagbasa ng Kamay, Mga Saklaw ng Poker, Mga Blocker, at Mga Desisyon na Batay sa Ebidensya</w:t>
      </w:r>
    </w:p>
    <w:p>
      <w:pPr xmlns:w="http://schemas.openxmlformats.org/wordprocessingml/2006/main">
        <w:pStyle w:val="FirstParagraph"/>
      </w:pPr>
      <w:r xmlns:w="http://schemas.openxmlformats.org/wordprocessingml/2006/main">
        <w:rPr>
          <w:b/>
          <w:bCs/>
        </w:rPr>
        <w:t xml:space="preserve">Seryeng Poker Master ni D. Colin Palmer, Awtor ng Science Fiction — Ikatlong Aklat </w:t>
      </w:r>
      <w:r xmlns:w="http://schemas.openxmlformats.org/wordprocessingml/2006/main">
        <w:br xmlns:w="http://schemas.openxmlformats.org/wordprocessingml/2006/main"/>
      </w:r>
      <w:r xmlns:w="http://schemas.openxmlformats.org/wordprocessingml/2006/main">
        <w:rPr>
          <w:b/>
          <w:bCs/>
        </w:rPr>
        <w:t xml:space="preserve">Science Fiction Fantasy Theater · Illustrated Educational Edition · Oktubre 2026</w:t>
      </w:r>
    </w:p>
    <w:p>
      <w:pPr xmlns:w="http://schemas.openxmlformats.org/wordprocessingml/2006/main">
        <w:pStyle w:val="BlockText"/>
      </w:pPr>
      <w:r xmlns:w="http://schemas.openxmlformats.org/wordprocessingml/2006/main">
        <w:rPr>
          <w:b/>
          <w:bCs/>
        </w:rPr>
        <w:t xml:space="preserve">Paalala ng mambabasa. </w:t>
      </w:r>
      <w:r xmlns:w="http://schemas.openxmlformats.org/wordprocessingml/2006/main">
        <w:t xml:space="preserve">Ang mga tao at kamay sa mga araling ito ay mga kathang-isip lamang na halimbawa ng pagtuturo. Ang kanilang mga saklaw at dalas ng pagkilos ay mga pagpapalagay lamang maliban kung hayagang sinusukat. Ang isang eksaktong kalkulasyon sa matematika na nakabatay sa isang modelo ay hindi nagpapatunay na ang modelo ay naglalarawan ng isang tunay na kalaban. Ang poker ay may kasamang panganib sa pananalapi. Walang aklat ang garantiya ng panalo o isang partikular na kita. Huwag kailanman habulin ang mga pagkatalo o isugal ang mahahalagang pondo. Ang pabalat ay isang kathang-isip na ilustrasyon; ang mga instructional diagram ay gumagamit ng mga tahasang talaan ng card at numero.</w:t>
      </w:r>
    </w:p>
    <w:bookmarkEnd w:id="20"/>
    <w:bookmarkStart w:id="25" w:name="preface-the-hand-you-cannot-see"/>
    <w:p>
      <w:pPr xmlns:w="http://schemas.openxmlformats.org/wordprocessingml/2006/main">
        <w:pStyle w:val="Heading2"/>
      </w:pPr>
      <w:r xmlns:w="http://schemas.openxmlformats.org/wordprocessingml/2006/main">
        <w:t xml:space="preserve">Paunang Salita: Ang kamay na hindi mo nakikita</w:t>
      </w:r>
    </w:p>
    <w:p>
      <w:pPr xmlns:w="http://schemas.openxmlformats.org/wordprocessingml/2006/main">
        <w:pStyle w:val="FirstParagraph"/>
      </w:pPr>
      <w:r xmlns:w="http://schemas.openxmlformats.org/wordprocessingml/2006/main">
        <w:t xml:space="preserve">Ang isang manlalaro ng poker ay makakakita ng dalawang pribadong baraha, limang pampublikong baraha nang pinakamarami, mga tambak ng chips, isang taya na maaaring tapat, at isang kalaban na ang ekspresyon ay maaaring mangahulugan ng lahat o wala. Hindi nakikita ng manlalaro ang mga baraha na pinakamahalaga: ang sa kabilang tao. Ito ang pangunahing kabalintunaan ng laro. Madalas inilalarawan ng mga tao ang problema sa pamamagitan ng pag-aangkin na nailagay nila </w:t>
      </w:r>
      <w:r xmlns:w="http://schemas.openxmlformats.org/wordprocessingml/2006/main">
        <w:rPr>
          <w:i/>
          <w:iCs/>
        </w:rPr>
        <w:t xml:space="preserve">ang isang kalaban sa isang kamay </w:t>
      </w:r>
      <w:r xmlns:w="http://schemas.openxmlformats.org/wordprocessingml/2006/main">
        <w:t xml:space="preserve">. Ang sumusunod ay isang nakakakumbinsing pagganap sa mesa: </w:t>
      </w:r>
      <w:r xmlns:w="http://schemas.openxmlformats.org/wordprocessingml/2006/main">
        <w:rPr>
          <w:i/>
          <w:iCs/>
        </w:rPr>
        <w:t xml:space="preserve">Alam kong mayroon siyang ace-king. </w:t>
      </w:r>
      <w:r xmlns:w="http://schemas.openxmlformats.org/wordprocessingml/2006/main">
        <w:t xml:space="preserve">Ngunit ang isang tumpak na desisyon sa poker ay halos hindi kailanman nakasalalay sa katiyakan tungkol sa dalawang partikular na baraha. Nakasalalay ito sa paghahambing ng mga kapani-paniwalang koleksyon ng mga kamay, pagpapasya kung aling mga kamay ang gagawa ng aksyon na ito, at pagkalkula kung ang presyo ay makatwiran.</w:t>
      </w:r>
    </w:p>
    <w:p>
      <w:pPr xmlns:w="http://schemas.openxmlformats.org/wordprocessingml/2006/main">
        <w:pStyle w:val="BodyText"/>
      </w:pPr>
      <w:r xmlns:w="http://schemas.openxmlformats.org/wordprocessingml/2006/main">
        <w:t xml:space="preserve">Itinuro ng mga naunang tomo ang arkitektura ng mga mahusay na desisyon at ang magulo at hindi maayos na ekonomiya ng live cash table. Ang tomo na ito ay gumagalaw sa loob ng saklaw ng kalaban. Bubuo tayo ng mga saklaw bago ang pagkatalo, bibilangin ang mga kumbinasyon, susundan ang saklaw por por , kikilalanin kung paano inaalis ng board ang mga posibilidad, iibahin ang mga value bet mula sa mga bluff, at gagamitin nang responsable ang mga blocker. Haharapin din natin ang mga limitasyon ng makinaryang ito. Masasabi sa atin ng kombinatorics kung gaano karaming kamay ang magagamit. Hindi nito masasabi sa atin na ang isang partikular na tao ay magbobola sa mga kamay na iyon. Ang probabilidad na iyon ay dapat magmula sa ebidensya, isang malinaw na isiniwalat na palagay, o isang masusubok na modelo.</w:t>
      </w:r>
    </w:p>
    <w:p>
      <w:pPr xmlns:w="http://schemas.openxmlformats.org/wordprocessingml/2006/main">
        <w:pStyle w:val="BodyText"/>
      </w:pPr>
      <w:r xmlns:w="http://schemas.openxmlformats.org/wordprocessingml/2006/main">
        <w:t xml:space="preserve">Ang aklat na ito ay sadyang hindi isang aklat ng mga alamat na isinalaysay nang direkta o isang katalogo ng mga sinasabing perpektong resulta ng mga tagalutas. Matututunan mo ang mga pamamaraan na gumagana sa maraming laro, dahil sinasabi nito sa iyo </w:t>
      </w:r>
      <w:r xmlns:w="http://schemas.openxmlformats.org/wordprocessingml/2006/main">
        <w:rPr>
          <w:i/>
          <w:iCs/>
        </w:rPr>
        <w:t xml:space="preserve">kung ano ang susukatin </w:t>
      </w:r>
      <w:r xmlns:w="http://schemas.openxmlformats.org/wordprocessingml/2006/main">
        <w:t xml:space="preserve">sa halip na magpanggap na nagtataglay ng hindi nakikitang impormasyon. Nagtuturo rin ito ng isang hindi komportableng kasanayan: kung minsan ang tamang konklusyon ay ang ebidensya ay hindi sapat na matibay para sa isang tumpak na sagot.</w:t>
      </w:r>
    </w:p>
    <w:bookmarkStart w:id="21" w:name="the-recurring-cast"/>
    <w:p>
      <w:pPr xmlns:w="http://schemas.openxmlformats.org/wordprocessingml/2006/main">
        <w:pStyle w:val="Heading3"/>
      </w:pPr>
      <w:r xmlns:w="http://schemas.openxmlformats.org/wordprocessingml/2006/main">
        <w:t xml:space="preserve">Ang paulit-ulit na mga tauhan</w:t>
      </w:r>
    </w:p>
    <w:p>
      <w:pPr xmlns:w="http://schemas.openxmlformats.org/wordprocessingml/2006/main">
        <w:pStyle w:val="FirstParagraph"/>
      </w:pPr>
      <w:r xmlns:w="http://schemas.openxmlformats.org/wordprocessingml/2006/main">
        <w:t xml:space="preserve">Babalik tayo sa kathang-isip na mesa ng laro ng pera na ipinakilala sa Ikalawang Aklat. </w:t>
      </w:r>
      <w:r xmlns:w="http://schemas.openxmlformats.org/wordprocessingml/2006/main">
        <w:rPr>
          <w:b/>
          <w:bCs/>
        </w:rPr>
        <w:t xml:space="preserve">Mahilig </w:t>
      </w:r>
      <w:r xmlns:w="http://schemas.openxmlformats.org/wordprocessingml/2006/main">
        <w:t xml:space="preserve">makakita ng mga flop at kung minsan ay mga tawag na may napakaraming mahihinang pares; </w:t>
      </w:r>
      <w:r xmlns:w="http://schemas.openxmlformats.org/wordprocessingml/2006/main">
        <w:rPr>
          <w:b/>
          <w:bCs/>
        </w:rPr>
        <w:t xml:space="preserve">si Vince Calder </w:t>
      </w:r>
      <w:r xmlns:w="http://schemas.openxmlformats.org/wordprocessingml/2006/main">
        <w:t xml:space="preserve">ay pumipili ng pagpasok at mas madalas na nagpakita ng malaking halaga sa ilog kaysa sa malalaking talampas sa ilog; </w:t>
      </w:r>
      <w:r xmlns:w="http://schemas.openxmlformats.org/wordprocessingml/2006/main">
        <w:rPr>
          <w:b/>
          <w:bCs/>
        </w:rPr>
        <w:t xml:space="preserve">si Lena Cruz </w:t>
      </w:r>
      <w:r xmlns:w="http://schemas.openxmlformats.org/wordprocessingml/2006/main">
        <w:t xml:space="preserve">ay gumagamit ng pressure at maaaring mag-bluff kapag dumating ang mga paborableng baraha; </w:t>
      </w:r>
      <w:r xmlns:w="http://schemas.openxmlformats.org/wordprocessingml/2006/main">
        <w:rPr>
          <w:b/>
          <w:bCs/>
        </w:rPr>
        <w:t xml:space="preserve">si Owen Pike </w:t>
      </w:r>
      <w:r xmlns:w="http://schemas.openxmlformats.org/wordprocessingml/2006/main">
        <w:t xml:space="preserve">ay medyo mababaw ang paglalaro; </w:t>
      </w:r>
      <w:r xmlns:w="http://schemas.openxmlformats.org/wordprocessingml/2006/main">
        <w:rPr>
          <w:b/>
          <w:bCs/>
        </w:rPr>
        <w:t xml:space="preserve">si Nico Bell </w:t>
      </w:r>
      <w:r xmlns:w="http://schemas.openxmlformats.org/wordprocessingml/2006/main">
        <w:t xml:space="preserve">ay sistematikong nag-iisip tungkol sa posisyon at mga saklaw; at </w:t>
      </w:r>
      <w:r xmlns:w="http://schemas.openxmlformats.org/wordprocessingml/2006/main">
        <w:rPr>
          <w:b/>
          <w:bCs/>
        </w:rPr>
        <w:t xml:space="preserve">si Ruth Mercer </w:t>
      </w:r>
      <w:r xmlns:w="http://schemas.openxmlformats.org/wordprocessingml/2006/main">
        <w:t xml:space="preserve">ay malalim ang isip at may kakayahang magbayad ng malalaking taya. Ito ay mga gumaganang obserbasyon, hindi mga personal na pagkakakilanlan o mga pangako tungkol sa pag-uugali sa hinaharap. Malinaw na tinutukoy ng mga talahanayan ng libro kung kailan ipinapalagay ang isa sa mga tendensiyang ito.</w:t>
      </w:r>
    </w:p>
    <w:bookmarkEnd w:id="21"/>
    <w:bookmarkStart w:id="22" w:name="how-to-study"/>
    <w:p>
      <w:pPr xmlns:w="http://schemas.openxmlformats.org/wordprocessingml/2006/main">
        <w:pStyle w:val="Heading3"/>
      </w:pPr>
      <w:r xmlns:w="http://schemas.openxmlformats.org/wordprocessingml/2006/main">
        <w:t xml:space="preserve">Paano mag-aral</w:t>
      </w:r>
    </w:p>
    <w:p>
      <w:pPr xmlns:w="http://schemas.openxmlformats.org/wordprocessingml/2006/main">
        <w:pStyle w:val="FirstParagraph"/>
      </w:pPr>
      <w:r xmlns:w="http://schemas.openxmlformats.org/wordprocessingml/2006/main">
        <w:t xml:space="preserve">Gumawa sa anim na galaw: </w:t>
      </w:r>
      <w:r xmlns:w="http://schemas.openxmlformats.org/wordprocessingml/2006/main">
        <w:rPr>
          <w:b/>
          <w:bCs/>
        </w:rPr>
        <w:t xml:space="preserve">unawain, obserbahan, kalkulahin, magpasya, ipaliwanag, pagsasanay </w:t>
      </w:r>
      <w:r xmlns:w="http://schemas.openxmlformats.org/wordprocessingml/2006/main">
        <w:t xml:space="preserve">. Sa bawat punto ng pagpapasya, isulat ang isang saklaw </w:t>
      </w:r>
      <w:r xmlns:w="http://schemas.openxmlformats.org/wordprocessingml/2006/main">
        <w:rPr>
          <w:i/>
          <w:iCs/>
        </w:rPr>
        <w:t xml:space="preserve">bago </w:t>
      </w:r>
      <w:r xmlns:w="http://schemas.openxmlformats.org/wordprocessingml/2006/main">
        <w:t xml:space="preserve">basahin ang solusyon. Itala ang mga partikular na klase ng kamay, hindi lamang ang 'malakas na bagay.' Bilangin ang mga kaugnay na kumbinasyon, ipaliwanag kung aling mga dalas ng aksyon ang iyong ipinapalagay, at alamin ang presyong iyong kakaharapin. Pagkatapos suriin ang sagot, baguhin ang isang baryabol: isang blocker, isang turn card, isang stack, isang laki ng taya, o ang posibleng dalas ng agresyon ng kalaban. Ang isang perpektong iskor sa mga isinaulong sagot ay hindi gaanong kapaki-pakinabang kaysa sa pagpansin kung kailan nagiging marupok ang iyong hinuha.</w:t>
      </w:r>
    </w:p>
    <w:p>
      <w:pPr xmlns:w="http://schemas.openxmlformats.org/wordprocessingml/2006/main">
        <w:pStyle w:val="BodyText"/>
      </w:pPr>
      <w:r xmlns:w="http://schemas.openxmlformats.org/wordprocessingml/2006/main">
        <w:t xml:space="preserve">Ang mga pagsasanay sa kabanata ay nag-aalok ng apat na pagpipilian ng sagot at mga paliwanag. Ang iba pang mga aktibidad ay humihiling sa iyo na bumuo ng mga saklaw, tantyahin ang mga frequency, at tukuyin ang mga hindi wastong hinuha. Sinusubukan ng pangwakas na pagsusulit ang parehong mga pamamaraan sa mga hindi pamilyar na sitwasyon. Ang isang 'pinakamahusay' na estratehikong aksyon ay pinakamahusay lamang sa ilalim ng mga nakasaad na kundisyon; ang susi sa sagot ay nagpapaiba sa eksaktong aritmetika mula sa mga kontingente na estratehikong rekomendasyon.</w:t>
      </w:r>
    </w:p>
    <w:bookmarkEnd w:id="22"/>
    <w:bookmarkStart w:id="23" w:name="the-standing-six-question-range-audit"/>
    <w:p>
      <w:pPr xmlns:w="http://schemas.openxmlformats.org/wordprocessingml/2006/main">
        <w:pStyle w:val="Heading3"/>
      </w:pPr>
      <w:r xmlns:w="http://schemas.openxmlformats.org/wordprocessingml/2006/main">
        <w:t xml:space="preserve">Ang nakatayong anim na tanong na saklaw ng pag-audit</w:t>
      </w:r>
    </w:p>
    <w:p>
      <w:pPr xmlns:w="http://schemas.openxmlformats.org/wordprocessingml/2006/main">
        <w:pStyle w:val="Compact"/>
        <w:numPr>
          <w:ilvl w:val="0"/>
          <w:numId w:val="1001"/>
        </w:numPr>
      </w:pPr>
      <w:r xmlns:w="http://schemas.openxmlformats.org/wordprocessingml/2006/main">
        <w:t xml:space="preserve">Anong mga kamay ang kayang gamitin ng kalaban na ito para maabot ang kalye, batay sa posisyon at mga nakaraang aksyon?</w:t>
      </w:r>
    </w:p>
    <w:p>
      <w:pPr xmlns:w="http://schemas.openxmlformats.org/wordprocessingml/2006/main">
        <w:pStyle w:val="Compact"/>
        <w:numPr>
          <w:ilvl w:val="0"/>
          <w:numId w:val="1001"/>
        </w:numPr>
      </w:pPr>
      <w:r xmlns:w="http://schemas.openxmlformats.org/wordprocessingml/2006/main">
        <w:t xml:space="preserve">Alin sa mga kamay na iyon ang posible pagkatapos tanggalin ang mga kilalang baraha?</w:t>
      </w:r>
    </w:p>
    <w:p>
      <w:pPr xmlns:w="http://schemas.openxmlformats.org/wordprocessingml/2006/main">
        <w:pStyle w:val="Compact"/>
        <w:numPr>
          <w:ilvl w:val="0"/>
          <w:numId w:val="1001"/>
        </w:numPr>
      </w:pPr>
      <w:r xmlns:w="http://schemas.openxmlformats.org/wordprocessingml/2006/main">
        <w:t xml:space="preserve">Gaano kadalas gagawin ng bawat magagamit na kumbinasyon ang naobserbahang aksyon?</w:t>
      </w:r>
    </w:p>
    <w:p>
      <w:pPr xmlns:w="http://schemas.openxmlformats.org/wordprocessingml/2006/main">
        <w:pStyle w:val="Compact"/>
        <w:numPr>
          <w:ilvl w:val="0"/>
          <w:numId w:val="1001"/>
        </w:numPr>
      </w:pPr>
      <w:r xmlns:w="http://schemas.openxmlformats.org/wordprocessingml/2006/main">
        <w:t xml:space="preserve">Aling mga natitirang kamay ang tumalo sa Hero, alin ang natalo, at alin ang tabla?</w:t>
      </w:r>
    </w:p>
    <w:p>
      <w:pPr xmlns:w="http://schemas.openxmlformats.org/wordprocessingml/2006/main">
        <w:pStyle w:val="Compact"/>
        <w:numPr>
          <w:ilvl w:val="0"/>
          <w:numId w:val="1001"/>
        </w:numPr>
      </w:pPr>
      <w:r xmlns:w="http://schemas.openxmlformats.org/wordprocessingml/2006/main">
        <w:t xml:space="preserve">Ano ang hinihingi ng kasalukuyang presyo—at mayroon bang mga taya o rake sa hinaharap na dapat isaalang-alang?</w:t>
      </w:r>
    </w:p>
    <w:p>
      <w:pPr xmlns:w="http://schemas.openxmlformats.org/wordprocessingml/2006/main">
        <w:pStyle w:val="Compact"/>
        <w:numPr>
          <w:ilvl w:val="0"/>
          <w:numId w:val="1001"/>
        </w:numPr>
      </w:pPr>
      <w:r xmlns:w="http://schemas.openxmlformats.org/wordprocessingml/2006/main">
        <w:t xml:space="preserve">Gaano kasensitibo ang desisyon sa isang maling palagay ng dalas?</w:t>
      </w:r>
    </w:p>
    <w:bookmarkEnd w:id="23"/>
    <w:bookmarkStart w:id="24" w:name="contents"/>
    <w:p>
      <w:pPr xmlns:w="http://schemas.openxmlformats.org/wordprocessingml/2006/main">
        <w:pStyle w:val="Heading3"/>
      </w:pPr>
      <w:r xmlns:w="http://schemas.openxmlformats.org/wordprocessingml/2006/main">
        <w:t xml:space="preserve">Mga Nilalaman</w:t>
      </w:r>
    </w:p>
    <w:p>
      <w:pPr xmlns:w="http://schemas.openxmlformats.org/wordprocessingml/2006/main">
        <w:pStyle w:val="Compact"/>
        <w:numPr>
          <w:ilvl w:val="0"/>
          <w:numId w:val="1002"/>
        </w:numPr>
      </w:pPr>
      <w:r xmlns:w="http://schemas.openxmlformats.org/wordprocessingml/2006/main">
        <w:t xml:space="preserve">Itigil ang Paghula sa Isang Kamay</w:t>
      </w:r>
    </w:p>
    <w:p>
      <w:pPr xmlns:w="http://schemas.openxmlformats.org/wordprocessingml/2006/main">
        <w:pStyle w:val="Compact"/>
        <w:numPr>
          <w:ilvl w:val="0"/>
          <w:numId w:val="1002"/>
        </w:numPr>
      </w:pPr>
      <w:r xmlns:w="http://schemas.openxmlformats.org/wordprocessingml/2006/main">
        <w:t xml:space="preserve">Mula sa mga Klase sa Panimulang Kamay hanggang sa Eksaktong mga Kombinasyon</w:t>
      </w:r>
    </w:p>
    <w:p>
      <w:pPr xmlns:w="http://schemas.openxmlformats.org/wordprocessingml/2006/main">
        <w:pStyle w:val="Compact"/>
        <w:numPr>
          <w:ilvl w:val="0"/>
          <w:numId w:val="1002"/>
        </w:numPr>
      </w:pPr>
      <w:r xmlns:w="http://schemas.openxmlformats.org/wordprocessingml/2006/main">
        <w:t xml:space="preserve">Posisyon at ang Unang Saklaw</w:t>
      </w:r>
    </w:p>
    <w:p>
      <w:pPr xmlns:w="http://schemas.openxmlformats.org/wordprocessingml/2006/main">
        <w:pStyle w:val="Compact"/>
        <w:numPr>
          <w:ilvl w:val="0"/>
          <w:numId w:val="1002"/>
        </w:numPr>
      </w:pPr>
      <w:r xmlns:w="http://schemas.openxmlformats.org/wordprocessingml/2006/main">
        <w:t xml:space="preserve">Mga Pagtaas, Tawag, at Tatlong Taya Bago ang Flop</w:t>
      </w:r>
    </w:p>
    <w:p>
      <w:pPr xmlns:w="http://schemas.openxmlformats.org/wordprocessingml/2006/main">
        <w:pStyle w:val="Compact"/>
        <w:numPr>
          <w:ilvl w:val="0"/>
          <w:numId w:val="1002"/>
        </w:numPr>
      </w:pPr>
      <w:r xmlns:w="http://schemas.openxmlformats.org/wordprocessingml/2006/main">
        <w:t xml:space="preserve">Paano Nagbabanggaan ang mga Board sa mga Range</w:t>
      </w:r>
    </w:p>
    <w:p>
      <w:pPr xmlns:w="http://schemas.openxmlformats.org/wordprocessingml/2006/main">
        <w:pStyle w:val="Compact"/>
        <w:numPr>
          <w:ilvl w:val="0"/>
          <w:numId w:val="1002"/>
        </w:numPr>
      </w:pPr>
      <w:r xmlns:w="http://schemas.openxmlformats.org/wordprocessingml/2006/main">
        <w:t xml:space="preserve">Pag-update ng mga Paniniwala sa Flop</w:t>
      </w:r>
    </w:p>
    <w:p>
      <w:pPr xmlns:w="http://schemas.openxmlformats.org/wordprocessingml/2006/main">
        <w:pStyle w:val="Compact"/>
        <w:numPr>
          <w:ilvl w:val="0"/>
          <w:numId w:val="1002"/>
        </w:numPr>
      </w:pPr>
      <w:r xmlns:w="http://schemas.openxmlformats.org/wordprocessingml/2006/main">
        <w:t xml:space="preserve">Presyon ng Pagliko, Mga Nakatakdang Saklaw, at Mga Pagbabago sa Saklaw</w:t>
      </w:r>
    </w:p>
    <w:p>
      <w:pPr xmlns:w="http://schemas.openxmlformats.org/wordprocessingml/2006/main">
        <w:pStyle w:val="Compact"/>
        <w:numPr>
          <w:ilvl w:val="0"/>
          <w:numId w:val="1002"/>
        </w:numPr>
      </w:pPr>
      <w:r xmlns:w="http://schemas.openxmlformats.org/wordprocessingml/2006/main">
        <w:t xml:space="preserve">Ang Ilog: Value Hands, Bluffs, at Calls</w:t>
      </w:r>
    </w:p>
    <w:p>
      <w:pPr xmlns:w="http://schemas.openxmlformats.org/wordprocessingml/2006/main">
        <w:pStyle w:val="Compact"/>
        <w:numPr>
          <w:ilvl w:val="0"/>
          <w:numId w:val="1002"/>
        </w:numPr>
      </w:pPr>
      <w:r xmlns:w="http://schemas.openxmlformats.org/wordprocessingml/2006/main">
        <w:t xml:space="preserve">Mga Blocker, Unblocker, at Pag-alis ng Card</w:t>
      </w:r>
    </w:p>
    <w:p>
      <w:pPr xmlns:w="http://schemas.openxmlformats.org/wordprocessingml/2006/main">
        <w:pStyle w:val="Compact"/>
        <w:numPr>
          <w:ilvl w:val="0"/>
          <w:numId w:val="1002"/>
        </w:numPr>
      </w:pPr>
      <w:r xmlns:w="http://schemas.openxmlformats.org/wordprocessingml/2006/main">
        <w:t xml:space="preserve">Polarisasyon, Pagsukat ng Taya, at Benepisyo ng Nut</w:t>
      </w:r>
    </w:p>
    <w:p>
      <w:pPr xmlns:w="http://schemas.openxmlformats.org/wordprocessingml/2006/main">
        <w:pStyle w:val="Compact"/>
        <w:numPr>
          <w:ilvl w:val="0"/>
          <w:numId w:val="1002"/>
        </w:numPr>
      </w:pPr>
      <w:r xmlns:w="http://schemas.openxmlformats.org/wordprocessingml/2006/main">
        <w:t xml:space="preserve">Mga Saklaw na Tinimbang at Kalidad ng Ebidensya</w:t>
      </w:r>
    </w:p>
    <w:p>
      <w:pPr xmlns:w="http://schemas.openxmlformats.org/wordprocessingml/2006/main">
        <w:pStyle w:val="Compact"/>
        <w:numPr>
          <w:ilvl w:val="0"/>
          <w:numId w:val="1002"/>
        </w:numPr>
      </w:pPr>
      <w:r xmlns:w="http://schemas.openxmlformats.org/wordprocessingml/2006/main">
        <w:t xml:space="preserve">Mga Kalaban na Multiway Hands at Live Cash</w:t>
      </w:r>
    </w:p>
    <w:p>
      <w:pPr xmlns:w="http://schemas.openxmlformats.org/wordprocessingml/2006/main">
        <w:pStyle w:val="Compact"/>
        <w:numPr>
          <w:ilvl w:val="0"/>
          <w:numId w:val="1002"/>
        </w:numPr>
      </w:pPr>
      <w:r xmlns:w="http://schemas.openxmlformats.org/wordprocessingml/2006/main">
        <w:t xml:space="preserve">Pagsasamantala sa mga Pattern Nang Hindi Nag-iimbento ng mga Babasahin</w:t>
      </w:r>
    </w:p>
    <w:p>
      <w:pPr xmlns:w="http://schemas.openxmlformats.org/wordprocessingml/2006/main">
        <w:pStyle w:val="Compact"/>
        <w:numPr>
          <w:ilvl w:val="0"/>
          <w:numId w:val="1002"/>
        </w:numPr>
      </w:pPr>
      <w:r xmlns:w="http://schemas.openxmlformats.org/wordprocessingml/2006/main">
        <w:t xml:space="preserve">Ang Pinagsamang Proseso ng Pagbasa Gamit ang Kamay</w:t>
      </w:r>
    </w:p>
    <w:p>
      <w:pPr xmlns:w="http://schemas.openxmlformats.org/wordprocessingml/2006/main">
        <w:pStyle w:val="Compact"/>
        <w:numPr>
          <w:ilvl w:val="0"/>
          <w:numId w:val="1002"/>
        </w:numPr>
      </w:pPr>
      <w:r xmlns:w="http://schemas.openxmlformats.org/wordprocessingml/2006/main">
        <w:t xml:space="preserve">Ang Mga Pangunahing Kaso: Labindalawang Imbestigasyon</w:t>
      </w:r>
    </w:p>
    <w:p>
      <w:pPr xmlns:w="http://schemas.openxmlformats.org/wordprocessingml/2006/main">
        <w:pStyle w:val="Compact"/>
        <w:numPr>
          <w:ilvl w:val="0"/>
          <w:numId w:val="1002"/>
        </w:numPr>
      </w:pPr>
      <w:r xmlns:w="http://schemas.openxmlformats.org/wordprocessingml/2006/main">
        <w:t xml:space="preserve">Pangwakas na Pagsusulit, Mga Solusyon, at Mesa ng Sanggunian</w:t>
      </w:r>
    </w:p>
    <w:p>
      <w:r>
        <w:pict>
          <v:rect style="width:0;height:1.5pt" o:hralign="center" o:hrstd="t" o:hr="t"/>
        </w:pict>
      </w:r>
    </w:p>
    <w:bookmarkEnd w:id="24"/>
    <w:bookmarkEnd w:id="25"/>
    <w:bookmarkEnd w:id="26"/>
    <w:bookmarkStart w:id="38" w:name="stop-guessing-one-hand"/>
    <w:p>
      <w:pPr xmlns:w="http://schemas.openxmlformats.org/wordprocessingml/2006/main">
        <w:pStyle w:val="Heading1"/>
      </w:pPr>
      <w:r xmlns:w="http://schemas.openxmlformats.org/wordprocessingml/2006/main">
        <w:t xml:space="preserve">1. Itigil ang Paghula Gamit ang Isang Kamay</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Gawing isang malinaw na hanay ng mga kandidatong hawak ang isang malabong pagbasa gamit ang isang kamay, at kilalanin kung bakit ang katiyakan ay karaniwang isang estratehikong pagkakamali. </w:t>
      </w:r>
      <w:r xmlns:w="http://schemas.openxmlformats.org/wordprocessingml/2006/main">
        <w:rPr>
          <w:b/>
          <w:bCs/>
        </w:rPr>
        <w:t xml:space="preserve">Antas: </w:t>
      </w:r>
      <w:r xmlns:w="http://schemas.openxmlformats.org/wordprocessingml/2006/main">
        <w:t xml:space="preserve">Pundamental hanggang panggitna.</w:t>
      </w:r>
    </w:p>
    <w:p>
      <w:pPr xmlns:w="http://schemas.openxmlformats.org/wordprocessingml/2006/main">
        <w:pStyle w:val="BodyText"/>
      </w:pPr>
      <w:r xmlns:w="http://schemas.openxmlformats.org/wordprocessingml/2006/main">
        <w:t xml:space="preserve">Ang isang manlalaro ay magtataas bago ang flop, tataya sa continuation-high board gamit ang ace, at ipapasa ang river. Ang 'He has ace-king' ay parang read. Ito ay isang hula, at kadalasan ay isang masamang hula. Ang parehong pagkakasunod-sunod ng pagtaya ay maaari ring magmula sa ace-queen, ace-jack, isang set, isang hindi natamaan na tabla, at marahil isang maingat na piniling bluff. Ang layunin ng isang range ay hindi upang ilista ang bawat posibleng kamay: ito ay upang panatilihin ang lahat ng </w:t>
      </w:r>
      <w:r xmlns:w="http://schemas.openxmlformats.org/wordprocessingml/2006/main">
        <w:rPr>
          <w:i/>
          <w:iCs/>
        </w:rPr>
        <w:t xml:space="preserve">posibleng </w:t>
      </w:r>
      <w:r xmlns:w="http://schemas.openxmlformats.org/wordprocessingml/2006/main">
        <w:t xml:space="preserve">mga kamay sa kalkulasyon nang hindi nagpapanggap na may isang partikular na kumbinasyon na naibunyag.</w:t>
      </w:r>
    </w:p>
    <w:p>
      <w:pPr xmlns:w="http://schemas.openxmlformats.org/wordprocessingml/2006/main">
        <w:pStyle w:val="BodyText"/>
      </w:pPr>
      <w:r xmlns:w="http://schemas.openxmlformats.org/wordprocessingml/2006/main">
        <w:t xml:space="preserve">Ang </w:t>
      </w:r>
      <w:r xmlns:w="http://schemas.openxmlformats.org/wordprocessingml/2006/main">
        <w:rPr>
          <w:b/>
          <w:bCs/>
        </w:rPr>
        <w:t xml:space="preserve">range </w:t>
      </w:r>
      <w:r xmlns:w="http://schemas.openxmlformats.org/wordprocessingml/2006/main">
        <w:t xml:space="preserve">ay isang koleksyon ng mga kamay na nakatalaga sa isang manlalaro sa isang partikular na punto. Ang </w:t>
      </w:r>
      <w:r xmlns:w="http://schemas.openxmlformats.org/wordprocessingml/2006/main">
        <w:rPr>
          <w:b/>
          <w:bCs/>
        </w:rPr>
        <w:t xml:space="preserve">weighted range </w:t>
      </w:r>
      <w:r xmlns:w="http://schemas.openxmlformats.org/wordprocessingml/2006/main">
        <w:t xml:space="preserve">ay nagdaragdag ng probabilidad o dalas sa bawat kamay o klase ng kamay. Bago gamitin ang alinman, sabihin ang setting: format ng laro, posisyon, lalim ng stack, nakaraang aksyon, at kung ano ang iyong aktwal na naobserbahan. Ang 'Button opens 40% of hands' ay walang kahulugan maliban kung alam mo kung ang porsyentong iyon ay nagmula sa isang nasukat na manlalaro, isang hipotetikal na halimbawa, o isang partikular na configuration ng solver. Sa buong tomo na ito, ang mga porsyento ay nagtuturo ng mga pagpapalagay maliban kung may ibang natukoy.</w:t>
      </w:r>
    </w:p>
    <w:bookmarkStart w:id="27" w:name="build-the-first-range-in-three-passes"/>
    <w:p>
      <w:pPr xmlns:w="http://schemas.openxmlformats.org/wordprocessingml/2006/main">
        <w:pStyle w:val="Heading2"/>
      </w:pPr>
      <w:r xmlns:w="http://schemas.openxmlformats.org/wordprocessingml/2006/main">
        <w:t xml:space="preserve">Buuin ang unang saklaw sa tatlong pasada</w:t>
      </w:r>
    </w:p>
    <w:p>
      <w:pPr xmlns:w="http://schemas.openxmlformats.org/wordprocessingml/2006/main">
        <w:pStyle w:val="FirstParagraph"/>
      </w:pPr>
      <w:r xmlns:w="http://schemas.openxmlformats.org/wordprocessingml/2006/main">
        <w:rPr>
          <w:b/>
          <w:bCs/>
        </w:rPr>
        <w:t xml:space="preserve">Pasa isa: pagkakataon. </w:t>
      </w:r>
      <w:r xmlns:w="http://schemas.openxmlformats.org/wordprocessingml/2006/main">
        <w:t xml:space="preserve">Saan naganap ang aksyon? Ang isang manlalarong nagbukas sa ilalim ng baril gamit ang siyam na kamay ay karaniwang may ibang distribusyon mula sa isang manlalarong nagbukas ng buton. Ang pagtaas pagkatapos ng maraming pag-indak ay hindi katulad ng isang open raise. Ang range ay dapat magsimula </w:t>
      </w:r>
      <w:r xmlns:w="http://schemas.openxmlformats.org/wordprocessingml/2006/main">
        <w:rPr>
          <w:i/>
          <w:iCs/>
        </w:rPr>
        <w:t xml:space="preserve">bago </w:t>
      </w:r>
      <w:r xmlns:w="http://schemas.openxmlformats.org/wordprocessingml/2006/main">
        <w:t xml:space="preserve">mo makita ang flop, hindi bilang isang retrospektibong kuwento tungkol sa isang nakakatakot na river card.</w:t>
      </w:r>
    </w:p>
    <w:p>
      <w:pPr xmlns:w="http://schemas.openxmlformats.org/wordprocessingml/2006/main">
        <w:pStyle w:val="BodyText"/>
      </w:pPr>
      <w:r xmlns:w="http://schemas.openxmlformats.org/wordprocessingml/2006/main">
        <w:rPr>
          <w:b/>
          <w:bCs/>
        </w:rPr>
        <w:t xml:space="preserve">Ipasa ang dalawa: posibleng mga kumbinasyon. </w:t>
      </w:r>
      <w:r xmlns:w="http://schemas.openxmlformats.org/wordprocessingml/2006/main">
        <w:t xml:space="preserve">Ang isang kategorya ng kamay tulad ng AK ay binubuo ng labing-anim na natatanging kombinasyon ng dalawang baraha bago ilantad ang anumang baraha. Ang isang pares tulad ng QQ ay anim na kombinasyon; ang AK na angkop ay apat. Ang kilalang board at ang iyong sariling mga baraha ay nag-aalis ng mga partikular na kumbinasyon. Hindi ito opsyonal na dekorasyon. Kung ang posibleng saklaw ng halaga ng kalaban ay naglalaman lamang ng anim na kumbinasyon, ang pag-aalis ng dalawa ay maaaring magpabago sa buong desisyon ng river.</w:t>
      </w:r>
    </w:p>
    <w:p>
      <w:pPr xmlns:w="http://schemas.openxmlformats.org/wordprocessingml/2006/main">
        <w:pStyle w:val="BodyText"/>
      </w:pPr>
      <w:r xmlns:w="http://schemas.openxmlformats.org/wordprocessingml/2006/main">
        <w:rPr>
          <w:b/>
          <w:bCs/>
        </w:rPr>
        <w:t xml:space="preserve">Ikatlong pasa: posibilidad ng aksyon. </w:t>
      </w:r>
      <w:r xmlns:w="http://schemas.openxmlformats.org/wordprocessingml/2006/main">
        <w:t xml:space="preserve">Maaaring tumaya ang isang manlalaro ng nangungunang pares sa river halos sa bawat pagkakataon, suriin ang mga pares na may katamtamang lakas, at mag-bluff ng isang bahagi ng mga hindi natamaang draw. Ang isa naman ay hindi. Ang obserbasyon na 'taya ng $100' ay ginagawang mas malamang ang ilang posibleng kamay at ang iba ay mas maliit ang posibilidad. Hindi nito mahiwagang binubura ang bawat kamay na maaaring gamitin ng kalaban para makagawa ng isang hindi pangkaraniwang paglalaro.</w:t>
      </w:r>
    </w:p>
    <w:p>
      <w:pPr xmlns:w="http://schemas.openxmlformats.org/wordprocessingml/2006/main">
        <w:pStyle w:val="BodyText"/>
      </w:pPr>
      <w:r xmlns:w="http://schemas.openxmlformats.org/wordprocessingml/2006/main">
        <w:t xml:space="preserve">Ang pangunahing disiplina ay ang paghihiwalay ng </w:t>
      </w:r>
      <w:r xmlns:w="http://schemas.openxmlformats.org/wordprocessingml/2006/main">
        <w:rPr>
          <w:i/>
          <w:iCs/>
        </w:rPr>
        <w:t xml:space="preserve">katiyakan tungkol sa mga kumbinasyon </w:t>
      </w:r>
      <w:r xmlns:w="http://schemas.openxmlformats.org/wordprocessingml/2006/main">
        <w:t xml:space="preserve">mula sa </w:t>
      </w:r>
      <w:r xmlns:w="http://schemas.openxmlformats.org/wordprocessingml/2006/main">
        <w:rPr>
          <w:i/>
          <w:iCs/>
        </w:rPr>
        <w:t xml:space="preserve">kawalang-katiyakan tungkol sa pag-uugali </w:t>
      </w:r>
      <w:r xmlns:w="http://schemas.openxmlformats.org/wordprocessingml/2006/main">
        <w:t xml:space="preserve">. Maaari nating patunayan ang isang bilang. Hindi natin mapapatunayan ang intensyon ng isang tao mula sa isang galaw ng chip. Isulat ang pareho nang hiwalay.</w:t>
      </w:r>
    </w:p>
    <w:bookmarkEnd w:id="27"/>
    <w:bookmarkStart w:id="28" w:name="Xead05bdb35f3ae6952600d6a812bce9c311bd03"/>
    <w:p>
      <w:pPr xmlns:w="http://schemas.openxmlformats.org/wordprocessingml/2006/main">
        <w:pStyle w:val="Heading2"/>
      </w:pPr>
      <w:r xmlns:w="http://schemas.openxmlformats.org/wordprocessingml/2006/main">
        <w:t xml:space="preserve">Nagtrabahong halimbawa: ang taya ay hindi tumutukoy sa isang kamay</w:t>
      </w:r>
    </w:p>
    <w:p>
      <w:pPr xmlns:w="http://schemas.openxmlformats.org/wordprocessingml/2006/main">
        <w:pStyle w:val="FirstParagraph"/>
      </w:pPr>
      <w:r xmlns:w="http://schemas.openxmlformats.org/wordprocessingml/2006/main">
        <w:t xml:space="preserve">Ang $1/$2 na cash pot ay heads-up sa river, na may $120 sa gitna bago ang aksyon. Ang board ay K♠9♦6♣3♥2♠. Ang Hero ay may K♦J♦ at mga tseke. Ang kontrabida ay tumataya ng $80. Ang minimum equity ng Hero para sa isang call ay 80/(120+80+80)= </w:t>
      </w:r>
      <w:r xmlns:w="http://schemas.openxmlformats.org/wordprocessingml/2006/main">
        <w:rPr>
          <w:b/>
          <w:bCs/>
        </w:rPr>
        <w:t xml:space="preserve">28.57% </w:t>
      </w:r>
      <w:r xmlns:w="http://schemas.openxmlformats.org/wordprocessingml/2006/main">
        <w:t xml:space="preserve">, hindi pinapansin ang rake at ties. Ipagpalagay na para sa layunin ng pagtuturo, ang aktwal na hanay ng pagtaya ng kontrabida ay binubuo ng </w:t>
      </w:r>
      <w:r xmlns:w="http://schemas.openxmlformats.org/wordprocessingml/2006/main">
        <w:rPr>
          <w:b/>
          <w:bCs/>
        </w:rPr>
        <w:t xml:space="preserve">10 available na kamay na tumalo sa Hero </w:t>
      </w:r>
      <w:r xmlns:w="http://schemas.openxmlformats.org/wordprocessingml/2006/main">
        <w:t xml:space="preserve">at </w:t>
      </w:r>
      <w:r xmlns:w="http://schemas.openxmlformats.org/wordprocessingml/2006/main">
        <w:rPr>
          <w:b/>
          <w:bCs/>
        </w:rPr>
        <w:t xml:space="preserve">5 available na bluff na natatalo ng Hero </w:t>
      </w:r>
      <w:r xmlns:w="http://schemas.openxmlformats.org/wordprocessingml/2006/main">
        <w:t xml:space="preserve">, bawat isa ay pantay ang timbang, nang walang ties. Nanalo ang Hero ng 5/15 = 33.33% at ang calling ay may inaasahang halaga na (5/15)×200 − (10/15)×80 = </w:t>
      </w:r>
      <w:r xmlns:w="http://schemas.openxmlformats.org/wordprocessingml/2006/main">
        <w:rPr>
          <w:b/>
          <w:bCs/>
        </w:rPr>
        <w:t xml:space="preserve">+$13.33 </w:t>
      </w:r>
      <w:r xmlns:w="http://schemas.openxmlformats.org/wordprocessingml/2006/main">
        <w:t xml:space="preserve">, gamit ang $200 na pot na available na para manalo kapag nakaharap sa taya. Kung ang bilang ng mga bluff ay bababa sa tatlo habang nananatili ang sampung kombinasyon ng halaga, ang equity ay magiging 3/13 = 23.08% at ang calling ay malulugi ng humigit-kumulang $15.38 bawat tawag.</w:t>
      </w:r>
    </w:p>
    <w:p>
      <w:pPr xmlns:w="http://schemas.openxmlformats.org/wordprocessingml/2006/main">
        <w:pStyle w:val="BodyText"/>
      </w:pPr>
      <w:r xmlns:w="http://schemas.openxmlformats.org/wordprocessingml/2006/main">
        <w:t xml:space="preserve">Hindi sinasabi ng halimbawa na ang KJ ay palaging isang tawag o na ang partikular na board na ito ay natural na gumagawa ng eksaktong mga saklaw na iyon. Ito ay nagpapatunay ng isang mas makitid at mas kapaki-pakinabang na aral: </w:t>
      </w:r>
      <w:r xmlns:w="http://schemas.openxmlformats.org/wordprocessingml/2006/main">
        <w:rPr>
          <w:b/>
          <w:bCs/>
        </w:rPr>
        <w:t xml:space="preserve">ang ratio ng mga kamay na nananalo sa mga kamay na natatalo ay dapat ihambing sa presyo </w:t>
      </w:r>
      <w:r xmlns:w="http://schemas.openxmlformats.org/wordprocessingml/2006/main">
        <w:t xml:space="preserve">. Kung matuklasan mo sa kalaunan na madalas na sinusuri ng kalaban ang kanilang mga hindi natamaang tabla, dapat mong baguhin ang bahagi ng bluff sa halip na ipagtanggol ang iyong unang hula.</w:t>
      </w:r>
    </w:p>
    <w:p>
      <w:pPr xmlns:w="http://schemas.openxmlformats.org/wordprocessingml/2006/main">
        <w:pStyle w:val="Compact"/>
        <w:numPr>
          <w:ilvl w:val="0"/>
          <w:numId w:val="1003"/>
        </w:numPr>
      </w:pPr>
      <w:r xmlns:w="http://schemas.openxmlformats.org/wordprocessingml/2006/main">
        <w:rPr>
          <w:b/>
          <w:bCs/>
        </w:rPr>
        <w:t xml:space="preserve">Isang mahigpit na manlalaro ang maagang nagtataas ng bola </w:t>
      </w:r>
      <w:r xmlns:w="http://schemas.openxmlformats.org/wordprocessingml/2006/main">
        <w:t xml:space="preserve">— Nakakaakit na labis na pahayag: 'Mayroon siyang mga alas'; Disiplinadong pahayag: 'Ang malalakas na kamay ay tumatanggap ng mas maraming bigat sa kanyang saklaw ng pagtataas'</w:t>
      </w:r>
    </w:p>
    <w:p>
      <w:pPr xmlns:w="http://schemas.openxmlformats.org/wordprocessingml/2006/main">
        <w:pStyle w:val="Compact"/>
        <w:numPr>
          <w:ilvl w:val="0"/>
          <w:numId w:val="1003"/>
        </w:numPr>
      </w:pPr>
      <w:r xmlns:w="http://schemas.openxmlformats.org/wordprocessingml/2006/main">
        <w:rPr>
          <w:b/>
          <w:bCs/>
        </w:rPr>
        <w:t xml:space="preserve">Tinawag ng isang loose player na flop ang laro </w:t>
      </w:r>
      <w:r xmlns:w="http://schemas.openxmlformats.org/wordprocessingml/2006/main">
        <w:t xml:space="preserve">— Nakakaakit na labis na pahayag: 'Tabla siya'; Disiplinadong pahayag: 'Maaari siyang magpatuloy sa mga tabla, pares, at ilang mabagal na paglalaro'</w:t>
      </w:r>
    </w:p>
    <w:p>
      <w:pPr xmlns:w="http://schemas.openxmlformats.org/wordprocessingml/2006/main">
        <w:pStyle w:val="Compact"/>
        <w:numPr>
          <w:ilvl w:val="0"/>
          <w:numId w:val="1003"/>
        </w:numPr>
      </w:pPr>
      <w:r xmlns:w="http://schemas.openxmlformats.org/wordprocessingml/2006/main">
        <w:rPr>
          <w:b/>
          <w:bCs/>
        </w:rPr>
        <w:t xml:space="preserve">Isang pasibong manlalaro ang tumataya nang malaki sa river </w:t>
      </w:r>
      <w:r xmlns:w="http://schemas.openxmlformats.org/wordprocessingml/2006/main">
        <w:t xml:space="preserve">— Nakakaakit na pagmamalabis: 'Hindi siya kailanman nag-bluff'; Disiplinadong pahayag: 'Ang kanyang naobserbahang kasaysayan ay maaaring magbigay-katwiran sa pagtatalaga ng mas kaunting mga kumbinasyon ng bluff'</w:t>
      </w:r>
    </w:p>
    <w:p>
      <w:pPr xmlns:w="http://schemas.openxmlformats.org/wordprocessingml/2006/main">
        <w:pStyle w:val="Compact"/>
        <w:numPr>
          <w:ilvl w:val="0"/>
          <w:numId w:val="1003"/>
        </w:numPr>
      </w:pPr>
      <w:r xmlns:w="http://schemas.openxmlformats.org/wordprocessingml/2006/main">
        <w:rPr>
          <w:b/>
          <w:bCs/>
        </w:rPr>
        <w:t xml:space="preserve">Nakumpleto na ng ilog ang isang pag-flush </w:t>
      </w:r>
      <w:r xmlns:w="http://schemas.openxmlformats.org/wordprocessingml/2006/main">
        <w:t xml:space="preserve">— Nakakaakit na pagmamalabis: 'Siya ang gumawa ng pag-flush'; Disiplinadong pahayag: 'Posible na ang mga pag-flush; bilangin kung alin ang umaabot sa ilog'</w:t>
      </w:r>
    </w:p>
    <w:bookmarkEnd w:id="28"/>
    <w:bookmarkStart w:id="30" w:name="the-evidence-ledger"/>
    <w:p>
      <w:pPr xmlns:w="http://schemas.openxmlformats.org/wordprocessingml/2006/main">
        <w:pStyle w:val="Heading2"/>
      </w:pPr>
      <w:r xmlns:w="http://schemas.openxmlformats.org/wordprocessingml/2006/main">
        <w:t xml:space="preserve">Ang talaan ng ebidensya</w:t>
      </w:r>
    </w:p>
    <w:p>
      <w:pPr xmlns:w="http://schemas.openxmlformats.org/wordprocessingml/2006/main">
        <w:pStyle w:val="FirstParagraph"/>
      </w:pPr>
      <w:r xmlns:w="http://schemas.openxmlformats.org/wordprocessingml/2006/main">
        <w:t xml:space="preserve">Isulat ang aksyon, posisyon, sukat, board, at anumang ipinakitang baraha. Itala ang bilang ng mga maihahambing na pagkakataon. Kung may nagpakita ng isang bluff pagkatapos ng isang malaking taya, isa lamang itong obserbasyon, hindi ito lisensya para ipagpalagay na ang manlalaro ay nag-bluff sa kalahati ng oras. Maging maingat lalo na sa mga dramatikong showdown: ang mga hindi pangkaraniwang kamay ay hindi malilimutan, ngunit ang isang tahimik na fold ay halos walang direktang impormasyon tungkol sa mga nakatagong baraha.</w:t>
      </w:r>
    </w:p>
    <w:p>
      <w:pPr xmlns:w="http://schemas.openxmlformats.org/wordprocessingml/2006/main">
        <w:pStyle w:val="BodyText"/>
      </w:pPr>
      <w:r xmlns:w="http://schemas.openxmlformats.org/wordprocessingml/2006/main">
        <w:rPr>
          <w:b/>
          <w:bCs/>
        </w:rPr>
        <w:t xml:space="preserve">Checkpoint para sa desisyon. </w:t>
      </w:r>
      <w:r xmlns:w="http://schemas.openxmlformats.org/wordprocessingml/2006/main">
        <w:t xml:space="preserve">Hawak mo ang pangalawang pares at haharap sa isang taya na kasinglaki ng pot mula sa isang taong nakapagpakita lang ng dalawang kamay ngayong gabi. Ikaw ba ay: (A) tatawag dahil ang isa ay isang bluff; (B) magfo-fold dahil ang isa ay value; (C) bubuo muli ng mga posibleng kumbinasyon, tutukuyin ang 33.3% na kinakailangang equity, at aaminin na kakaunti ang ebidensya; o (D) magtataas dahil ang isang malaking taya ay polarized? Ang prosesong maaaring ipagtanggol ay </w:t>
      </w:r>
      <w:r xmlns:w="http://schemas.openxmlformats.org/wordprocessingml/2006/main">
        <w:rPr>
          <w:b/>
          <w:bCs/>
        </w:rPr>
        <w:t xml:space="preserve">C. </w:t>
      </w:r>
      <w:r xmlns:w="http://schemas.openxmlformats.org/wordprocessingml/2006/main">
        <w:t xml:space="preserve">Hindi ka nito pinipilit na tumawag muna. Si A at B ay maglalagay ng mas malaking sukat sa maliliit na sample; si D ay gagawing mandatory action ang isang descriptive betting pattern.</w:t>
      </w:r>
    </w:p>
    <w:bookmarkStart w:id="29" w:name="change-the-conditions"/>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Ipagpalagay na ang kalaban ngayon ay mayroon nang 200 na naobserbahang pagkakataon sa river at ang kanilang value-to-bluff ratio sa maihahambing na sukat ay sinusuportahan ng mga showdown at maingat na paghihinuha sa range. Mas may kumpiyansa mong mabibigyan ng timbang ang iyong mga palagay—ngunit tandaan na ang 200 river bets ay hindi nangangahulugang 200 na revealed hole cards. Ang iyong pagtatantya ay nangangailangan pa rin ng isang paraan at isang uncertainty range.</w:t>
      </w:r>
    </w:p>
    <w:p>
      <w:pPr xmlns:w="http://schemas.openxmlformats.org/wordprocessingml/2006/main">
        <w:pStyle w:val="BodyText"/>
      </w:pPr>
      <w:r xmlns:w="http://schemas.openxmlformats.org/wordprocessingml/2006/main">
        <w:rPr>
          <w:b/>
          <w:bCs/>
        </w:rPr>
        <w:t xml:space="preserve">Prinsipyo ng Guro: </w:t>
      </w:r>
      <w:r xmlns:w="http://schemas.openxmlformats.org/wordprocessingml/2006/main">
        <w:t xml:space="preserve">Ang mga saklaw ay hindi mga kapangyarihang saykiko. Ang mga ito ay mga mapanlinlang na hipotesis tungkol sa mga nakatagong baraha, nililimitahan ng aritmetika at ina-update ng ebidensya.</w:t>
      </w:r>
    </w:p>
    <w:bookmarkEnd w:id="29"/>
    <w:bookmarkEnd w:id="30"/>
    <w:bookmarkStart w:id="37" w:name="chapter-01-six-verified-drills"/>
    <w:p>
      <w:pPr xmlns:w="http://schemas.openxmlformats.org/wordprocessingml/2006/main">
        <w:pStyle w:val="Heading2"/>
      </w:pPr>
      <w:r xmlns:w="http://schemas.openxmlformats.org/wordprocessingml/2006/main">
        <w:t xml:space="preserve">Kabanata 01: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31" w:name="drill-sfft-ms3-01-001"/>
    <w:p>
      <w:pPr xmlns:w="http://schemas.openxmlformats.org/wordprocessingml/2006/main">
        <w:pStyle w:val="Heading3"/>
      </w:pPr>
      <w:r xmlns:w="http://schemas.openxmlformats.org/wordprocessingml/2006/main">
        <w:t xml:space="preserve">Drilling SFFT-MS3-01-001</w:t>
      </w:r>
    </w:p>
    <w:p>
      <w:pPr xmlns:w="http://schemas.openxmlformats.org/wordprocessingml/2006/main">
        <w:pStyle w:val="FirstParagraph"/>
      </w:pPr>
      <w:r xmlns:w="http://schemas.openxmlformats.org/wordprocessingml/2006/main">
        <w:t xml:space="preserve">Aling pahayag ang pinaka-responsableng tumutukoy sa saklaw ng kalaban?</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Isang partikular na nakatagong kamay na nahulaan mula sa isang pahayag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Isang koleksyon ng mga posibleng hawak, minsan ay may dalas na tinimbang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Isang garantiya na ang Kontrabida ay mayroon lamang halaga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Isang listahan ng lahat ng 1,326 na kamay na walang konteksto</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isang saklaw ay kumakatawan sa mga posibleng posibilidad at maaaring gumamit ng mga transparent na timbang.</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Isang partikular na kamay ang nagtatapon ng mga alternatibo nang walang ebidensya. - </w:t>
      </w:r>
      <w:r xmlns:w="http://schemas.openxmlformats.org/wordprocessingml/2006/main">
        <w:rPr>
          <w:b/>
          <w:bCs/>
        </w:rPr>
        <w:t xml:space="preserve">C: </w:t>
      </w:r>
      <w:r xmlns:w="http://schemas.openxmlformats.org/wordprocessingml/2006/main">
        <w:t xml:space="preserve">Kahit ang makikipot na saklaw ay maaaring maglaman ng mga panlilinlang o pagkakamali. - </w:t>
      </w:r>
      <w:r xmlns:w="http://schemas.openxmlformats.org/wordprocessingml/2006/main">
        <w:rPr>
          <w:b/>
          <w:bCs/>
        </w:rPr>
        <w:t xml:space="preserve">D: </w:t>
      </w:r>
      <w:r xmlns:w="http://schemas.openxmlformats.org/wordprocessingml/2006/main">
        <w:t xml:space="preserve">Ang posisyon at aksyon ay ginagawang hindi kapani-paniwala ang maraming kasunduan.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31"/>
    <w:bookmarkStart w:id="32" w:name="drill-sfft-ms3-01-002"/>
    <w:p>
      <w:pPr xmlns:w="http://schemas.openxmlformats.org/wordprocessingml/2006/main">
        <w:pStyle w:val="Heading3"/>
      </w:pPr>
      <w:r xmlns:w="http://schemas.openxmlformats.org/wordprocessingml/2006/main">
        <w:t xml:space="preserve">Drilling SFFT-MS3-01-002</w:t>
      </w:r>
    </w:p>
    <w:p>
      <w:pPr xmlns:w="http://schemas.openxmlformats.org/wordprocessingml/2006/main">
        <w:pStyle w:val="FirstParagraph"/>
      </w:pPr>
      <w:r xmlns:w="http://schemas.openxmlformats.org/wordprocessingml/2006/main">
        <w:t xml:space="preserve">Isang kalaban ang tumaya nang malaki sa isang ilog at nagpakita ng isang bluff. Ano ang napatunayan?</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Lahat ng malalaking taya ay mga bluff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Hindi bababa sa isang ganitong bluff ang naganap sa kontekstong iyon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kontrabida ay may balanseng dalas ng bluff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bawat susunod na bluff-catcher ay isang tawag</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obserbasyon ay nagpapakita ng posibilidad, hindi ng isang matatag na antas.</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isang pangyayari ay hindi isang dalas ng populasyon. - </w:t>
      </w:r>
      <w:r xmlns:w="http://schemas.openxmlformats.org/wordprocessingml/2006/main">
        <w:rPr>
          <w:b/>
          <w:bCs/>
        </w:rPr>
        <w:t xml:space="preserve">C: </w:t>
      </w:r>
      <w:r xmlns:w="http://schemas.openxmlformats.org/wordprocessingml/2006/main">
        <w:t xml:space="preserve">Ang mga balanseng dalas ay hindi maaaring mahinuha mula sa isang palabas. - </w:t>
      </w:r>
      <w:r xmlns:w="http://schemas.openxmlformats.org/wordprocessingml/2006/main">
        <w:rPr>
          <w:b/>
          <w:bCs/>
        </w:rPr>
        <w:t xml:space="preserve">D: </w:t>
      </w:r>
      <w:r xmlns:w="http://schemas.openxmlformats.org/wordprocessingml/2006/main">
        <w:t xml:space="preserve">Ang kakayahang kumita ay nakasalalay din sa presyo at halo ng halaga/bluff.</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32"/>
    <w:bookmarkStart w:id="33" w:name="drill-sfft-ms3-01-003"/>
    <w:p>
      <w:pPr xmlns:w="http://schemas.openxmlformats.org/wordprocessingml/2006/main">
        <w:pStyle w:val="Heading3"/>
      </w:pPr>
      <w:r xmlns:w="http://schemas.openxmlformats.org/wordprocessingml/2006/main">
        <w:t xml:space="preserve">Drilling SFFT-MS3-01-003</w:t>
      </w:r>
    </w:p>
    <w:p>
      <w:pPr xmlns:w="http://schemas.openxmlformats.org/wordprocessingml/2006/main">
        <w:pStyle w:val="FirstParagraph"/>
      </w:pPr>
      <w:r xmlns:w="http://schemas.openxmlformats.org/wordprocessingml/2006/main">
        <w:t xml:space="preserve">Paano dapat harapin ng isang mahusay na mambabasa ng sulatin ang isang hindi inaasahang paghaharap?</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Isulat muli ang pre-river read na parang kilala ang kamay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Balewalain ang lahat ng magkasalungat na ebidensya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Idagdag ang obserbasyon at baguhin ang mga susunod na hypotheses nang may pag-iingat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Ipagpalagay na ang kalaban ay hindi makatwiran sa bawat kamay</w:t>
      </w:r>
    </w:p>
    <w:p>
      <w:pPr xmlns:w="http://schemas.openxmlformats.org/wordprocessingml/2006/main">
        <w:pStyle w:val="BodyText"/>
      </w:pPr>
      <w:r xmlns:w="http://schemas.openxmlformats.org/wordprocessingml/2006/main">
        <w:rPr>
          <w:b/>
          <w:bCs/>
        </w:rPr>
        <w:t xml:space="preserve">Sagot: C. </w:t>
      </w:r>
      <w:r xmlns:w="http://schemas.openxmlformats.org/wordprocessingml/2006/main">
        <w:t xml:space="preserve">Maaaring i-update ng ebidensya ang isang modelo, nang may pag-iingat sa laki ng sample.</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Ang katiyakan sa pagbabalik-tanaw ay nagtatago ng mga pagkakamali. - </w:t>
      </w:r>
      <w:r xmlns:w="http://schemas.openxmlformats.org/wordprocessingml/2006/main">
        <w:rPr>
          <w:b/>
          <w:bCs/>
        </w:rPr>
        <w:t xml:space="preserve">B: </w:t>
      </w:r>
      <w:r xmlns:w="http://schemas.openxmlformats.org/wordprocessingml/2006/main">
        <w:t xml:space="preserve">Ang ebidensya ay dapat isama, hindi itanggi. - </w:t>
      </w:r>
      <w:r xmlns:w="http://schemas.openxmlformats.org/wordprocessingml/2006/main">
        <w:rPr>
          <w:b/>
          <w:bCs/>
        </w:rPr>
        <w:t xml:space="preserve">D: </w:t>
      </w:r>
      <w:r xmlns:w="http://schemas.openxmlformats.org/wordprocessingml/2006/main">
        <w:t xml:space="preserve">Ang isang nakakagulat na linya ay hindi maaaring magbigay-kahulugan sa isang buong tao.</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33"/>
    <w:bookmarkStart w:id="34" w:name="drill-sfft-ms3-01-004"/>
    <w:p>
      <w:pPr xmlns:w="http://schemas.openxmlformats.org/wordprocessingml/2006/main">
        <w:pStyle w:val="Heading3"/>
      </w:pPr>
      <w:r xmlns:w="http://schemas.openxmlformats.org/wordprocessingml/2006/main">
        <w:t xml:space="preserve">Drilling SFFT-MS3-01-004</w:t>
      </w:r>
    </w:p>
    <w:p>
      <w:pPr xmlns:w="http://schemas.openxmlformats.org/wordprocessingml/2006/main">
        <w:pStyle w:val="FirstParagraph"/>
      </w:pPr>
      <w:r xmlns:w="http://schemas.openxmlformats.org/wordprocessingml/2006/main">
        <w:t xml:space="preserve">Kailan nagiging lalong nakaliligaw ang isang tumpak na 70% na pagtatantya sa river-bluff?</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Kapag binuo mula sa tatlong napiling showdown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Kapag nakalista ang mga taya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Kapag ang board ay may limang magkakaibang baraha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Kapag nakikita ang sarili mong mga baraha</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Hindi kayang suportahan ng piling maliliit na sample ang tumpak na mga antas ng pag-uugali.</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mga stake ay nakakatulong na tukuyin ang isang modelo. - </w:t>
      </w:r>
      <w:r xmlns:w="http://schemas.openxmlformats.org/wordprocessingml/2006/main">
        <w:rPr>
          <w:b/>
          <w:bCs/>
        </w:rPr>
        <w:t xml:space="preserve">C: </w:t>
      </w:r>
      <w:r xmlns:w="http://schemas.openxmlformats.org/wordprocessingml/2006/main">
        <w:t xml:space="preserve">Ang pagkakakilanlan ng board ay karaniwang kinakailangang impormasyon. - </w:t>
      </w:r>
      <w:r xmlns:w="http://schemas.openxmlformats.org/wordprocessingml/2006/main">
        <w:rPr>
          <w:b/>
          <w:bCs/>
        </w:rPr>
        <w:t xml:space="preserve">D: </w:t>
      </w:r>
      <w:r xmlns:w="http://schemas.openxmlformats.org/wordprocessingml/2006/main">
        <w:t xml:space="preserve">Ang pag-alam sa mga baraha ng Hero ay nagpapabuti sa katumpakan ng pag-alis ng baraha.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34"/>
    <w:bookmarkStart w:id="35" w:name="drill-sfft-ms3-01-005"/>
    <w:p>
      <w:pPr xmlns:w="http://schemas.openxmlformats.org/wordprocessingml/2006/main">
        <w:pStyle w:val="Heading3"/>
      </w:pPr>
      <w:r xmlns:w="http://schemas.openxmlformats.org/wordprocessingml/2006/main">
        <w:t xml:space="preserve">Drilling SFFT-MS3-01-005</w:t>
      </w:r>
    </w:p>
    <w:p>
      <w:pPr xmlns:w="http://schemas.openxmlformats.org/wordprocessingml/2006/main">
        <w:pStyle w:val="FirstParagraph"/>
      </w:pPr>
      <w:r xmlns:w="http://schemas.openxmlformats.org/wordprocessingml/2006/main">
        <w:t xml:space="preserve">Ang isang heads-up river pot ay mayroong $140 </w:t>
      </w:r>
      <w:r xmlns:w="http://schemas.openxmlformats.org/wordprocessingml/2006/main">
        <w:rPr>
          <w:b/>
          <w:bCs/>
        </w:rPr>
        <w:t xml:space="preserve">bago </w:t>
      </w:r>
      <w:r xmlns:w="http://schemas.openxmlformats.org/wordprocessingml/2006/main">
        <w:t xml:space="preserve">tumaya ang Kontrabida ng $100. Tatapusin ng Hero ang aksyon at maaaring tumawag ng $100; ipagpalagay na walang tabla o rake. Anong eksaktong showdown-equity threshold ang kinakailangan ng isang tawag?</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29.41%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41.67%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71.43%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70.59%</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huling puhunan pagkatapos ng isang tawag ay $140+$100+$100=$340; ang tawag ay nagkakahalaga ng $100, kaya ang kinakailangang equity ay 100/340 = 29.41%.</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Mali: binabalewala nito ang kontribusyon ng Hero sa huling pot. - </w:t>
      </w:r>
      <w:r xmlns:w="http://schemas.openxmlformats.org/wordprocessingml/2006/main">
        <w:rPr>
          <w:b/>
          <w:bCs/>
        </w:rPr>
        <w:t xml:space="preserve">C: </w:t>
      </w:r>
      <w:r xmlns:w="http://schemas.openxmlformats.org/wordprocessingml/2006/main">
        <w:t xml:space="preserve">Mali: inihahambing nito ang call cost sa pot bago ang taya at call. - </w:t>
      </w:r>
      <w:r xmlns:w="http://schemas.openxmlformats.org/wordprocessingml/2006/main">
        <w:rPr>
          <w:b/>
          <w:bCs/>
        </w:rPr>
        <w:t xml:space="preserve">D: </w:t>
      </w:r>
      <w:r xmlns:w="http://schemas.openxmlformats.org/wordprocessingml/2006/main">
        <w:t xml:space="preserve">Mali: ito ang complement o isang hindi kaugnay na fraction.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35"/>
    <w:bookmarkStart w:id="36" w:name="drill-sfft-ms3-01-006"/>
    <w:p>
      <w:pPr xmlns:w="http://schemas.openxmlformats.org/wordprocessingml/2006/main">
        <w:pStyle w:val="Heading3"/>
      </w:pPr>
      <w:r xmlns:w="http://schemas.openxmlformats.org/wordprocessingml/2006/main">
        <w:t xml:space="preserve">Drilling SFFT-MS3-01-006</w:t>
      </w:r>
    </w:p>
    <w:p>
      <w:pPr xmlns:w="http://schemas.openxmlformats.org/wordprocessingml/2006/main">
        <w:pStyle w:val="FirstParagraph"/>
      </w:pPr>
      <w:r xmlns:w="http://schemas.openxmlformats.org/wordprocessingml/2006/main">
        <w:t xml:space="preserve">May </w:t>
      </w:r>
      <w:r xmlns:w="http://schemas.openxmlformats.org/wordprocessingml/2006/main">
        <w:rPr>
          <w:b/>
          <w:bCs/>
        </w:rPr>
        <w:t xml:space="preserve">purong bluff-catcher ang Hero </w:t>
      </w:r>
      <w:r xmlns:w="http://schemas.openxmlformats.org/wordprocessingml/2006/main">
        <w:t xml:space="preserve">sa isang heads-up river. Ang pot ay $100 bago ang $50 na taya. Ang explicit betting model ng Villain ay may 12 equally weighted value combo na tatalo sa Hero at 5 bluffs na tatalo sa Hero, walang tabla o rake. Ano ang mas gusto ng modelong ito?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Tawag, +EV sa nakasaad na modelo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Tiklupin, ang tawag ay −EV sa nakasaad na modelo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Tawag, dahil ang anumang bluff ay ginagawang tama ang pagtawag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Itaas, dahil ang pot odds ay hindi mahalaga</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tawag ay nangangailangan ng 25.00%; Ang bayani ay mananalo ng 5/17=29.41%. EV(tawag)=0.294118×150−0.705882×50=$+8.82. Kaya tawagin ang modelong ito.</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Kinakailangan ng modelo ang paghahambing ng bahagi ng bluff sa eksaktong presyo. - </w:t>
      </w:r>
      <w:r xmlns:w="http://schemas.openxmlformats.org/wordprocessingml/2006/main">
        <w:rPr>
          <w:b/>
          <w:bCs/>
        </w:rPr>
        <w:t xml:space="preserve">C: </w:t>
      </w:r>
      <w:r xmlns:w="http://schemas.openxmlformats.org/wordprocessingml/2006/main">
        <w:t xml:space="preserve">Hindi sapat ang pagkakita ng anumang bluff; maaaring masyadong maliit ang bahagi ng bluff. - </w:t>
      </w:r>
      <w:r xmlns:w="http://schemas.openxmlformats.org/wordprocessingml/2006/main">
        <w:rPr>
          <w:b/>
          <w:bCs/>
        </w:rPr>
        <w:t xml:space="preserve">D: </w:t>
      </w:r>
      <w:r xmlns:w="http://schemas.openxmlformats.org/wordprocessingml/2006/main">
        <w:t xml:space="preserve">Ang pagtaas ay nangangailangan ng hiwalay na pagsusuri ng fold-equity/value, hindi isang pagtanggi na kalkulahin ang isang tawag.</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36"/>
    <w:bookmarkEnd w:id="37"/>
    <w:bookmarkEnd w:id="38"/>
    <w:bookmarkStart w:id="55" w:name="X68bfb703d59b25031de08910d8c7f30384344f4"/>
    <w:p>
      <w:pPr xmlns:w="http://schemas.openxmlformats.org/wordprocessingml/2006/main">
        <w:pStyle w:val="Heading1"/>
      </w:pPr>
      <w:r xmlns:w="http://schemas.openxmlformats.org/wordprocessingml/2006/main">
        <w:t xml:space="preserve">2. Mula sa mga Klase sa Panimulang Kamay Hanggang sa Eksaktong mga Kombinasyon</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Bilangin nang eksakto ang mga posibleng hawak, alisin ang mga naharang na kumbinasyon, at iwasan ang paghahambing ng mga kategorya ng kamay na parang lahat sila ay may parehong timbang.</w:t>
      </w:r>
    </w:p>
    <w:p>
      <w:pPr xmlns:w="http://schemas.openxmlformats.org/wordprocessingml/2006/main">
        <w:pStyle w:val="BodyText"/>
      </w:pPr>
      <w:r xmlns:w="http://schemas.openxmlformats.org/wordprocessingml/2006/main">
        <w:t xml:space="preserve">Ang mga kombinasyon ay ang tulay sa pagitan ng isang berbal na pagbasa at isang kalkulasyon ng river. Sa Texas Hold'em, ang deck ay naglalaman ng 52 magkakaibang baraha. Dalawang hindi nakaayos na pribadong baraha ang maaaring mapili sa </w:t>
      </w:r>
      <w:r xmlns:w="http://schemas.openxmlformats.org/wordprocessingml/2006/main">
        <w:rPr>
          <w:b/>
          <w:bCs/>
        </w:rPr>
        <w:t xml:space="preserve">52×51÷2 = 1,326 </w:t>
      </w:r>
      <w:r xmlns:w="http://schemas.openxmlformats.org/wordprocessingml/2006/main">
        <w:t xml:space="preserve">na paraan. Kadalasang inaayos ito ng mga manlalaro sa </w:t>
      </w:r>
      <w:r xmlns:w="http://schemas.openxmlformats.org/wordprocessingml/2006/main">
        <w:rPr>
          <w:b/>
          <w:bCs/>
        </w:rPr>
        <w:t xml:space="preserve">169 na klase ng starting-hand </w:t>
      </w:r>
      <w:r xmlns:w="http://schemas.openxmlformats.org/wordprocessingml/2006/main">
        <w:t xml:space="preserve">: 13 klase ng pocket-pair, 78 klase ng suited, at 78 klase ng offsuit. Ito ay dalawang magkaibang numero na sumusukat sa magkaibang bagay. Ang matrix ay isang maginhawang bokabularyo; ang 1,326 na kumbinasyon ay ang mga aktwal na paraan ng pamamahagi ng mga baraha.</w:t>
      </w:r>
    </w:p>
    <w:p>
      <w:pPr xmlns:w="http://schemas.openxmlformats.org/wordprocessingml/2006/main">
        <w:pStyle w:val="BodyText"/>
      </w:pPr>
      <w:r xmlns:w="http://schemas.openxmlformats.org/wordprocessingml/2006/main">
        <w:t xml:space="preserve">Ang isang partikular na klase ng pares, tulad ng JJ, ay naglalaman ng mga kombinasyong </w:t>
      </w:r>
      <w:r xmlns:w="http://schemas.openxmlformats.org/wordprocessingml/2006/main">
        <w:rPr>
          <w:b/>
          <w:bCs/>
        </w:rPr>
        <w:t xml:space="preserve">C(4,2)=6 </w:t>
      </w:r>
      <w:r xmlns:w="http://schemas.openxmlformats.org/wordprocessingml/2006/main">
        <w:t xml:space="preserve">. Ang isang partikular na klase ng angkop na hindi pares, tulad ng mga AJ, ay naglalaman ng </w:t>
      </w:r>
      <w:r xmlns:w="http://schemas.openxmlformats.org/wordprocessingml/2006/main">
        <w:rPr>
          <w:b/>
          <w:bCs/>
        </w:rPr>
        <w:t xml:space="preserve">4 </w:t>
      </w:r>
      <w:r xmlns:w="http://schemas.openxmlformats.org/wordprocessingml/2006/main">
        <w:t xml:space="preserve">na kombinasyon: isa para sa bawat suit. Ang isang partikular na klase ng offsuit, tulad ng AJo, ay naglalaman ng </w:t>
      </w:r>
      <w:r xmlns:w="http://schemas.openxmlformats.org/wordprocessingml/2006/main">
        <w:rPr>
          <w:b/>
          <w:bCs/>
        </w:rPr>
        <w:t xml:space="preserve">4×3=12 </w:t>
      </w:r>
      <w:r xmlns:w="http://schemas.openxmlformats.org/wordprocessingml/2006/main">
        <w:t xml:space="preserve">na kombinasyon. Ang 'AJ' na walang hulapi ay kinabibilangan ng lahat ng labing-anim. Ang isang manlalaro na kinabibilangan ng mga AK at AKo na may magkaparehong </w:t>
      </w:r>
      <w:r xmlns:w="http://schemas.openxmlformats.org/wordprocessingml/2006/main">
        <w:rPr>
          <w:i/>
          <w:iCs/>
        </w:rPr>
        <w:t xml:space="preserve">dalas sa bawat kombinasyon </w:t>
      </w:r>
      <w:r xmlns:w="http://schemas.openxmlformats.org/wordprocessingml/2006/main">
        <w:t xml:space="preserve">ay may 4 na angkop na kombinasyon at 12 na kombinasyon ng offsuit, walang pantay na 50/50 na hati sa pagitan ng dalawang klase.</w:t>
      </w:r>
    </w:p>
    <w:bookmarkStart w:id="42" w:name="read-the-matrix-correctly"/>
    <w:p>
      <w:pPr xmlns:w="http://schemas.openxmlformats.org/wordprocessingml/2006/main">
        <w:pStyle w:val="Heading2"/>
      </w:pPr>
      <w:r xmlns:w="http://schemas.openxmlformats.org/wordprocessingml/2006/main">
        <w:t xml:space="preserve">Basahin nang tama ang matrix</w:t>
      </w:r>
    </w:p>
    <w:p>
      <w:pPr xmlns:w="http://schemas.openxmlformats.org/wordprocessingml/2006/main">
        <w:pStyle w:val="FirstParagraph"/>
      </w:pPr>
      <w:r xmlns:w="http://schemas.openxmlformats.org/wordprocessingml/2006/main">
        <w:t xml:space="preserve">Ang 13×13 diagram sa Figure 1 ay naglalagay ng mga pares sa diagonal, ang mga angkop na kamay ay nasa itaas ng diagonal, at ang mga offsuit na kamay ay nasa ibaba. Ang isang parisukat ay isang klase, hindi isang partikular na two-baraha. Ang isang matrix color ay maaaring magpahiwatig na ang isang tao ay </w:t>
      </w:r>
      <w:r xmlns:w="http://schemas.openxmlformats.org/wordprocessingml/2006/main">
        <w:rPr>
          <w:i/>
          <w:iCs/>
        </w:rPr>
        <w:t xml:space="preserve">madalas na </w:t>
      </w:r>
      <w:r xmlns:w="http://schemas.openxmlformats.org/wordprocessingml/2006/main">
        <w:t xml:space="preserve">naglalaro ng isang klase, ngunit hindi nito matutukoy ang aktwal na dalawang baraha ng kalaban. Hindi rin awtomatikong ipinapahayag ng isang kulay ang anim, apat, o labindalawang posibleng kumbinasyon na kinakatawan ng parisukat.</w:t>
      </w:r>
    </w:p>
    <w:p>
      <w:pPr>
        <w:pStyle w:val="CaptionedFigure"/>
      </w:pPr>
      <w:r>
        <w:drawing>
          <wp:inline>
            <wp:extent cx="6261100" cy="3565348"/>
            <wp:effectExtent b="0" l="0" r="0" t="0"/>
            <wp:docPr descr="Illustrated 13×13 starting-hand matrix" title="" id="40" name="Picture"/>
            <a:graphic>
              <a:graphicData uri="http://schemas.openxmlformats.org/drawingml/2006/picture">
                <pic:pic>
                  <pic:nvPicPr>
                    <pic:cNvPr descr="figures/range-matrix.png" id="41" name="Picture"/>
                    <pic:cNvPicPr>
                      <a:picLocks noChangeArrowheads="1" noChangeAspect="1"/>
                    </pic:cNvPicPr>
                  </pic:nvPicPr>
                  <pic:blipFill>
                    <a:blip r:embed="rId39"/>
                    <a:stretch>
                      <a:fillRect/>
                    </a:stretch>
                  </pic:blipFill>
                  <pic:spPr bwMode="auto">
                    <a:xfrm>
                      <a:off x="0" y="0"/>
                      <a:ext cx="6261100" cy="3565348"/>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Ilustradong 13×13 na panimulang matris ng kamay</w:t>
      </w:r>
    </w:p>
    <w:p>
      <w:pPr xmlns:w="http://schemas.openxmlformats.org/wordprocessingml/2006/main">
        <w:pStyle w:val="Compact"/>
        <w:numPr>
          <w:ilvl w:val="0"/>
          <w:numId w:val="1004"/>
        </w:numPr>
      </w:pPr>
      <w:r xmlns:w="http://schemas.openxmlformats.org/wordprocessingml/2006/main">
        <w:rPr>
          <w:b/>
          <w:bCs/>
        </w:rPr>
        <w:t xml:space="preserve">Pares </w:t>
      </w:r>
      <w:r xmlns:w="http://schemas.openxmlformats.org/wordprocessingml/2006/main">
        <w:t xml:space="preserve">— Halimbawa: QQ; Mga kombinasyon bago tanggalin ang baraha: 6; Eksaktong pangangatwiran: Pumili ng 2 sa 4 na reyna</w:t>
      </w:r>
    </w:p>
    <w:p>
      <w:pPr xmlns:w="http://schemas.openxmlformats.org/wordprocessingml/2006/main">
        <w:pStyle w:val="Compact"/>
        <w:numPr>
          <w:ilvl w:val="0"/>
          <w:numId w:val="1004"/>
        </w:numPr>
      </w:pPr>
      <w:r xmlns:w="http://schemas.openxmlformats.org/wordprocessingml/2006/main">
        <w:rPr>
          <w:b/>
          <w:bCs/>
        </w:rPr>
        <w:t xml:space="preserve">Hindi pares na akma </w:t>
      </w:r>
      <w:r xmlns:w="http://schemas.openxmlformats.org/wordprocessingml/2006/main">
        <w:t xml:space="preserve">— Halimbawa: Mga QJ; Mga kombinasyon bago tanggalin ang baraha: 4; Eksaktong pangangatwiran: Apat na posibleng akma</w:t>
      </w:r>
    </w:p>
    <w:p>
      <w:pPr xmlns:w="http://schemas.openxmlformats.org/wordprocessingml/2006/main">
        <w:pStyle w:val="Compact"/>
        <w:numPr>
          <w:ilvl w:val="0"/>
          <w:numId w:val="1004"/>
        </w:numPr>
      </w:pPr>
      <w:r xmlns:w="http://schemas.openxmlformats.org/wordprocessingml/2006/main">
        <w:rPr>
          <w:b/>
          <w:bCs/>
        </w:rPr>
        <w:t xml:space="preserve">Offsuit non-pair </w:t>
      </w:r>
      <w:r xmlns:w="http://schemas.openxmlformats.org/wordprocessingml/2006/main">
        <w:t xml:space="preserve">— Halimbawa: QJo; Mga kombinasyon bago tanggalin ang baraha: 12; Eksaktong pangangatwiran: Apat na reyna × tatlong jack na may magkakaibang sukat</w:t>
      </w:r>
    </w:p>
    <w:p>
      <w:pPr xmlns:w="http://schemas.openxmlformats.org/wordprocessingml/2006/main">
        <w:pStyle w:val="Compact"/>
        <w:numPr>
          <w:ilvl w:val="0"/>
          <w:numId w:val="1004"/>
        </w:numPr>
      </w:pPr>
      <w:r xmlns:w="http://schemas.openxmlformats.org/wordprocessingml/2006/main">
        <w:rPr>
          <w:b/>
          <w:bCs/>
        </w:rPr>
        <w:t xml:space="preserve">Lahat ng suit pattern </w:t>
      </w:r>
      <w:r xmlns:w="http://schemas.openxmlformats.org/wordprocessingml/2006/main">
        <w:t xml:space="preserve">— Halimbawa: QJ; Mga kombinasyon bago tanggalin ang card: 16; Eksaktong pangangatwiran: 4 na suited + 12 na offsuit</w:t>
      </w:r>
    </w:p>
    <w:bookmarkEnd w:id="42"/>
    <w:bookmarkStart w:id="43" w:name="the-arithmetic-of-removal"/>
    <w:p>
      <w:pPr xmlns:w="http://schemas.openxmlformats.org/wordprocessingml/2006/main">
        <w:pStyle w:val="Heading2"/>
      </w:pPr>
      <w:r xmlns:w="http://schemas.openxmlformats.org/wordprocessingml/2006/main">
        <w:t xml:space="preserve">Ang aritmetika ng pag-alis</w:t>
      </w:r>
    </w:p>
    <w:p>
      <w:pPr xmlns:w="http://schemas.openxmlformats.org/wordprocessingml/2006/main">
        <w:pStyle w:val="FirstParagraph"/>
      </w:pPr>
      <w:r xmlns:w="http://schemas.openxmlformats.org/wordprocessingml/2006/main">
        <w:t xml:space="preserve">Ipagpalagay na hawak mo ang A♠K♠. Tatlong alas at tatlong hari na lang ang natitira. Maaaring magkaroon ang kalaban ng AA sa </w:t>
      </w:r>
      <w:r xmlns:w="http://schemas.openxmlformats.org/wordprocessingml/2006/main">
        <w:rPr>
          <w:b/>
          <w:bCs/>
        </w:rPr>
        <w:t xml:space="preserve">C(3,2)=3 </w:t>
      </w:r>
      <w:r xmlns:w="http://schemas.openxmlformats.org/wordprocessingml/2006/main">
        <w:t xml:space="preserve">na paraan, KK sa </w:t>
      </w:r>
      <w:r xmlns:w="http://schemas.openxmlformats.org/wordprocessingml/2006/main">
        <w:rPr>
          <w:b/>
          <w:bCs/>
        </w:rPr>
        <w:t xml:space="preserve">3 </w:t>
      </w:r>
      <w:r xmlns:w="http://schemas.openxmlformats.org/wordprocessingml/2006/main">
        <w:t xml:space="preserve">paraan, at AK sa </w:t>
      </w:r>
      <w:r xmlns:w="http://schemas.openxmlformats.org/wordprocessingml/2006/main">
        <w:rPr>
          <w:b/>
          <w:bCs/>
        </w:rPr>
        <w:t xml:space="preserve">3×3=9 </w:t>
      </w:r>
      <w:r xmlns:w="http://schemas.openxmlformats.org/wordprocessingml/2006/main">
        <w:t xml:space="preserve">na paraan, sa halip na 6, 6, at 16. Sa siyam na kombinasyon ng AK, </w:t>
      </w:r>
      <w:r xmlns:w="http://schemas.openxmlformats.org/wordprocessingml/2006/main">
        <w:rPr>
          <w:b/>
          <w:bCs/>
        </w:rPr>
        <w:t xml:space="preserve">tatlo ang angkop </w:t>
      </w:r>
      <w:r xmlns:w="http://schemas.openxmlformats.org/wordprocessingml/2006/main">
        <w:t xml:space="preserve">—mga puso, diyamante, at pamalo—dahil ang mga bersyon ng spade ay hinaharangan ng mga baraha ng Bayani; ang anim na iba pa ay offsuit. Magiging mahalaga ang aritmetikang ito kapag ang malaking four-bet ng kalaban ay tila kumakatawan sa isang makitid na hanay ng halaga.</w:t>
      </w:r>
    </w:p>
    <w:p>
      <w:pPr xmlns:w="http://schemas.openxmlformats.org/wordprocessingml/2006/main">
        <w:pStyle w:val="BodyText"/>
      </w:pPr>
      <w:r xmlns:w="http://schemas.openxmlformats.org/wordprocessingml/2006/main">
        <w:t xml:space="preserve">Ngayon, ilagay ang Q♣ sa board habang hawak ng Hero ang A♠K♠. Ang QQ ay magiging C(3,2)=3 na kombinasyon; kung dalawang reyna ang makikita kahit saan sa Hero at board, ang QQ ay liliit sa C(2,2)=1. Kapag lumitaw ang isang pares ng baraha sa turn, huwag ipagpalagay na mas kaunti ang mga kombinasyon ng trip ng kalaban dahil lamang sa 'mas kaunti ang mga baraha': isaalang-alang nang eksakto kung aling mga ranggo ang natitira at kung aling dalawang baraha ang hawak ang lumilikha ng mga trip o isang full house.</w:t>
      </w:r>
    </w:p>
    <w:bookmarkEnd w:id="43"/>
    <w:bookmarkStart w:id="45" w:name="suits-change-the-story"/>
    <w:p>
      <w:pPr xmlns:w="http://schemas.openxmlformats.org/wordprocessingml/2006/main">
        <w:pStyle w:val="Heading2"/>
      </w:pPr>
      <w:r xmlns:w="http://schemas.openxmlformats.org/wordprocessingml/2006/main">
        <w:t xml:space="preserve">Binabago ng mga suit ang kwento</w:t>
      </w:r>
    </w:p>
    <w:p>
      <w:pPr xmlns:w="http://schemas.openxmlformats.org/wordprocessingml/2006/main">
        <w:pStyle w:val="FirstParagraph"/>
      </w:pPr>
      <w:r xmlns:w="http://schemas.openxmlformats.org/wordprocessingml/2006/main">
        <w:t xml:space="preserve">Sa A♥J♥5♣2♦9♠, kung ang Hero ay may K♥Q♥, ang kalaban ay hindi maaaring magkaroon ng anumang kumbinasyon gamit ang K♥ o Q♥. Inaalis nito ang ilang angkop na draw at broadway na kombinasyon mula sa isang kapani-paniwalang saklaw ng kalaban. Sa kabilang banda, ang isang A♥ na hawak ng Hero ay maaaring ganap na mag-alis ng mga posibleng kombinasyon ng nut-flush. Kung mahalaga man iyon sa isang desisyon ay depende sa pagkakasunod-sunod ng aksyon: ang pag-block sa isang kamay na hindi kailanman lalaruin ng isang tao sa ganoong paraan ay halos walang estratehikong halaga.</w:t>
      </w:r>
    </w:p>
    <w:bookmarkStart w:id="44" w:name="combinations-and-action-weights"/>
    <w:p>
      <w:pPr xmlns:w="http://schemas.openxmlformats.org/wordprocessingml/2006/main">
        <w:pStyle w:val="Heading3"/>
      </w:pPr>
      <w:r xmlns:w="http://schemas.openxmlformats.org/wordprocessingml/2006/main">
        <w:t xml:space="preserve">Mga kombinasyon at bigat ng aksyon</w:t>
      </w:r>
    </w:p>
    <w:p>
      <w:pPr xmlns:w="http://schemas.openxmlformats.org/wordprocessingml/2006/main">
        <w:pStyle w:val="FirstParagraph"/>
      </w:pPr>
      <w:r xmlns:w="http://schemas.openxmlformats.org/wordprocessingml/2006/main">
        <w:t xml:space="preserve">Ipagpalagay na ang isang kalaban ay umabot sa turno na may labindalawang kombinasyon ng nangungunang pares at apat na kombinasyon ng isang malakas na tabla. Pupusta sila sa lahat ng apat na tabla at isang-kapat lamang ng mga nangungunang pares. Ang </w:t>
      </w:r>
      <w:r xmlns:w="http://schemas.openxmlformats.org/wordprocessingml/2006/main">
        <w:t xml:space="preserve">hanay </w:t>
      </w:r>
      <w:r xmlns:w="http://schemas.openxmlformats.org/wordprocessingml/2006/main">
        <w:rPr>
          <w:i/>
          <w:iCs/>
        </w:rPr>
        <w:t xml:space="preserve">ng pagtaya ay naglalaman ng </w:t>
      </w:r>
      <w:r xmlns:w="http://schemas.openxmlformats.org/wordprocessingml/2006/main">
        <w:rPr>
          <w:b/>
          <w:bCs/>
        </w:rPr>
        <w:t xml:space="preserve">4 na weighted draw na kombinasyon </w:t>
      </w:r>
      <w:r xmlns:w="http://schemas.openxmlformats.org/wordprocessingml/2006/main">
        <w:t xml:space="preserve">at </w:t>
      </w:r>
      <w:r xmlns:w="http://schemas.openxmlformats.org/wordprocessingml/2006/main">
        <w:rPr>
          <w:b/>
          <w:bCs/>
        </w:rPr>
        <w:t xml:space="preserve">12×0.25=3 na kombinasyon ng weighted pair </w:t>
      </w:r>
      <w:r xmlns:w="http://schemas.openxmlformats.org/wordprocessingml/2006/main">
        <w:t xml:space="preserve">. Sa kanilang mga taya, ang pagkakataong magkaroon ng tabla sa ilalim ng modelo ay </w:t>
      </w:r>
      <w:r xmlns:w="http://schemas.openxmlformats.org/wordprocessingml/2006/main">
        <w:rPr>
          <w:b/>
          <w:bCs/>
        </w:rPr>
        <w:t xml:space="preserve">4/7 ≈ 57.14% </w:t>
      </w:r>
      <w:r xmlns:w="http://schemas.openxmlformats.org/wordprocessingml/2006/main">
        <w:t xml:space="preserve">, hindi 4/16 = 25%. Ang mga action frequency ay nagbabago ng isang panimulang distribusyon tungo sa isang conditional distribution.</w:t>
      </w:r>
    </w:p>
    <w:p>
      <w:pPr xmlns:w="http://schemas.openxmlformats.org/wordprocessingml/2006/main">
        <w:pStyle w:val="BodyText"/>
      </w:pPr>
      <w:r xmlns:w="http://schemas.openxmlformats.org/wordprocessingml/2006/main">
        <w:t xml:space="preserve">Lehitimo ang paggamit ng fractional </w:t>
      </w:r>
      <w:r xmlns:w="http://schemas.openxmlformats.org/wordprocessingml/2006/main">
        <w:rPr>
          <w:b/>
          <w:bCs/>
        </w:rPr>
        <w:t xml:space="preserve">weighted combinations </w:t>
      </w:r>
      <w:r xmlns:w="http://schemas.openxmlformats.org/wordprocessingml/2006/main">
        <w:t xml:space="preserve">tulad ng 1.5. Ang mga ito ay bookkeeping para sa frequency, hindi literal na half-hands. Ang isang spreadsheet ay maaaring kumatawan sa labindalawang holdings na bawat isa ay tumataya sa 30% ng oras bilang 3.6 weighted combinations.</w:t>
      </w:r>
    </w:p>
    <w:bookmarkEnd w:id="44"/>
    <w:bookmarkEnd w:id="45"/>
    <w:bookmarkStart w:id="47" w:name="practice-reconstruct-without-shortcuts"/>
    <w:p>
      <w:pPr xmlns:w="http://schemas.openxmlformats.org/wordprocessingml/2006/main">
        <w:pStyle w:val="Heading2"/>
      </w:pPr>
      <w:r xmlns:w="http://schemas.openxmlformats.org/wordprocessingml/2006/main">
        <w:t xml:space="preserve">Pagsasanay: muling buuin nang walang shortcut</w:t>
      </w:r>
    </w:p>
    <w:p>
      <w:pPr xmlns:w="http://schemas.openxmlformats.org/wordprocessingml/2006/main">
        <w:pStyle w:val="FirstParagraph"/>
      </w:pPr>
      <w:r xmlns:w="http://schemas.openxmlformats.org/wordprocessingml/2006/main">
        <w:t xml:space="preserve">Ang isang manlalaro ay kilalang tumaya lamang ng tatlong beses (JJ+, AK) sa sadyang pinasimpleng modelong ito. Mayroon kang A♠K♠. Bilangin ang mga kandidatong kumbinasyon ng kalaban: JJ 6, QQ 6, KK 3, AA 3, AK 9 = </w:t>
      </w:r>
      <w:r xmlns:w="http://schemas.openxmlformats.org/wordprocessingml/2006/main">
        <w:rPr>
          <w:b/>
          <w:bCs/>
        </w:rPr>
        <w:t xml:space="preserve">27. </w:t>
      </w:r>
      <w:r xmlns:w="http://schemas.openxmlformats.org/wordprocessingml/2006/main">
        <w:t xml:space="preserve">Kung ang manlalaro ay tumaya ng tatlong beses (JJ+) nang may buong dalas ngunit kalahati lamang ng oras (AK), ang epektibong kabuuan ay </w:t>
      </w:r>
      <w:r xmlns:w="http://schemas.openxmlformats.org/wordprocessingml/2006/main">
        <w:rPr>
          <w:b/>
          <w:bCs/>
        </w:rPr>
        <w:t xml:space="preserve">22.5 na weighted na kumbinasyon </w:t>
      </w:r>
      <w:r xmlns:w="http://schemas.openxmlformats.org/wordprocessingml/2006/main">
        <w:t xml:space="preserve">. Hindi hinuhulaan ng alinman sa mga bilang kung ano ang gagawin ng manlalaro pagkatapos ng flop; itinatatag lamang nito ang panimulang estado.</w:t>
      </w:r>
    </w:p>
    <w:p>
      <w:pPr xmlns:w="http://schemas.openxmlformats.org/wordprocessingml/2006/main">
        <w:pStyle w:val="BodyText"/>
      </w:pPr>
      <w:r xmlns:w="http://schemas.openxmlformats.org/wordprocessingml/2006/main">
        <w:rPr>
          <w:b/>
          <w:bCs/>
        </w:rPr>
        <w:t xml:space="preserve">Checkpoint para sa desisyon. </w:t>
      </w:r>
      <w:r xmlns:w="http://schemas.openxmlformats.org/wordprocessingml/2006/main">
        <w:t xml:space="preserve">Gamit ang A♠K♠, ilang kombinasyon ng AK ang kayang hawak ng Kontrabida: (A) 16, (B) 12, (C) 9, (D) 4? </w:t>
      </w:r>
      <w:r xmlns:w="http://schemas.openxmlformats.org/wordprocessingml/2006/main">
        <w:rPr>
          <w:b/>
          <w:bCs/>
        </w:rPr>
        <w:t xml:space="preserve">C. </w:t>
      </w:r>
      <w:r xmlns:w="http://schemas.openxmlformats.org/wordprocessingml/2006/main">
        <w:t xml:space="preserve">Hindi pinansin nina A at B ang eksaktong dalawang nakaharang ranggo. Napagkamalan ni D ang isang angkop na klase sa lahat ng posibleng hawak na AK.</w:t>
      </w:r>
    </w:p>
    <w:bookmarkStart w:id="46" w:name="change-the-conditions-1"/>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Palitan ang A♠K♠ ng Bayani ng Q♠Q♥. Walang alas o hari ang aalisin, kaya maaaring makuha ng Kontrabida ang lahat ng labing-anim na kombinasyon ng AK; ang QQ mismo ay mababawasan sa isang kombinasyon ng pares na magagamit na lamang. Patakbuhin muli ang bilang sa halip na gamitin muli ang nakaraang sagot.</w:t>
      </w:r>
    </w:p>
    <w:p>
      <w:pPr xmlns:w="http://schemas.openxmlformats.org/wordprocessingml/2006/main">
        <w:pStyle w:val="BodyText"/>
      </w:pPr>
      <w:r xmlns:w="http://schemas.openxmlformats.org/wordprocessingml/2006/main">
        <w:rPr>
          <w:b/>
          <w:bCs/>
        </w:rPr>
        <w:t xml:space="preserve">Prinsipyo: </w:t>
      </w:r>
      <w:r xmlns:w="http://schemas.openxmlformats.org/wordprocessingml/2006/main">
        <w:t xml:space="preserve">Bilangin muna ang mga aktwal na baraha. Pagkatapos ay timbangin ang kanilang posibilidad na maabot ang aksyon na ito.</w:t>
      </w:r>
    </w:p>
    <w:bookmarkEnd w:id="46"/>
    <w:bookmarkEnd w:id="47"/>
    <w:bookmarkStart w:id="54" w:name="chapter-02-six-verified-drills"/>
    <w:p>
      <w:pPr xmlns:w="http://schemas.openxmlformats.org/wordprocessingml/2006/main">
        <w:pStyle w:val="Heading2"/>
      </w:pPr>
      <w:r xmlns:w="http://schemas.openxmlformats.org/wordprocessingml/2006/main">
        <w:t xml:space="preserve">Kabanata 02: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48" w:name="drill-sfft-ms3-02-001"/>
    <w:p>
      <w:pPr xmlns:w="http://schemas.openxmlformats.org/wordprocessingml/2006/main">
        <w:pStyle w:val="Heading3"/>
      </w:pPr>
      <w:r xmlns:w="http://schemas.openxmlformats.org/wordprocessingml/2006/main">
        <w:t xml:space="preserve">Drilling SFFT-MS3-02-001</w:t>
      </w:r>
    </w:p>
    <w:p>
      <w:pPr xmlns:w="http://schemas.openxmlformats.org/wordprocessingml/2006/main">
        <w:pStyle w:val="FirstParagraph"/>
      </w:pPr>
      <w:r xmlns:w="http://schemas.openxmlformats.org/wordprocessingml/2006/main">
        <w:t xml:space="preserve">Ano ang kinakatawan ng isang parisukat na matrix tulad ng mga AJ?</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Isang eksaktong pares ng baraha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Apat na baraha na may iba't ibang suit bago ang mga blocker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Labindalawang baraha na may iba't ibang suit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Anim na baraha na may parehong bulsa</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AJs ay may isang angkop na kasunduan para sa bawat isa sa apat na suit.</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Ang isang klase ay may kasamang maraming natatanging pagtatalaga ng suit. - </w:t>
      </w:r>
      <w:r xmlns:w="http://schemas.openxmlformats.org/wordprocessingml/2006/main">
        <w:rPr>
          <w:b/>
          <w:bCs/>
        </w:rPr>
        <w:t xml:space="preserve">C: </w:t>
      </w:r>
      <w:r xmlns:w="http://schemas.openxmlformats.org/wordprocessingml/2006/main">
        <w:t xml:space="preserve">Ang labindalawa ay ang bilang ng offsuit nonpair. - </w:t>
      </w:r>
      <w:r xmlns:w="http://schemas.openxmlformats.org/wordprocessingml/2006/main">
        <w:rPr>
          <w:b/>
          <w:bCs/>
        </w:rPr>
        <w:t xml:space="preserve">D: </w:t>
      </w:r>
      <w:r xmlns:w="http://schemas.openxmlformats.org/wordprocessingml/2006/main">
        <w:t xml:space="preserve">Ang anim ay para sa isang pocket-pair na klase.</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48"/>
    <w:bookmarkStart w:id="49" w:name="drill-sfft-ms3-02-002"/>
    <w:p>
      <w:pPr xmlns:w="http://schemas.openxmlformats.org/wordprocessingml/2006/main">
        <w:pStyle w:val="Heading3"/>
      </w:pPr>
      <w:r xmlns:w="http://schemas.openxmlformats.org/wordprocessingml/2006/main">
        <w:t xml:space="preserve">Drilling SFFT-MS3-02-002</w:t>
      </w:r>
    </w:p>
    <w:p>
      <w:pPr xmlns:w="http://schemas.openxmlformats.org/wordprocessingml/2006/main">
        <w:pStyle w:val="FirstParagraph"/>
      </w:pPr>
      <w:r xmlns:w="http://schemas.openxmlformats.org/wordprocessingml/2006/main">
        <w:t xml:space="preserve">Bakit hindi pantay na kinakatawan ang AJ suited at AJ offsuit sa isang unweighted random deal?</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Ang Suited ay may anim na combo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Offsuit ay may labindalawa at ang Suited ay may apat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Offsuit ay laging mas madalas na nananalo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lahat ng klase ay iisang combo</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iba't ibang eksaktong bilang ng kombinasyon ay lumilikha ng iba't ibang frequency.</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anim ay isang kabuuang pares na nasa bulsa, hindi angkop AJ. - </w:t>
      </w:r>
      <w:r xmlns:w="http://schemas.openxmlformats.org/wordprocessingml/2006/main">
        <w:rPr>
          <w:b/>
          <w:bCs/>
        </w:rPr>
        <w:t xml:space="preserve">C: </w:t>
      </w:r>
      <w:r xmlns:w="http://schemas.openxmlformats.org/wordprocessingml/2006/main">
        <w:t xml:space="preserve">Ang nanalong equity ay hindi katulad ng bilang ng deal. - </w:t>
      </w:r>
      <w:r xmlns:w="http://schemas.openxmlformats.org/wordprocessingml/2006/main">
        <w:rPr>
          <w:b/>
          <w:bCs/>
        </w:rPr>
        <w:t xml:space="preserve">D: </w:t>
      </w:r>
      <w:r xmlns:w="http://schemas.openxmlformats.org/wordprocessingml/2006/main">
        <w:t xml:space="preserve">Ang 169 na matrix squares ay nagpi-compress ng 1,326 na deal.</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49"/>
    <w:bookmarkStart w:id="50" w:name="drill-sfft-ms3-02-003"/>
    <w:p>
      <w:pPr xmlns:w="http://schemas.openxmlformats.org/wordprocessingml/2006/main">
        <w:pStyle w:val="Heading3"/>
      </w:pPr>
      <w:r xmlns:w="http://schemas.openxmlformats.org/wordprocessingml/2006/main">
        <w:t xml:space="preserve">Drilling SFFT-MS3-02-003</w:t>
      </w:r>
    </w:p>
    <w:p>
      <w:pPr xmlns:w="http://schemas.openxmlformats.org/wordprocessingml/2006/main">
        <w:pStyle w:val="FirstParagraph"/>
      </w:pPr>
      <w:r xmlns:w="http://schemas.openxmlformats.org/wordprocessingml/2006/main">
        <w:t xml:space="preserve">Aling kundisyon ang nangangailangan ng pagbabalik-tanaw ng mga kombinasyon?</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Ang isang kilalang board card ay nag-aalis ng isang ranggo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isang kalaban ay mukhang balisa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isang komentarista ay nagsasabi ng bluff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bayani ay nanalo sa nakaraang kamay</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Pisikal na inaalis ng mga kilalang baraha ang mga posibleng kombinasyon.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Sinasabing hindi nakakaapekto sa komposisyon ng pisikal na deck. - </w:t>
      </w:r>
      <w:r xmlns:w="http://schemas.openxmlformats.org/wordprocessingml/2006/main">
        <w:rPr>
          <w:b/>
          <w:bCs/>
        </w:rPr>
        <w:t xml:space="preserve">C: </w:t>
      </w:r>
      <w:r xmlns:w="http://schemas.openxmlformats.org/wordprocessingml/2006/main">
        <w:t xml:space="preserve">Hindi binabago ng komentaryo ang mga baraha. - </w:t>
      </w:r>
      <w:r xmlns:w="http://schemas.openxmlformats.org/wordprocessingml/2006/main">
        <w:rPr>
          <w:b/>
          <w:bCs/>
        </w:rPr>
        <w:t xml:space="preserve">D: </w:t>
      </w:r>
      <w:r xmlns:w="http://schemas.openxmlformats.org/wordprocessingml/2006/main">
        <w:t xml:space="preserve">Hindi binabago ng mga nakaraang resulta ang kasalukuyang mga kombinatoryal na posibilidad.</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50"/>
    <w:bookmarkStart w:id="51" w:name="drill-sfft-ms3-02-004"/>
    <w:p>
      <w:pPr xmlns:w="http://schemas.openxmlformats.org/wordprocessingml/2006/main">
        <w:pStyle w:val="Heading3"/>
      </w:pPr>
      <w:r xmlns:w="http://schemas.openxmlformats.org/wordprocessingml/2006/main">
        <w:t xml:space="preserve">Drilling SFFT-MS3-02-004</w:t>
      </w:r>
    </w:p>
    <w:p>
      <w:pPr xmlns:w="http://schemas.openxmlformats.org/wordprocessingml/2006/main">
        <w:pStyle w:val="FirstParagraph"/>
      </w:pPr>
      <w:r xmlns:w="http://schemas.openxmlformats.org/wordprocessingml/2006/main">
        <w:t xml:space="preserve">Ano ang ibig sabihin ng 2.5 weighted combinations?</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Kalahating pisikal na kamay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Isang inaasahan na may bigat ng dalas sa mga posibleng deal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Isang paglabag sa mga patakaran ng poker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Isang tabla sa showdown</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Itinatala ng mga fractional total kung gaano kadalas gumagawa ng isang aksyon ang eksaktong mga kamay.</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Walang literal na kalahating kamay. - </w:t>
      </w:r>
      <w:r xmlns:w="http://schemas.openxmlformats.org/wordprocessingml/2006/main">
        <w:rPr>
          <w:b/>
          <w:bCs/>
        </w:rPr>
        <w:t xml:space="preserve">C: </w:t>
      </w:r>
      <w:r xmlns:w="http://schemas.openxmlformats.org/wordprocessingml/2006/main">
        <w:t xml:space="preserve">Ang paggamit ng mga pabigat ay lehitimo sa matematika. - </w:t>
      </w:r>
      <w:r xmlns:w="http://schemas.openxmlformats.org/wordprocessingml/2006/main">
        <w:rPr>
          <w:b/>
          <w:bCs/>
        </w:rPr>
        <w:t xml:space="preserve">D: </w:t>
      </w:r>
      <w:r xmlns:w="http://schemas.openxmlformats.org/wordprocessingml/2006/main">
        <w:t xml:space="preserve">Hindi ito isang hating palayok.</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51"/>
    <w:bookmarkStart w:id="52" w:name="drill-sfft-ms3-02-005"/>
    <w:p>
      <w:pPr xmlns:w="http://schemas.openxmlformats.org/wordprocessingml/2006/main">
        <w:pStyle w:val="Heading3"/>
      </w:pPr>
      <w:r xmlns:w="http://schemas.openxmlformats.org/wordprocessingml/2006/main">
        <w:t xml:space="preserve">Drilling SFFT-MS3-02-005</w:t>
      </w:r>
    </w:p>
    <w:p>
      <w:pPr xmlns:w="http://schemas.openxmlformats.org/wordprocessingml/2006/main">
        <w:pStyle w:val="FirstParagraph"/>
      </w:pPr>
      <w:r xmlns:w="http://schemas.openxmlformats.org/wordprocessingml/2006/main">
        <w:t xml:space="preserve">Ang Hero at ang board ay magkasamang nagpapakita ng </w:t>
      </w:r>
      <w:r xmlns:w="http://schemas.openxmlformats.org/wordprocessingml/2006/main">
        <w:rPr>
          <w:b/>
          <w:bCs/>
        </w:rPr>
        <w:t xml:space="preserve">0 reyna </w:t>
      </w:r>
      <w:r xmlns:w="http://schemas.openxmlformats.org/wordprocessingml/2006/main">
        <w:t xml:space="preserve">. Ilang eksaktong kombinasyon ng QQ ang kaya pa ring hawak ng Kontrabida?</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6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3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1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4</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Apat na reyna na lamang ang hindi nakikita, at ang isang pares ay isang hindi nakaayos na pagpipilian ng dalawa: C(4,2) = 6. Bilangin ang mga baraha, hindi ang mga class square.</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Anim na kumbinasyon ng QQ ang umiiral lamang bago maalis ang anumang reyna. - </w:t>
      </w:r>
      <w:r xmlns:w="http://schemas.openxmlformats.org/wordprocessingml/2006/main">
        <w:rPr>
          <w:b/>
          <w:bCs/>
        </w:rPr>
        <w:t xml:space="preserve">C: </w:t>
      </w:r>
      <w:r xmlns:w="http://schemas.openxmlformats.org/wordprocessingml/2006/main">
        <w:t xml:space="preserve">Tatlong kumbinasyon ng QQ ang nalalapat kapag eksaktong isang reyna ang nakikita. - </w:t>
      </w:r>
      <w:r xmlns:w="http://schemas.openxmlformats.org/wordprocessingml/2006/main">
        <w:rPr>
          <w:b/>
          <w:bCs/>
        </w:rPr>
        <w:t xml:space="preserve">D: </w:t>
      </w:r>
      <w:r xmlns:w="http://schemas.openxmlformats.org/wordprocessingml/2006/main">
        <w:t xml:space="preserve">Isang kumbinasyon ang nalalapat kapag eksaktong dalawang reyna ang nakikita.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52"/>
    <w:bookmarkStart w:id="53" w:name="drill-sfft-ms3-02-006"/>
    <w:p>
      <w:pPr xmlns:w="http://schemas.openxmlformats.org/wordprocessingml/2006/main">
        <w:pStyle w:val="Heading3"/>
      </w:pPr>
      <w:r xmlns:w="http://schemas.openxmlformats.org/wordprocessingml/2006/main">
        <w:t xml:space="preserve">Drilling SFFT-MS3-02-006</w:t>
      </w:r>
    </w:p>
    <w:p>
      <w:pPr xmlns:w="http://schemas.openxmlformats.org/wordprocessingml/2006/main">
        <w:pStyle w:val="FirstParagraph"/>
      </w:pP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10 posibleng kombinasyon ng halaga at 8 posibleng kombinasyon ng bluff. Ginagawa nila ang naobserbahang taya na may halagang 50% at 75% ng oras ay may bluff. Ilang bahagi ng </w:t>
      </w:r>
      <w:r xmlns:w="http://schemas.openxmlformats.org/wordprocessingml/2006/main">
        <w:rPr>
          <w:b/>
          <w:bCs/>
        </w:rPr>
        <w:t xml:space="preserve">kanilang mga taya </w:t>
      </w:r>
      <w:r xmlns:w="http://schemas.openxmlformats.org/wordprocessingml/2006/main">
        <w:t xml:space="preserve">ang bluff?</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54.55%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44.44%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45.45%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75.00%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Tinimbang na halaga=10×0.5=5; tinimbang na mga bluff=8×0.75=6; bahagi ng bluff=6/(5+6)=54.55%. Dapat muling timbangin ng aksyon ang panimulang distribusyon.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bahagi ng bluff bago ang taya, hindi ang weighted betting range. - </w:t>
      </w:r>
      <w:r xmlns:w="http://schemas.openxmlformats.org/wordprocessingml/2006/main">
        <w:rPr>
          <w:b/>
          <w:bCs/>
        </w:rPr>
        <w:t xml:space="preserve">C: </w:t>
      </w:r>
      <w:r xmlns:w="http://schemas.openxmlformats.org/wordprocessingml/2006/main">
        <w:t xml:space="preserve">Ito ay isang value share o kung hindi man ay binabalewala ang action frequency. - </w:t>
      </w:r>
      <w:r xmlns:w="http://schemas.openxmlformats.org/wordprocessingml/2006/main">
        <w:rPr>
          <w:b/>
          <w:bCs/>
        </w:rPr>
        <w:t xml:space="preserve">D: </w:t>
      </w:r>
      <w:r xmlns:w="http://schemas.openxmlformats.org/wordprocessingml/2006/main">
        <w:t xml:space="preserve">Napagkakamalan nito ang conditional bet frequency sa bahagi ng mga taya na bluff.</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53"/>
    <w:bookmarkEnd w:id="54"/>
    <w:bookmarkEnd w:id="55"/>
    <w:bookmarkStart w:id="68" w:name="position-and-the-first-range"/>
    <w:p>
      <w:pPr xmlns:w="http://schemas.openxmlformats.org/wordprocessingml/2006/main">
        <w:pStyle w:val="Heading1"/>
      </w:pPr>
      <w:r xmlns:w="http://schemas.openxmlformats.org/wordprocessingml/2006/main">
        <w:t xml:space="preserve">3. Posisyon at ang Unang Saklaw</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Magtatag ng mga maipagtatanggol na hypotheses ng saklaw ng preflop gamit ang posisyon, konpigurasyon ng laro, at ang uri ng aksyon bago ang flop.</w:t>
      </w:r>
    </w:p>
    <w:p>
      <w:pPr xmlns:w="http://schemas.openxmlformats.org/wordprocessingml/2006/main">
        <w:pStyle w:val="BodyText"/>
      </w:pPr>
      <w:r xmlns:w="http://schemas.openxmlformats.org/wordprocessingml/2006/main">
        <w:t xml:space="preserve">Nagsisimula ang pagbasa ng range kapag naitulak ng dealer ang mga unang baraha, hindi kapag ang river ay lumilikha ng nakakatakot na posibilidad. Isipin ang isang larong may siyam na kamay na may $1/$2 na blinds, humigit-kumulang $200 na epektibong stack, walang ante, at isang hindi pa nabubuksang pot. Ang isang disiplinadong early-position opening range ay karaniwang mas mapili kaysa sa isang button opening range dahil mas maraming manlalaro ang natitira na maaaring humawak ng malalakas na baraha, at ang button ay kadalasang nagtatamasa ng posisyon pagkatapos ng flop. Ito ay isang istruktural na paliwanag, hindi isang garantiya ng isang partikular na porsyento.</w:t>
      </w:r>
    </w:p>
    <w:p>
      <w:pPr xmlns:w="http://schemas.openxmlformats.org/wordprocessingml/2006/main">
        <w:pStyle w:val="BodyText"/>
      </w:pPr>
      <w:r xmlns:w="http://schemas.openxmlformats.org/wordprocessingml/2006/main">
        <w:t xml:space="preserve">Ang isang tumpak na tsart ng saklaw ay nangangailangan ng konpigurasyon ng laro: bilang ng mga manlalaro, epektibong mga stack, laki ng pagbubukas, rake, mga straddle, mga susunod na aksyon, at ang paraan na ginamit upang makuha ang tsart. Ang mga unang aralin sa aklat na ito ay gumagamit ng isang maliit </w:t>
      </w:r>
      <w:r xmlns:w="http://schemas.openxmlformats.org/wordprocessingml/2006/main">
        <w:rPr>
          <w:b/>
          <w:bCs/>
        </w:rPr>
        <w:t xml:space="preserve">na naglalarawan, hindi hinango ng tagalutas na hanay ng pagtuturo </w:t>
      </w:r>
      <w:r xmlns:w="http://schemas.openxmlformats.org/wordprocessingml/2006/main">
        <w:t xml:space="preserve">, na sadyang madaling i-audit. Huwag i-paste ang mga halimbawang saklaw na ito sa isang totoong talahanayan nang hindi inaangkop ang mga ito.</w:t>
      </w:r>
    </w:p>
    <w:bookmarkStart w:id="56" w:name="a-compact-hypothetical-opening-framework"/>
    <w:p>
      <w:pPr xmlns:w="http://schemas.openxmlformats.org/wordprocessingml/2006/main">
        <w:pStyle w:val="Heading2"/>
      </w:pPr>
      <w:r xmlns:w="http://schemas.openxmlformats.org/wordprocessingml/2006/main">
        <w:t xml:space="preserve">Isang siksik na hipotetikal na balangkas ng pambungad</w:t>
      </w:r>
    </w:p>
    <w:p>
      <w:pPr xmlns:w="http://schemas.openxmlformats.org/wordprocessingml/2006/main">
        <w:pStyle w:val="Compact"/>
        <w:numPr>
          <w:ilvl w:val="0"/>
          <w:numId w:val="1005"/>
        </w:numPr>
      </w:pPr>
      <w:r xmlns:w="http://schemas.openxmlformats.org/wordprocessingml/2006/main">
        <w:rPr>
          <w:b/>
          <w:bCs/>
        </w:rPr>
        <w:t xml:space="preserve">Maagang posisyon, hindi pa nabubuksan, siyam na kamay </w:t>
      </w:r>
      <w:r xmlns:w="http://schemas.openxmlformats.org/wordprocessingml/2006/main">
        <w:t xml:space="preserve">— Ilustratibong core: 77+, AJs+, KQs, AQo+; Malaking pag-iingat: Hindi isang kumpletong na-optimize na tsart; malakas ngunit simple</w:t>
      </w:r>
    </w:p>
    <w:p>
      <w:pPr xmlns:w="http://schemas.openxmlformats.org/wordprocessingml/2006/main">
        <w:pStyle w:val="Compact"/>
        <w:numPr>
          <w:ilvl w:val="0"/>
          <w:numId w:val="1005"/>
        </w:numPr>
      </w:pPr>
      <w:r xmlns:w="http://schemas.openxmlformats.org/wordprocessingml/2006/main">
        <w:rPr>
          <w:b/>
          <w:bCs/>
        </w:rPr>
        <w:t xml:space="preserve">Gitnang posisyon, hindi pa nabubuksan </w:t>
      </w:r>
      <w:r xmlns:w="http://schemas.openxmlformats.org/wordprocessingml/2006/main">
        <w:t xml:space="preserve">— Nakalarawang core: 66+, ATs+, KJs+, QJs, AJo+, KQo; Malaking pag-iingat: Mas maraming manlalaro ang nag-fold, ngunit marami ang nananatili</w:t>
      </w:r>
    </w:p>
    <w:p>
      <w:pPr xmlns:w="http://schemas.openxmlformats.org/wordprocessingml/2006/main">
        <w:pStyle w:val="Compact"/>
        <w:numPr>
          <w:ilvl w:val="0"/>
          <w:numId w:val="1005"/>
        </w:numPr>
      </w:pPr>
      <w:r xmlns:w="http://schemas.openxmlformats.org/wordprocessingml/2006/main">
        <w:rPr>
          <w:b/>
          <w:bCs/>
        </w:rPr>
        <w:t xml:space="preserve">Putol, hindi pa nabubuksan </w:t>
      </w:r>
      <w:r xmlns:w="http://schemas.openxmlformats.org/wordprocessingml/2006/main">
        <w:t xml:space="preserve">— Nakalarawang core: 44+, A8s+, KTs+, QTs+, JTs, T9s, ATo+, KJo+; Pangunahing pag-iingat: Mas malapad pa rin; hindi kayang pigilan ng mga blinds at butones</w:t>
      </w:r>
    </w:p>
    <w:p>
      <w:pPr xmlns:w="http://schemas.openxmlformats.org/wordprocessingml/2006/main">
        <w:pStyle w:val="Compact"/>
        <w:numPr>
          <w:ilvl w:val="0"/>
          <w:numId w:val="1005"/>
        </w:numPr>
      </w:pPr>
      <w:r xmlns:w="http://schemas.openxmlformats.org/wordprocessingml/2006/main">
        <w:rPr>
          <w:b/>
          <w:bCs/>
        </w:rPr>
        <w:t xml:space="preserve">Butones, hindi pa nabubuksan </w:t>
      </w:r>
      <w:r xmlns:w="http://schemas.openxmlformats.org/wordprocessingml/2006/main">
        <w:t xml:space="preserve">— Nakalarawang core: Kadalasang mas malapad kaysa sa cutoff, na may mas angkop at konektadong mga kamay; Pangunahing pag-iingat: Ang eksaktong lapad ay lubos na nakadepende sa mga blinds at rake</w:t>
      </w:r>
    </w:p>
    <w:p>
      <w:pPr xmlns:w="http://schemas.openxmlformats.org/wordprocessingml/2006/main">
        <w:pStyle w:val="FirstParagraph"/>
      </w:pPr>
      <w:r xmlns:w="http://schemas.openxmlformats.org/wordprocessingml/2006/main">
        <w:t xml:space="preserve">Ang talahanayang ito ay para sa </w:t>
      </w:r>
      <w:r xmlns:w="http://schemas.openxmlformats.org/wordprocessingml/2006/main">
        <w:rPr>
          <w:b/>
          <w:bCs/>
        </w:rPr>
        <w:t xml:space="preserve">pagtuturo ng lohika ng posisyon </w:t>
      </w:r>
      <w:r xmlns:w="http://schemas.openxmlformats.org/wordprocessingml/2006/main">
        <w:t xml:space="preserve">, hindi isang pag-aangkin ng GTO, ni isang pangkalahatang rekomendasyon. Ang maliliit na listahan nito ay mga halimbawa lamang, hindi komprehensibong na-optimize na mga saklaw. Ang ibig sabihin ng </w:t>
      </w:r>
      <w:r xmlns:w="http://schemas.openxmlformats.org/wordprocessingml/2006/main">
        <w:rPr>
          <w:b/>
          <w:bCs/>
        </w:rPr>
        <w:t xml:space="preserve">'+' </w:t>
      </w:r>
      <w:r xmlns:w="http://schemas.openxmlformats.org/wordprocessingml/2006/main">
        <w:t xml:space="preserve">ay ang mas malalakas na katabing ranggo ng ganitong uri ay isinasama ng kumbensyonal na notasyon ng poker; kung saan ang shorthand ay hindi malinaw, gamitin ang tahasang inilistang mga klase ng kamay sa isang tsart ng produksyon. Inilalarawan ng matrix ang taxonomy, hindi isang pangkalahatang desisyon sa pagtaas/pagtiklop.</w:t>
      </w:r>
    </w:p>
    <w:bookmarkEnd w:id="56"/>
    <w:bookmarkStart w:id="57" w:name="Xde98df4cc080fc34c95b40bbd1dd7280908b8e1"/>
    <w:p>
      <w:pPr xmlns:w="http://schemas.openxmlformats.org/wordprocessingml/2006/main">
        <w:pStyle w:val="Heading2"/>
      </w:pPr>
      <w:r xmlns:w="http://schemas.openxmlformats.org/wordprocessingml/2006/main">
        <w:t xml:space="preserve">Baliktarin ang kilos at magbabago ang kahulugan</w:t>
      </w:r>
    </w:p>
    <w:p>
      <w:pPr xmlns:w="http://schemas.openxmlformats.org/wordprocessingml/2006/main">
        <w:pStyle w:val="FirstParagraph"/>
      </w:pPr>
      <w:r xmlns:w="http://schemas.openxmlformats.org/wordprocessingml/2006/main">
        <w:t xml:space="preserve">Paghambingin ang apat na pahayag: 'Ang UTG ay nagbukas sa $12', 'ang buton ay nagbukas sa $12', 'ang buton na tinatawag na UTG ay nagbukas sa $12', at 'ang buton na three-bet ay nagbukas sa UTG ng $42'. Ang parehong manlalaro ay maaaring makatuwirang gumamit ng iba't ibang distribusyon sa lahat ng apat na pagkakataon. Ang presensya ng orihinal na raiser, mga manlalarong hinahayaang kumilos, at ang panganib ng isang squeeze ay nagbabago sa mga insentibo. Ang isang three-bet range ay maaaring maglaman ng premium na halaga at piling mga bluff, habang ang isang flat-calling range ay maaaring maglaman ng mga nalalarong kamay na ayaw bumuo ng mas malaking pot. Ngunit ang ilang manlalaro ay halos walang bluff three-bets; huwag ilagay ang mga bluff na iyon sa pamamagitan lamang ng pag-aakala.</w:t>
      </w:r>
    </w:p>
    <w:p>
      <w:pPr xmlns:w="http://schemas.openxmlformats.org/wordprocessingml/2006/main">
        <w:pStyle w:val="BodyText"/>
      </w:pPr>
      <w:r xmlns:w="http://schemas.openxmlformats.org/wordprocessingml/2006/main">
        <w:t xml:space="preserve">Kapag binubuo muli ang mga posibleng kamay ng Kontrabida, sumulat ng chronological </w:t>
      </w:r>
      <w:r xmlns:w="http://schemas.openxmlformats.org/wordprocessingml/2006/main">
        <w:rPr>
          <w:i/>
          <w:iCs/>
        </w:rPr>
        <w:t xml:space="preserve">range diary </w:t>
      </w:r>
      <w:r xmlns:w="http://schemas.openxmlformats.org/wordprocessingml/2006/main">
        <w:t xml:space="preserve">. Magsimula sa mga kamay na kapani-paniwalang nilalaro mula sa upuan na iyon. Pagkatapos ng raise o call, i-narrow o i-reweight. Huwag maghinuha ng preflop range mula sa isang river board pagkatapos mong malaman ang resulta: iyon ay batay sa kinalabasan.</w:t>
      </w:r>
    </w:p>
    <w:bookmarkEnd w:id="57"/>
    <w:bookmarkStart w:id="58" w:name="worked-example-kj-offsuit-at-two-seats"/>
    <w:p>
      <w:pPr xmlns:w="http://schemas.openxmlformats.org/wordprocessingml/2006/main">
        <w:pStyle w:val="Heading2"/>
      </w:pPr>
      <w:r xmlns:w="http://schemas.openxmlformats.org/wordprocessingml/2006/main">
        <w:t xml:space="preserve">Nagtrabahong halimbawa: KJ offsuit sa dalawang upuan</w:t>
      </w:r>
    </w:p>
    <w:p>
      <w:pPr xmlns:w="http://schemas.openxmlformats.org/wordprocessingml/2006/main">
        <w:pStyle w:val="FirstParagraph"/>
      </w:pPr>
      <w:r xmlns:w="http://schemas.openxmlformats.org/wordprocessingml/2006/main">
        <w:t xml:space="preserve">Hawak ng Hero ang K♦J♣. Sa isang larong may siyam na kamay na nagkakahalaga ng $1/$2, limang manlalaro ang magfo-fold at si Hero ang may hawak ng buton. Maaaring makatuwiran ang opening raise laban sa passive blinds. Ngayon, ilipat ang Hero sa maagang upuan at bigyan ang isang tight player ng raise sa $15 na mas mataas kaysa kay Hero. Ang pagtawag gamit ang KJo ay maaaring makaharap sa AK, KQ, AJ, at mas mahuhusay na broadway hands—lalo na kung ang mga susunod na manlalaro ay maaari pa ring mag-three-bet. Kahit na ang Hero ay nag-flop ng king-high top pair, ang dominasyon ay maaaring gawing mapanganib ang isang malaking pot. Walang pangkalahatang aksyon na sumusunod lamang sa shorthand na si KJo; </w:t>
      </w:r>
      <w:r xmlns:w="http://schemas.openxmlformats.org/wordprocessingml/2006/main">
        <w:rPr>
          <w:b/>
          <w:bCs/>
        </w:rPr>
        <w:t xml:space="preserve">ang naunang aksyon ay nagpabago sa range na kinakaharap ng Hero </w:t>
      </w:r>
      <w:r xmlns:w="http://schemas.openxmlformats.org/wordprocessingml/2006/main">
        <w:t xml:space="preserve">.</w:t>
      </w:r>
    </w:p>
    <w:bookmarkEnd w:id="58"/>
    <w:bookmarkStart w:id="60" w:name="a-better-question-than-does-he-have-aces"/>
    <w:p>
      <w:pPr xmlns:w="http://schemas.openxmlformats.org/wordprocessingml/2006/main">
        <w:pStyle w:val="Heading2"/>
      </w:pPr>
      <w:r xmlns:w="http://schemas.openxmlformats.org/wordprocessingml/2006/main">
        <w:t xml:space="preserve">Mas mainam na tanong kaysa sa 'Mayroon ba siyang mga alas?'</w:t>
      </w:r>
    </w:p>
    <w:p>
      <w:pPr xmlns:w="http://schemas.openxmlformats.org/wordprocessingml/2006/main">
        <w:pStyle w:val="FirstParagraph"/>
      </w:pPr>
      <w:r xmlns:w="http://schemas.openxmlformats.org/wordprocessingml/2006/main">
        <w:t xml:space="preserve">Itanong kung anong mga kombinasyon ng halaga ang kinakatawan ng posisyon at sukat ng kalaban, at kung aling mga mas mahihinang kamay ang posibleng pumasok sa parehong aksyon. Laban sa isang hipotetikal na saklaw ng UTG na QQ+, AK, ang isang pares ng jack ay hindi palaging paborito, kahit na maganda ang hitsura nito. Laban sa isang agresibong saklaw ng button na kinabibilangan ng maraming mas mahihinang pares, suited kings, broadways, at steals, ang parehong mga jack ay mas malakas. Tantyahin ang buong distribusyon bago tumugon sa isang kinatatakutang kamay.</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Itinataas ng kalaban ang first-in mula sa buton. Alin ang pinakamahusay na hinuha </w:t>
      </w:r>
      <w:r xmlns:w="http://schemas.openxmlformats.org/wordprocessingml/2006/main">
        <w:rPr>
          <w:i/>
          <w:iCs/>
        </w:rPr>
        <w:t xml:space="preserve">sa pagsisimula </w:t>
      </w:r>
      <w:r xmlns:w="http://schemas.openxmlformats.org/wordprocessingml/2006/main">
        <w:t xml:space="preserve">? (A) Dapat ay mayroon silang premium; (B) ang kanilang potensyal na opening range ay karaniwang mas malawak kaysa sa UTG, ang iba pang mga salik ay pantay; (C) sila ay nagbluffing; (D) ang posisyon ay hindi mahalaga kapag dumating na ang flop. </w:t>
      </w:r>
      <w:r xmlns:w="http://schemas.openxmlformats.org/wordprocessingml/2006/main">
        <w:rPr>
          <w:b/>
          <w:bCs/>
        </w:rPr>
        <w:t xml:space="preserve">Ang B </w:t>
      </w:r>
      <w:r xmlns:w="http://schemas.openxmlformats.org/wordprocessingml/2006/main">
        <w:t xml:space="preserve">ay sumusunod mula sa istrukturang kalamangan ng pag-arte sa huli. Inaangkin nina A at C ang kaalaman tungkol sa aktwal na mga baraha o motibo; Binabalewala ng D ang kalamangan sa posisyon pagkatapos ng flop.</w:t>
      </w:r>
    </w:p>
    <w:bookmarkStart w:id="59" w:name="change-the-conditions-2"/>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rPr>
          <w:i/>
          <w:iCs/>
        </w:rPr>
        <w:t xml:space="preserve">aktwal na saklaw </w:t>
      </w:r>
      <w:r xmlns:w="http://schemas.openxmlformats.org/wordprocessingml/2006/main">
        <w:t xml:space="preserve">ng button </w:t>
      </w:r>
      <w:r xmlns:w="http://schemas.openxmlformats.org/wordprocessingml/2006/main">
        <w:t xml:space="preserve">ay maaaring masikip kahit na may istrukturang pagkakataon na bumukas nang malawak. Basahin ang mga aksyon at datos ng populasyon; huwag ipagkamali ang isang pinakamainam na pagkakataon sa isang nasukat na pag-uugali.</w:t>
      </w:r>
    </w:p>
    <w:p>
      <w:pPr xmlns:w="http://schemas.openxmlformats.org/wordprocessingml/2006/main">
        <w:pStyle w:val="BodyText"/>
      </w:pPr>
      <w:r xmlns:w="http://schemas.openxmlformats.org/wordprocessingml/2006/main">
        <w:rPr>
          <w:b/>
          <w:bCs/>
        </w:rPr>
        <w:t xml:space="preserve">Prinsipyo ng Guro: </w:t>
      </w:r>
      <w:r xmlns:w="http://schemas.openxmlformats.org/wordprocessingml/2006/main">
        <w:t xml:space="preserve">Magsimula sa kung ano ang kayang gawin ng isang makatwirang manlalaro sa upuang iyon; mag-update sa kung ano talaga ang ginagawa ng partikular na kalaban na ito.</w:t>
      </w:r>
    </w:p>
    <w:bookmarkEnd w:id="59"/>
    <w:bookmarkEnd w:id="60"/>
    <w:bookmarkStart w:id="67" w:name="chapter-03-six-verified-drills"/>
    <w:p>
      <w:pPr xmlns:w="http://schemas.openxmlformats.org/wordprocessingml/2006/main">
        <w:pStyle w:val="Heading2"/>
      </w:pPr>
      <w:r xmlns:w="http://schemas.openxmlformats.org/wordprocessingml/2006/main">
        <w:t xml:space="preserve">Kabanata 03: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61" w:name="drill-sfft-ms3-03-001"/>
    <w:p>
      <w:pPr xmlns:w="http://schemas.openxmlformats.org/wordprocessingml/2006/main">
        <w:pStyle w:val="Heading3"/>
      </w:pPr>
      <w:r xmlns:w="http://schemas.openxmlformats.org/wordprocessingml/2006/main">
        <w:t xml:space="preserve">Drilling SFFT-MS3-03-001</w:t>
      </w:r>
    </w:p>
    <w:p>
      <w:pPr xmlns:w="http://schemas.openxmlformats.org/wordprocessingml/2006/main">
        <w:pStyle w:val="FirstParagraph"/>
      </w:pPr>
      <w:r xmlns:w="http://schemas.openxmlformats.org/wordprocessingml/2006/main">
        <w:t xml:space="preserve">Ang isang siyam-kamay na UTG open at isang button first-in open ay dapat magsimula sa…</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Ang parehong pangkalahatang saklaw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Iba't ibang kandidatong saklaw na partikular sa posisyon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Mga angkop na baraha lamang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Eksaktong anim na pares na kumbinasyon</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magkakaibang upuan ay nagpapahiwatig ng magkakaibang insentibo sa istruktura.</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Binabago ng posisyon ang pagkakataon at aksyon sa hinaharap. - </w:t>
      </w:r>
      <w:r xmlns:w="http://schemas.openxmlformats.org/wordprocessingml/2006/main">
        <w:rPr>
          <w:b/>
          <w:bCs/>
        </w:rPr>
        <w:t xml:space="preserve">C: </w:t>
      </w:r>
      <w:r xmlns:w="http://schemas.openxmlformats.org/wordprocessingml/2006/main">
        <w:t xml:space="preserve">Ang pagiging angkop lamang ay hindi tumutukoy sa isang kumpletong saklaw. - </w:t>
      </w:r>
      <w:r xmlns:w="http://schemas.openxmlformats.org/wordprocessingml/2006/main">
        <w:rPr>
          <w:b/>
          <w:bCs/>
        </w:rPr>
        <w:t xml:space="preserve">D: </w:t>
      </w:r>
      <w:r xmlns:w="http://schemas.openxmlformats.org/wordprocessingml/2006/main">
        <w:t xml:space="preserve">Ang anim na pares na kombinasyon ay kumakatawan sa isang klase ng pares.</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61"/>
    <w:bookmarkStart w:id="62" w:name="drill-sfft-ms3-03-002"/>
    <w:p>
      <w:pPr xmlns:w="http://schemas.openxmlformats.org/wordprocessingml/2006/main">
        <w:pStyle w:val="Heading3"/>
      </w:pPr>
      <w:r xmlns:w="http://schemas.openxmlformats.org/wordprocessingml/2006/main">
        <w:t xml:space="preserve">Drilling SFFT-MS3-03-002</w:t>
      </w:r>
    </w:p>
    <w:p>
      <w:pPr xmlns:w="http://schemas.openxmlformats.org/wordprocessingml/2006/main">
        <w:pStyle w:val="FirstParagraph"/>
      </w:pPr>
      <w:r xmlns:w="http://schemas.openxmlformats.org/wordprocessingml/2006/main">
        <w:t xml:space="preserve">Ano ang dapat ibunyag ng isang preflop chart?</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Tanging ang susi ng kulay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Bilang ng manlalaro, stack, laki ng pagtaas, rake, at pinagmulan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paboritong pambungad na kamay ng may-akda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pinakamataas na kamay na nakita sa mesa</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konpigurasyon at deribasyon ang nagtatakda ng kakayahang magamit ang tsart.</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mga kulay na walang mga pagpapalagay ay maaaring makapanlinlang. - </w:t>
      </w:r>
      <w:r xmlns:w="http://schemas.openxmlformats.org/wordprocessingml/2006/main">
        <w:rPr>
          <w:b/>
          <w:bCs/>
        </w:rPr>
        <w:t xml:space="preserve">C: </w:t>
      </w:r>
      <w:r xmlns:w="http://schemas.openxmlformats.org/wordprocessingml/2006/main">
        <w:t xml:space="preserve">Ang mga kagustuhan ay hindi isang detalye ng estratehiya. - </w:t>
      </w:r>
      <w:r xmlns:w="http://schemas.openxmlformats.org/wordprocessingml/2006/main">
        <w:rPr>
          <w:b/>
          <w:bCs/>
        </w:rPr>
        <w:t xml:space="preserve">D: </w:t>
      </w:r>
      <w:r xmlns:w="http://schemas.openxmlformats.org/wordprocessingml/2006/main">
        <w:t xml:space="preserve">Ang isang di-malilimutang pot ay walang kaugnayan sa bisa ng tsart.</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62"/>
    <w:bookmarkStart w:id="63" w:name="drill-sfft-ms3-03-003"/>
    <w:p>
      <w:pPr xmlns:w="http://schemas.openxmlformats.org/wordprocessingml/2006/main">
        <w:pStyle w:val="Heading3"/>
      </w:pPr>
      <w:r xmlns:w="http://schemas.openxmlformats.org/wordprocessingml/2006/main">
        <w:t xml:space="preserve">Drilling SFFT-MS3-03-003</w:t>
      </w:r>
    </w:p>
    <w:p>
      <w:pPr xmlns:w="http://schemas.openxmlformats.org/wordprocessingml/2006/main">
        <w:pStyle w:val="FirstParagraph"/>
      </w:pPr>
      <w:r xmlns:w="http://schemas.openxmlformats.org/wordprocessingml/2006/main">
        <w:t xml:space="preserve">KAILANGAN bang gumamit ng malawak na saklaw ng mga butones ang isang manlalaro?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Oo, ginagawa ito ng bawat mahusay na manlalaro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Hindi; malawak ang pagkakataon ngunit iba-iba ang aktwal na saklaw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Kung may hawak na 72o lamang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Oo kung agresibo ang mga blinds</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naobserbahang istilo ng kalaban ay maaaring lumayo sa teorya.</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Hindi ginagarantiyahan ng oportunidad ang isang kilos. - </w:t>
      </w:r>
      <w:r xmlns:w="http://schemas.openxmlformats.org/wordprocessingml/2006/main">
        <w:rPr>
          <w:b/>
          <w:bCs/>
        </w:rPr>
        <w:t xml:space="preserve">C: </w:t>
      </w:r>
      <w:r xmlns:w="http://schemas.openxmlformats.org/wordprocessingml/2006/main">
        <w:t xml:space="preserve">Hindi nasusukat ng isang kamay ang lapad ng saklaw. - </w:t>
      </w:r>
      <w:r xmlns:w="http://schemas.openxmlformats.org/wordprocessingml/2006/main">
        <w:rPr>
          <w:b/>
          <w:bCs/>
        </w:rPr>
        <w:t xml:space="preserve">D: </w:t>
      </w:r>
      <w:r xmlns:w="http://schemas.openxmlformats.org/wordprocessingml/2006/main">
        <w:t xml:space="preserve">Ang mga agresibong blinds ay maaaring magbigay ng insentibo sa mga pagsasaayos.</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63"/>
    <w:bookmarkStart w:id="64" w:name="drill-sfft-ms3-03-004"/>
    <w:p>
      <w:pPr xmlns:w="http://schemas.openxmlformats.org/wordprocessingml/2006/main">
        <w:pStyle w:val="Heading3"/>
      </w:pPr>
      <w:r xmlns:w="http://schemas.openxmlformats.org/wordprocessingml/2006/main">
        <w:t xml:space="preserve">Drilling SFFT-MS3-03-004</w:t>
      </w:r>
    </w:p>
    <w:p>
      <w:pPr xmlns:w="http://schemas.openxmlformats.org/wordprocessingml/2006/main">
        <w:pStyle w:val="FirstParagraph"/>
      </w:pPr>
      <w:r xmlns:w="http://schemas.openxmlformats.org/wordprocessingml/2006/main">
        <w:t xml:space="preserve">Ano ang dapat mong gamitin upang simulan ang muling pagtatayo ng ilog?</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Ang river card lamang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magagawang saklaw ng manlalaro bago ang flop at lahat ng mga aksyon na pumapagitna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Isang hula batay sa isang mukha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Bawat mathematical na posibleng pribadong hawak ay pantay</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mga naunang aksyon ang nagtatakda kung aling mga ari-arian ang dumarating sa ilog.</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Hindi napapansin ng tekstura ng ilog lamang ang mga pagpipilian sa mga kalye. - </w:t>
      </w:r>
      <w:r xmlns:w="http://schemas.openxmlformats.org/wordprocessingml/2006/main">
        <w:rPr>
          <w:b/>
          <w:bCs/>
        </w:rPr>
        <w:t xml:space="preserve">C: </w:t>
      </w:r>
      <w:r xmlns:w="http://schemas.openxmlformats.org/wordprocessingml/2006/main">
        <w:t xml:space="preserve">Hindi maaasahan ang pisikal na anyo. - </w:t>
      </w:r>
      <w:r xmlns:w="http://schemas.openxmlformats.org/wordprocessingml/2006/main">
        <w:rPr>
          <w:b/>
          <w:bCs/>
        </w:rPr>
        <w:t xml:space="preserve">D: </w:t>
      </w:r>
      <w:r xmlns:w="http://schemas.openxmlformats.org/wordprocessingml/2006/main">
        <w:t xml:space="preserve">Karamihan sa mga holdings ay hindi makakatagal nang pantay sa mga naunang aksyon.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64"/>
    <w:bookmarkStart w:id="65" w:name="drill-sfft-ms3-03-005"/>
    <w:p>
      <w:pPr xmlns:w="http://schemas.openxmlformats.org/wordprocessingml/2006/main">
        <w:pStyle w:val="Heading3"/>
      </w:pPr>
      <w:r xmlns:w="http://schemas.openxmlformats.org/wordprocessingml/2006/main">
        <w:t xml:space="preserve">Drilling SFFT-MS3-03-005</w:t>
      </w:r>
    </w:p>
    <w:p>
      <w:pPr xmlns:w="http://schemas.openxmlformats.org/wordprocessingml/2006/main">
        <w:pStyle w:val="FirstParagraph"/>
      </w:pPr>
      <w:r xmlns:w="http://schemas.openxmlformats.org/wordprocessingml/2006/main">
        <w:t xml:space="preserve">Ang isang heads-up river pot ay mayroong $100 </w:t>
      </w:r>
      <w:r xmlns:w="http://schemas.openxmlformats.org/wordprocessingml/2006/main">
        <w:rPr>
          <w:b/>
          <w:bCs/>
        </w:rPr>
        <w:t xml:space="preserve">bago </w:t>
      </w:r>
      <w:r xmlns:w="http://schemas.openxmlformats.org/wordprocessingml/2006/main">
        <w:t xml:space="preserve">tumaya ang Kontrabida ng $50. Tatapusin ng Hero ang aksyon at maaaring tumawag ng $50; ipagpalagay na walang tabla o rake. Ano ang eksaktong showdown-equity threshold na kinakailangan ng isang tawag?</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25.00%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33.33%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50.00%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75.00%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huling puhunan pagkatapos ng isang tawag ay $100+$50+$50=$200; ang tawag ay nagkakahalaga ng $50, kaya ang kinakailangang equity ay 50/200 = 25.00%.</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Mali: binabalewala nito ang kontribusyon ng Hero sa huling pot. - </w:t>
      </w:r>
      <w:r xmlns:w="http://schemas.openxmlformats.org/wordprocessingml/2006/main">
        <w:rPr>
          <w:b/>
          <w:bCs/>
        </w:rPr>
        <w:t xml:space="preserve">C: </w:t>
      </w:r>
      <w:r xmlns:w="http://schemas.openxmlformats.org/wordprocessingml/2006/main">
        <w:t xml:space="preserve">Mali: inihahambing nito ang call cost sa pot bago ang taya at call. - </w:t>
      </w:r>
      <w:r xmlns:w="http://schemas.openxmlformats.org/wordprocessingml/2006/main">
        <w:rPr>
          <w:b/>
          <w:bCs/>
        </w:rPr>
        <w:t xml:space="preserve">D: </w:t>
      </w:r>
      <w:r xmlns:w="http://schemas.openxmlformats.org/wordprocessingml/2006/main">
        <w:t xml:space="preserve">Mali: ito ang complement o isang hindi kaugnay na fraction.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65"/>
    <w:bookmarkStart w:id="66" w:name="drill-sfft-ms3-03-006"/>
    <w:p>
      <w:pPr xmlns:w="http://schemas.openxmlformats.org/wordprocessingml/2006/main">
        <w:pStyle w:val="Heading3"/>
      </w:pPr>
      <w:r xmlns:w="http://schemas.openxmlformats.org/wordprocessingml/2006/main">
        <w:t xml:space="preserve">Drilling SFFT-MS3-03-006</w:t>
      </w:r>
    </w:p>
    <w:p>
      <w:pPr xmlns:w="http://schemas.openxmlformats.org/wordprocessingml/2006/main">
        <w:pStyle w:val="FirstParagraph"/>
      </w:pPr>
      <w:r xmlns:w="http://schemas.openxmlformats.org/wordprocessingml/2006/main">
        <w:t xml:space="preserve">Magkasamang ipinapakita ng Hero at ng board ang </w:t>
      </w:r>
      <w:r xmlns:w="http://schemas.openxmlformats.org/wordprocessingml/2006/main">
        <w:rPr>
          <w:b/>
          <w:bCs/>
        </w:rPr>
        <w:t xml:space="preserve">2 reyna </w:t>
      </w:r>
      <w:r xmlns:w="http://schemas.openxmlformats.org/wordprocessingml/2006/main">
        <w:t xml:space="preserve">. Ilang eksaktong kombinasyon ng QQ ang kaya pa ring taglayin ng Kontrabida?</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1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6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3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4</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Dalawang reyna na lang ang hindi nakikita, at ang isang pares ay isang hindi nakaayos na pagpipilian ng dalawa: C(2,2) = 1. Bilangin ang mga baraha, hindi ang mga class square.</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Anim na kumbinasyon ng QQ ang umiiral lamang bago maalis ang anumang reyna. - </w:t>
      </w:r>
      <w:r xmlns:w="http://schemas.openxmlformats.org/wordprocessingml/2006/main">
        <w:rPr>
          <w:b/>
          <w:bCs/>
        </w:rPr>
        <w:t xml:space="preserve">C: </w:t>
      </w:r>
      <w:r xmlns:w="http://schemas.openxmlformats.org/wordprocessingml/2006/main">
        <w:t xml:space="preserve">Tatlong kumbinasyon ng QQ ang nalalapat kapag eksaktong isang reyna ang nakikita. - </w:t>
      </w:r>
      <w:r xmlns:w="http://schemas.openxmlformats.org/wordprocessingml/2006/main">
        <w:rPr>
          <w:b/>
          <w:bCs/>
        </w:rPr>
        <w:t xml:space="preserve">D: </w:t>
      </w:r>
      <w:r xmlns:w="http://schemas.openxmlformats.org/wordprocessingml/2006/main">
        <w:t xml:space="preserve">Isang kumbinasyon ang nalalapat kapag eksaktong dalawang reyna ang nakikita.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66"/>
    <w:bookmarkEnd w:id="67"/>
    <w:bookmarkEnd w:id="68"/>
    <w:bookmarkStart w:id="81" w:name="preflop-raises-calls-and-three-bets"/>
    <w:p>
      <w:pPr xmlns:w="http://schemas.openxmlformats.org/wordprocessingml/2006/main">
        <w:pStyle w:val="Heading1"/>
      </w:pPr>
      <w:r xmlns:w="http://schemas.openxmlformats.org/wordprocessingml/2006/main">
        <w:t xml:space="preserve">4. Mga Pagtaas, Pagtawag, at Tatlong Taya Bago ang Flop</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Gumamit ng aksyon bago ang flop upang makilala ang mga kamay, tawag, at mga kamay sa bluffing ng kandidato nang hindi gumagawa ng mga ganap na pagpapalagay.</w:t>
      </w:r>
    </w:p>
    <w:p>
      <w:pPr xmlns:w="http://schemas.openxmlformats.org/wordprocessingml/2006/main">
        <w:pStyle w:val="BodyText"/>
      </w:pPr>
      <w:r xmlns:w="http://schemas.openxmlformats.org/wordprocessingml/2006/main">
        <w:t xml:space="preserve">Ang mga aksyon bago ang flop ay nagpapakita ng kahandaan ng isang manlalaro na mamuhunan, ngunit hindi ang pagkakakilanlan ng kanilang mga baraha. Ang isang live na $1/$2 na laro na may paulit-ulit na $15 na pagbubukas at apat na tumatawag ay lumilikha ng ibang estratehikong kapaligiran mula sa isang six-max na online na laro na may $5 na pagbubukas. Ang isang malakas na manlalaro na may tatlong pustahan ay maaaring umatake sa unang raiser gamit ang mga premium na pares, AK, mga angkop na wheel ace, o iba pang mga kamay na pinili para sa pag-alis ng baraha at kakayahang maglaro. Ang isang napaka-passive na manlalaro na may tatlong pustahan minsan sa loob ng dalawang oras ay maaaring mas makitid ang pananaw. Parehong maaaring mangyari, kundisyonal na mga hypotheses.</w:t>
      </w:r>
    </w:p>
    <w:bookmarkStart w:id="69" w:name="define-the-action-precisely"/>
    <w:p>
      <w:pPr xmlns:w="http://schemas.openxmlformats.org/wordprocessingml/2006/main">
        <w:pStyle w:val="Heading2"/>
      </w:pPr>
      <w:r xmlns:w="http://schemas.openxmlformats.org/wordprocessingml/2006/main">
        <w:t xml:space="preserve">Tukuyin nang eksakto ang aksyon</w:t>
      </w:r>
    </w:p>
    <w:p>
      <w:pPr xmlns:w="http://schemas.openxmlformats.org/wordprocessingml/2006/main">
        <w:pStyle w:val="FirstParagraph"/>
      </w:pPr>
      <w:r xmlns:w="http://schemas.openxmlformats.org/wordprocessingml/2006/main">
        <w:t xml:space="preserve">Ang </w:t>
      </w:r>
      <w:r xmlns:w="http://schemas.openxmlformats.org/wordprocessingml/2006/main">
        <w:rPr>
          <w:b/>
          <w:bCs/>
        </w:rPr>
        <w:t xml:space="preserve">open raise </w:t>
      </w:r>
      <w:r xmlns:w="http://schemas.openxmlformats.org/wordprocessingml/2006/main">
        <w:t xml:space="preserve">ay ang unang raise sa isang dating hindi pa nabubuksang pot. Ang </w:t>
      </w:r>
      <w:r xmlns:w="http://schemas.openxmlformats.org/wordprocessingml/2006/main">
        <w:rPr>
          <w:b/>
          <w:bCs/>
        </w:rPr>
        <w:t xml:space="preserve">isolation raise </w:t>
      </w:r>
      <w:r xmlns:w="http://schemas.openxmlformats.org/wordprocessingml/2006/main">
        <w:t xml:space="preserve">ay nagtatangkang maglaro laban sa isa o ilang mas mahihinang kalahok. Ang </w:t>
      </w:r>
      <w:r xmlns:w="http://schemas.openxmlformats.org/wordprocessingml/2006/main">
        <w:rPr>
          <w:b/>
          <w:bCs/>
        </w:rPr>
        <w:t xml:space="preserve">three-bet </w:t>
      </w:r>
      <w:r xmlns:w="http://schemas.openxmlformats.org/wordprocessingml/2006/main">
        <w:t xml:space="preserve">ay isang re-raise pagkatapos ng unang raise; ang four-bet ay muling nagtataas ng three-bet na iyon. Ang </w:t>
      </w:r>
      <w:r xmlns:w="http://schemas.openxmlformats.org/wordprocessingml/2006/main">
        <w:rPr>
          <w:b/>
          <w:bCs/>
        </w:rPr>
        <w:t xml:space="preserve">cold call </w:t>
      </w:r>
      <w:r xmlns:w="http://schemas.openxmlformats.org/wordprocessingml/2006/main">
        <w:t xml:space="preserve">ay tumatawag ng raise nang hindi pa nakapag-ambag ng boluntaryong taya. Ang </w:t>
      </w:r>
      <w:r xmlns:w="http://schemas.openxmlformats.org/wordprocessingml/2006/main">
        <w:rPr>
          <w:b/>
          <w:bCs/>
        </w:rPr>
        <w:t xml:space="preserve">squeeze </w:t>
      </w:r>
      <w:r xmlns:w="http://schemas.openxmlformats.org/wordprocessingml/2006/main">
        <w:t xml:space="preserve">ay isang three-bet pagkatapos ng open raise at isa o higit pang caller. Inilalarawan ng mga label na ito ang istruktura ng pagtaya, hindi ang awtomatikong lakas ng kamay.</w:t>
      </w:r>
    </w:p>
    <w:p>
      <w:pPr xmlns:w="http://schemas.openxmlformats.org/wordprocessingml/2006/main">
        <w:pStyle w:val="BodyText"/>
      </w:pPr>
      <w:r xmlns:w="http://schemas.openxmlformats.org/wordprocessingml/2006/main">
        <w:t xml:space="preserve">Kapag sinusubaybayan ang mga chips, pag-iba-ibahin </w:t>
      </w:r>
      <w:r xmlns:w="http://schemas.openxmlformats.org/wordprocessingml/2006/main">
        <w:rPr>
          <w:b/>
          <w:bCs/>
        </w:rPr>
        <w:t xml:space="preserve">ang raising sa </w:t>
      </w:r>
      <w:r xmlns:w="http://schemas.openxmlformats.org/wordprocessingml/2006/main">
        <w:t xml:space="preserve">mula sa </w:t>
      </w:r>
      <w:r xmlns:w="http://schemas.openxmlformats.org/wordprocessingml/2006/main">
        <w:rPr>
          <w:b/>
          <w:bCs/>
        </w:rPr>
        <w:t xml:space="preserve">raising sa pamamagitan ng </w:t>
      </w:r>
      <w:r xmlns:w="http://schemas.openxmlformats.org/wordprocessingml/2006/main">
        <w:t xml:space="preserve">. Sa isang $1/$2 na laro, ang UTG ay tumataas </w:t>
      </w:r>
      <w:r xmlns:w="http://schemas.openxmlformats.org/wordprocessingml/2006/main">
        <w:rPr>
          <w:i/>
          <w:iCs/>
        </w:rPr>
        <w:t xml:space="preserve">sa </w:t>
      </w:r>
      <w:r xmlns:w="http://schemas.openxmlformats.org/wordprocessingml/2006/main">
        <w:t xml:space="preserve">$12. Ang button ay tumataas </w:t>
      </w:r>
      <w:r xmlns:w="http://schemas.openxmlformats.org/wordprocessingml/2006/main">
        <w:rPr>
          <w:i/>
          <w:iCs/>
        </w:rPr>
        <w:t xml:space="preserve">sa </w:t>
      </w:r>
      <w:r xmlns:w="http://schemas.openxmlformats.org/wordprocessingml/2006/main">
        <w:t xml:space="preserve">$42, na naglalagay ng kabuuang $42, hindi $54. Pagkatapos ay tatawag ang UTG ng </w:t>
      </w:r>
      <w:r xmlns:w="http://schemas.openxmlformats.org/wordprocessingml/2006/main">
        <w:rPr>
          <w:b/>
          <w:bCs/>
        </w:rPr>
        <w:t xml:space="preserve">karagdagang $30 </w:t>
      </w:r>
      <w:r xmlns:w="http://schemas.openxmlformats.org/wordprocessingml/2006/main">
        <w:t xml:space="preserve">. Sa pag-aakalang natitiklop ang blinds at walang ibang magpapatuloy, ang pre-rake pot ay $12 mula sa UTG + $42 mula sa button + $1 small blind + $2 big blind = </w:t>
      </w:r>
      <w:r xmlns:w="http://schemas.openxmlformats.org/wordprocessingml/2006/main">
        <w:rPr>
          <w:b/>
          <w:bCs/>
        </w:rPr>
        <w:t xml:space="preserve">$57 </w:t>
      </w:r>
      <w:r xmlns:w="http://schemas.openxmlformats.org/wordprocessingml/2006/main">
        <w:t xml:space="preserve">? Hindi: Tinugma ng UTG ang kabuuang $42, kaya ang pot ay $42 + $42 + $1 + $2 = </w:t>
      </w:r>
      <w:r xmlns:w="http://schemas.openxmlformats.org/wordprocessingml/2006/main">
        <w:rPr>
          <w:b/>
          <w:bCs/>
        </w:rPr>
        <w:t xml:space="preserve">$87 . Ang isang karaniwang pagkakamali ng mga nagsisimula ay ang pagbibilang </w:t>
      </w:r>
      <w:r xmlns:w="http://schemas.openxmlformats.org/wordprocessingml/2006/main">
        <w:rPr>
          <w:i/>
          <w:iCs/>
        </w:rPr>
        <w:t xml:space="preserve">muli </w:t>
      </w:r>
      <w:r xmlns:w="http://schemas.openxmlformats.org/wordprocessingml/2006/main">
        <w:t xml:space="preserve">sa orihinal na $12 ng UTG </w:t>
      </w:r>
      <w:r xmlns:w="http://schemas.openxmlformats.org/wordprocessingml/2006/main">
        <w:t xml:space="preserve">. Ipinapakita ng aklat na ito ang contribution ledger sa halip na itago ito sa likod ng isang pangwakas na numero.</w:t>
      </w:r>
    </w:p>
    <w:bookmarkEnd w:id="69"/>
    <w:bookmarkStart w:id="70" w:name="a-mathematical-toy-model-of-a-three-bet"/>
    <w:p>
      <w:pPr xmlns:w="http://schemas.openxmlformats.org/wordprocessingml/2006/main">
        <w:pStyle w:val="Heading2"/>
      </w:pPr>
      <w:r xmlns:w="http://schemas.openxmlformats.org/wordprocessingml/2006/main">
        <w:t xml:space="preserve">Isang modelo ng laruang matematikal ng isang three-bet</w:t>
      </w:r>
    </w:p>
    <w:p>
      <w:pPr xmlns:w="http://schemas.openxmlformats.org/wordprocessingml/2006/main">
        <w:pStyle w:val="FirstParagraph"/>
      </w:pPr>
      <w:r xmlns:w="http://schemas.openxmlformats.org/wordprocessingml/2006/main">
        <w:t xml:space="preserve">Ipagpalagay na ang naobserbahang three-bet range ng kalaban sa isang partikular na upuan at configuration ay minodelo bilang </w:t>
      </w:r>
      <w:r xmlns:w="http://schemas.openxmlformats.org/wordprocessingml/2006/main">
        <w:rPr>
          <w:b/>
          <w:bCs/>
        </w:rPr>
        <w:t xml:space="preserve">QQ+, AK </w:t>
      </w:r>
      <w:r xmlns:w="http://schemas.openxmlformats.org/wordprocessingml/2006/main">
        <w:t xml:space="preserve">. Kung walang blockers, ang QQ+ ay nag-aambag ng 6+6+6=18 pares na kombinasyon, habang ang AK ay nag-aambag ng 16, na may kabuuang </w:t>
      </w:r>
      <w:r xmlns:w="http://schemas.openxmlformats.org/wordprocessingml/2006/main">
        <w:rPr>
          <w:b/>
          <w:bCs/>
        </w:rPr>
        <w:t xml:space="preserve">34. </w:t>
      </w:r>
      <w:r xmlns:w="http://schemas.openxmlformats.org/wordprocessingml/2006/main">
        <w:t xml:space="preserve">Kung ang Hero ay may hawak na A♠K♠, ang QQ ng kalaban ay mananatiling 6, ang KK ay bababa sa 3, ang AA ay bababa sa 3, at ang AK ay bababa sa 9: </w:t>
      </w:r>
      <w:r xmlns:w="http://schemas.openxmlformats.org/wordprocessingml/2006/main">
        <w:rPr>
          <w:b/>
          <w:bCs/>
        </w:rPr>
        <w:t xml:space="preserve">21 na lang </w:t>
      </w:r>
      <w:r xmlns:w="http://schemas.openxmlformats.org/wordprocessingml/2006/main">
        <w:t xml:space="preserve">ang natitira. Magkakaiba ang mga proporsyon dahil ang eksaktong baraha ng Hero ay nag-aalis ng mga partikular na kamay na may halaga.</w:t>
      </w:r>
    </w:p>
    <w:p>
      <w:pPr xmlns:w="http://schemas.openxmlformats.org/wordprocessingml/2006/main">
        <w:pStyle w:val="BodyText"/>
      </w:pPr>
      <w:r xmlns:w="http://schemas.openxmlformats.org/wordprocessingml/2006/main">
        <w:t xml:space="preserve">Hindi nito pinatutunayan na ang A♠K♠ ay dapat laging may four-bet. Mahalaga pa rin ang epektibong stack, rake, frequency ng aksyon ng kalaban, at magagamit na laki ng preflop. Ipinapakita nito kung bakit ang pagbibilang ng blocker ay nabibilang sa first range model sa halip na idagdag bilang isang karagdagang ideya sa river.</w:t>
      </w:r>
    </w:p>
    <w:bookmarkEnd w:id="70"/>
    <w:bookmarkStart w:id="73" w:name="avoid-false-frequency-certainty"/>
    <w:p>
      <w:pPr xmlns:w="http://schemas.openxmlformats.org/wordprocessingml/2006/main">
        <w:pStyle w:val="Heading2"/>
      </w:pPr>
      <w:r xmlns:w="http://schemas.openxmlformats.org/wordprocessingml/2006/main">
        <w:t xml:space="preserve">Iwasan ang maling katiyakan ng dalas</w:t>
      </w:r>
    </w:p>
    <w:p>
      <w:pPr xmlns:w="http://schemas.openxmlformats.org/wordprocessingml/2006/main">
        <w:pStyle w:val="FirstParagraph"/>
      </w:pPr>
      <w:r xmlns:w="http://schemas.openxmlformats.org/wordprocessingml/2006/main">
        <w:t xml:space="preserve">Ang isang manlalaro ay tumaya nang apat nang isang beses. Nag-apat ba sila ng taya sa isang bluff? Bihira mong malaman maliban na lang kung may lumabas na baraha. Ang tamang tala ay 'apat na taya sa kontekstong ito' at, kung alam, isang ipinakitang kamay. Kung nakakita ka ng A♣Q♣, mapapatunayan mo na kahit </w:t>
      </w:r>
      <w:r xmlns:w="http://schemas.openxmlformats.org/wordprocessingml/2006/main">
        <w:rPr>
          <w:i/>
          <w:iCs/>
        </w:rPr>
        <w:t xml:space="preserve">isang </w:t>
      </w:r>
      <w:r xmlns:w="http://schemas.openxmlformats.org/wordprocessingml/2006/main">
        <w:t xml:space="preserve">kombinasyon na hindi monster ang ginamit sa naobserbahang konteksto. Hindi mo mahihinuha ang 25% na apat na taya na bluff rate mula sa isang reveal. Ang malalakas na modelo ay nangangailangan ng mga pagkakataon at makatwirang priors.</w:t>
      </w:r>
    </w:p>
    <w:bookmarkStart w:id="71" w:name="cold-calls-and-range-shape"/>
    <w:p>
      <w:pPr xmlns:w="http://schemas.openxmlformats.org/wordprocessingml/2006/main">
        <w:pStyle w:val="Heading3"/>
      </w:pPr>
      <w:r xmlns:w="http://schemas.openxmlformats.org/wordprocessingml/2006/main">
        <w:t xml:space="preserve">Mga malamig na tawag at hugis ng saklaw</w:t>
      </w:r>
    </w:p>
    <w:p>
      <w:pPr xmlns:w="http://schemas.openxmlformats.org/wordprocessingml/2006/main">
        <w:pStyle w:val="FirstParagraph"/>
      </w:pPr>
      <w:r xmlns:w="http://schemas.openxmlformats.org/wordprocessingml/2006/main">
        <w:t xml:space="preserve">Ang isang cold-calling range ay maaaring magmukhang 'capped'—na may medyo kakaunti sa pinakamalakas na kamay—kapag ang isang manlalaro ay regular na tumataya ng tatlong beses sa AA at KK. Gayunpaman, ang ilang manlalaro ay nabibitag sa pamamagitan ng pagtawag. Ang salitang </w:t>
      </w:r>
      <w:r xmlns:w="http://schemas.openxmlformats.org/wordprocessingml/2006/main">
        <w:rPr>
          <w:b/>
          <w:bCs/>
        </w:rPr>
        <w:t xml:space="preserve">capped </w:t>
      </w:r>
      <w:r xmlns:w="http://schemas.openxmlformats.org/wordprocessingml/2006/main">
        <w:t xml:space="preserve">ay kondisyonal at probabilistiko, hindi isang deklarasyon na imposible ang isang premium. Ang isang manlalaro na madalas na nagba-back-raise pagkatapos ng isang naunang tawag ay maaaring sadyang protektahan ang kanilang calling range gamit ang mga slow-played premium.</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Magbubukas ang UTG sa $12; Tatlong taya ang Hero sa $42; Tumawag ang UTG ng $30 pa; Tupiin ang blinds. Ano ang pot bago ang rake? (A) $57, (B) $75, (C) $87, (D) $99. </w:t>
      </w:r>
      <w:r xmlns:w="http://schemas.openxmlformats.org/wordprocessingml/2006/main">
        <w:rPr>
          <w:b/>
          <w:bCs/>
        </w:rPr>
        <w:t xml:space="preserve">C. </w:t>
      </w:r>
      <w:r xmlns:w="http://schemas.openxmlformats.org/wordprocessingml/2006/main">
        <w:t xml:space="preserve">Nag-ambag ang UTG ng $42, Hero ng $42, at ang mga blinds ay nag-ambag ng $3. Na-undercount ni A ang katugmang tawag ng UTG; Mali ang paghawak nina B at D sa isang bahagi ng mga kontribusyon.</w:t>
      </w:r>
    </w:p>
    <w:bookmarkEnd w:id="71"/>
    <w:bookmarkStart w:id="72" w:name="change-the-conditions-3"/>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Bigyan ang big blind ng dagdag na $40 sa halip na fold. Ang pot ay magiging $127 (UTG $42 + Hero $42 + big blind $42 + small blind $1). Multiway na ito ngayon at ang pagkakasunud-sunod ng pagtaya at mga estratehiya sa pagpapatuloy ay nagbabago. Pansinin kung gaano kabilis ang isang 'simpleng three-bet hand' ay hindi na nagiging heads-up model.</w:t>
      </w:r>
    </w:p>
    <w:p>
      <w:pPr xmlns:w="http://schemas.openxmlformats.org/wordprocessingml/2006/main">
        <w:pStyle w:val="BodyText"/>
      </w:pPr>
      <w:r xmlns:w="http://schemas.openxmlformats.org/wordprocessingml/2006/main">
        <w:rPr>
          <w:b/>
          <w:bCs/>
        </w:rPr>
        <w:t xml:space="preserve">Prinsipyo: </w:t>
      </w:r>
      <w:r xmlns:w="http://schemas.openxmlformats.org/wordprocessingml/2006/main">
        <w:t xml:space="preserve">Ang bawat naobserbahang aksyon ay nagbabago sa distribusyon ng mga posibleng hawak, ngunit ang pag-update ng saklaw ay dapat na naaayon sa chip accounting at mga patakaran ng laro.</w:t>
      </w:r>
    </w:p>
    <w:bookmarkEnd w:id="72"/>
    <w:bookmarkEnd w:id="73"/>
    <w:bookmarkStart w:id="80" w:name="chapter-04-six-verified-drills"/>
    <w:p>
      <w:pPr xmlns:w="http://schemas.openxmlformats.org/wordprocessingml/2006/main">
        <w:pStyle w:val="Heading2"/>
      </w:pPr>
      <w:r xmlns:w="http://schemas.openxmlformats.org/wordprocessingml/2006/main">
        <w:t xml:space="preserve">Kabanata 04: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74" w:name="drill-sfft-ms3-04-001"/>
    <w:p>
      <w:pPr xmlns:w="http://schemas.openxmlformats.org/wordprocessingml/2006/main">
        <w:pStyle w:val="Heading3"/>
      </w:pPr>
      <w:r xmlns:w="http://schemas.openxmlformats.org/wordprocessingml/2006/main">
        <w:t xml:space="preserve">Drilling SFFT-MS3-04-001</w:t>
      </w:r>
    </w:p>
    <w:p>
      <w:pPr xmlns:w="http://schemas.openxmlformats.org/wordprocessingml/2006/main">
        <w:pStyle w:val="FirstParagraph"/>
      </w:pPr>
      <w:r xmlns:w="http://schemas.openxmlformats.org/wordprocessingml/2006/main">
        <w:t xml:space="preserve">Ano ang pagkakaiba ng pagtaas ng sahod HANGGANG $42 at pagtaas ng sahod NANG $42?</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Wala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TO ay nangangahulugang $42 sa kabuuan; ang BY ay nangangahulugang $42 na higit sa halagang nalikom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TO ay palaging nangangahulugang all-in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BY ay nangangahulugang $42 kasama ang mga blinds anuman ang konteksto</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kabuuang pangako ay naiiba sa isang dagdag na kontribusyon.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Magkakaiba ang mga paglalarawan ng aksyon at nagbabago ang accounting ng pot. - </w:t>
      </w:r>
      <w:r xmlns:w="http://schemas.openxmlformats.org/wordprocessingml/2006/main">
        <w:rPr>
          <w:b/>
          <w:bCs/>
        </w:rPr>
        <w:t xml:space="preserve">C: </w:t>
      </w:r>
      <w:r xmlns:w="http://schemas.openxmlformats.org/wordprocessingml/2006/main">
        <w:t xml:space="preserve">Ang raise-to ay maaaring malayo sa all-in. - </w:t>
      </w:r>
      <w:r xmlns:w="http://schemas.openxmlformats.org/wordprocessingml/2006/main">
        <w:rPr>
          <w:b/>
          <w:bCs/>
        </w:rPr>
        <w:t xml:space="preserve">D: </w:t>
      </w:r>
      <w:r xmlns:w="http://schemas.openxmlformats.org/wordprocessingml/2006/main">
        <w:t xml:space="preserve">Ang BY ay relatibo sa nakaraang halaga ng taya.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74"/>
    <w:bookmarkStart w:id="75" w:name="drill-sfft-ms3-04-002"/>
    <w:p>
      <w:pPr xmlns:w="http://schemas.openxmlformats.org/wordprocessingml/2006/main">
        <w:pStyle w:val="Heading3"/>
      </w:pPr>
      <w:r xmlns:w="http://schemas.openxmlformats.org/wordprocessingml/2006/main">
        <w:t xml:space="preserve">Drilling SFFT-MS3-04-002</w:t>
      </w:r>
    </w:p>
    <w:p>
      <w:pPr xmlns:w="http://schemas.openxmlformats.org/wordprocessingml/2006/main">
        <w:pStyle w:val="FirstParagraph"/>
      </w:pPr>
      <w:r xmlns:w="http://schemas.openxmlformats.org/wordprocessingml/2006/main">
        <w:t xml:space="preserve">Bakit minsan tila limitado ang saklaw ng isang cold-call?</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Karaniwang tinataya ng isang manlalaro ang lahat ng premium sa ipinapalagay na estratehiya sa tatlong taya.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Walang sinuman ang maaaring mag-slow-play ng AA.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board ay palaging naka-pair.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Bawal ang cold calling.</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Kung maraming premium ang itinaya sa tatlong taya, mas kaunti ang matitira sa call range.</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Posible pa rin ang mga patibong. - </w:t>
      </w:r>
      <w:r xmlns:w="http://schemas.openxmlformats.org/wordprocessingml/2006/main">
        <w:rPr>
          <w:b/>
          <w:bCs/>
        </w:rPr>
        <w:t xml:space="preserve">C: </w:t>
      </w:r>
      <w:r xmlns:w="http://schemas.openxmlformats.org/wordprocessingml/2006/main">
        <w:t xml:space="preserve">Maaaring ilarawan ang isang saklaw ng preflop bago ang texture ng board. - </w:t>
      </w:r>
      <w:r xmlns:w="http://schemas.openxmlformats.org/wordprocessingml/2006/main">
        <w:rPr>
          <w:b/>
          <w:bCs/>
        </w:rPr>
        <w:t xml:space="preserve">D: </w:t>
      </w:r>
      <w:r xmlns:w="http://schemas.openxmlformats.org/wordprocessingml/2006/main">
        <w:t xml:space="preserve">Legal ang mga cold call.</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75"/>
    <w:bookmarkStart w:id="76" w:name="drill-sfft-ms3-04-003"/>
    <w:p>
      <w:pPr xmlns:w="http://schemas.openxmlformats.org/wordprocessingml/2006/main">
        <w:pStyle w:val="Heading3"/>
      </w:pPr>
      <w:r xmlns:w="http://schemas.openxmlformats.org/wordprocessingml/2006/main">
        <w:t xml:space="preserve">Drilling SFFT-MS3-04-003</w:t>
      </w:r>
    </w:p>
    <w:p>
      <w:pPr xmlns:w="http://schemas.openxmlformats.org/wordprocessingml/2006/main">
        <w:pStyle w:val="FirstParagraph"/>
      </w:pPr>
      <w:r xmlns:w="http://schemas.openxmlformats.org/wordprocessingml/2006/main">
        <w:t xml:space="preserve">Aling obserbasyon ang pinakamahusay na sumusuporta sa isang high bluff three-bet weight?</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Isang manlalaro ang nakasuot ng salaming pang-araw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Maraming maihahambing na naobserbahang tatlong-taya na may dokumentadong mga hindi-premium na hawak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Isang dealer ang humuhula ng isang bluff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Nanalo ang manlalaro sa huling pot</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maihahambing na paulit-ulit na ebidensya ay nagpapabuti sa pagtatantya.</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Ang damit ay hindi ebidensya ng dalas ng kamay. - </w:t>
      </w:r>
      <w:r xmlns:w="http://schemas.openxmlformats.org/wordprocessingml/2006/main">
        <w:rPr>
          <w:b/>
          <w:bCs/>
        </w:rPr>
        <w:t xml:space="preserve">C: </w:t>
      </w:r>
      <w:r xmlns:w="http://schemas.openxmlformats.org/wordprocessingml/2006/main">
        <w:t xml:space="preserve">Ang mga hula ay hindi ipinapakita sa mga kard. - </w:t>
      </w:r>
      <w:r xmlns:w="http://schemas.openxmlformats.org/wordprocessingml/2006/main">
        <w:rPr>
          <w:b/>
          <w:bCs/>
        </w:rPr>
        <w:t xml:space="preserve">D: </w:t>
      </w:r>
      <w:r xmlns:w="http://schemas.openxmlformats.org/wordprocessingml/2006/main">
        <w:t xml:space="preserve">Ang nakaraang resulta ay hindi nagpapakita ng kasalukuyang saklaw.</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76"/>
    <w:bookmarkStart w:id="77" w:name="drill-sfft-ms3-04-004"/>
    <w:p>
      <w:pPr xmlns:w="http://schemas.openxmlformats.org/wordprocessingml/2006/main">
        <w:pStyle w:val="Heading3"/>
      </w:pPr>
      <w:r xmlns:w="http://schemas.openxmlformats.org/wordprocessingml/2006/main">
        <w:t xml:space="preserve">Drilling SFFT-MS3-04-004</w:t>
      </w:r>
    </w:p>
    <w:p>
      <w:pPr xmlns:w="http://schemas.openxmlformats.org/wordprocessingml/2006/main">
        <w:pStyle w:val="FirstParagraph"/>
      </w:pPr>
      <w:r xmlns:w="http://schemas.openxmlformats.org/wordprocessingml/2006/main">
        <w:t xml:space="preserve">Bakit maaaring baguhin ng isang button three-bet preflop ang estratehiya sa flop?</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Binabago nito ang epektibong pot at range composition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Ginagarantiyahan nito ang mga alas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Tinatanggal nito ang buton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Pinipigilan nito ang mga kalaban na mag-check</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Parehong nagbabago ang heometriya ng palayok at ang pagpili ng saklaw.</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Mayroong bluff three-bets sa maraming estratehiya. - </w:t>
      </w:r>
      <w:r xmlns:w="http://schemas.openxmlformats.org/wordprocessingml/2006/main">
        <w:rPr>
          <w:b/>
          <w:bCs/>
        </w:rPr>
        <w:t xml:space="preserve">C: </w:t>
      </w:r>
      <w:r xmlns:w="http://schemas.openxmlformats.org/wordprocessingml/2006/main">
        <w:t xml:space="preserve">Nananatiling nakapirmi ang mga posisyon ng upuan habang naglalaro. - </w:t>
      </w:r>
      <w:r xmlns:w="http://schemas.openxmlformats.org/wordprocessingml/2006/main">
        <w:rPr>
          <w:b/>
          <w:bCs/>
        </w:rPr>
        <w:t xml:space="preserve">D: </w:t>
      </w:r>
      <w:r xmlns:w="http://schemas.openxmlformats.org/wordprocessingml/2006/main">
        <w:t xml:space="preserve">Nananatiling legal ang mga tseke kung saan walang natitirang taya.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77"/>
    <w:bookmarkStart w:id="78" w:name="drill-sfft-ms3-04-005"/>
    <w:p>
      <w:pPr xmlns:w="http://schemas.openxmlformats.org/wordprocessingml/2006/main">
        <w:pStyle w:val="Heading3"/>
      </w:pPr>
      <w:r xmlns:w="http://schemas.openxmlformats.org/wordprocessingml/2006/main">
        <w:t xml:space="preserve">Drilling SFFT-MS3-04-005</w:t>
      </w:r>
    </w:p>
    <w:p>
      <w:pPr xmlns:w="http://schemas.openxmlformats.org/wordprocessingml/2006/main">
        <w:pStyle w:val="FirstParagraph"/>
      </w:pPr>
      <w:r xmlns:w="http://schemas.openxmlformats.org/wordprocessingml/2006/main">
        <w:t xml:space="preserve">Magkasamang ipinapakita ng Hero at ng board ang </w:t>
      </w:r>
      <w:r xmlns:w="http://schemas.openxmlformats.org/wordprocessingml/2006/main">
        <w:rPr>
          <w:b/>
          <w:bCs/>
        </w:rPr>
        <w:t xml:space="preserve">2 reyna </w:t>
      </w:r>
      <w:r xmlns:w="http://schemas.openxmlformats.org/wordprocessingml/2006/main">
        <w:t xml:space="preserve">. Ilang eksaktong kombinasyon ng QQ ang kaya pa ring taglayin ng Kontrabida?</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1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6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3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4</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Dalawang reyna na lang ang hindi nakikita, at ang isang pares ay isang hindi nakaayos na pagpipilian ng dalawa: C(2,2) = 1. Bilangin ang mga baraha, hindi ang mga class square.</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Anim na kumbinasyon ng QQ ang umiiral lamang bago maalis ang anumang reyna. - </w:t>
      </w:r>
      <w:r xmlns:w="http://schemas.openxmlformats.org/wordprocessingml/2006/main">
        <w:rPr>
          <w:b/>
          <w:bCs/>
        </w:rPr>
        <w:t xml:space="preserve">C: </w:t>
      </w:r>
      <w:r xmlns:w="http://schemas.openxmlformats.org/wordprocessingml/2006/main">
        <w:t xml:space="preserve">Tatlong kumbinasyon ng QQ ang nalalapat kapag eksaktong isang reyna ang nakikita. - </w:t>
      </w:r>
      <w:r xmlns:w="http://schemas.openxmlformats.org/wordprocessingml/2006/main">
        <w:rPr>
          <w:b/>
          <w:bCs/>
        </w:rPr>
        <w:t xml:space="preserve">D: </w:t>
      </w:r>
      <w:r xmlns:w="http://schemas.openxmlformats.org/wordprocessingml/2006/main">
        <w:t xml:space="preserve">Isang kumbinasyon ang nalalapat kapag eksaktong dalawang reyna ang nakikita.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78"/>
    <w:bookmarkStart w:id="79" w:name="drill-sfft-ms3-04-006"/>
    <w:p>
      <w:pPr xmlns:w="http://schemas.openxmlformats.org/wordprocessingml/2006/main">
        <w:pStyle w:val="Heading3"/>
      </w:pPr>
      <w:r xmlns:w="http://schemas.openxmlformats.org/wordprocessingml/2006/main">
        <w:t xml:space="preserve">Drilling SFFT-MS3-04-006</w:t>
      </w:r>
    </w:p>
    <w:p>
      <w:pPr xmlns:w="http://schemas.openxmlformats.org/wordprocessingml/2006/main">
        <w:pStyle w:val="FirstParagraph"/>
      </w:pPr>
      <w:r xmlns:w="http://schemas.openxmlformats.org/wordprocessingml/2006/main">
        <w:t xml:space="preserve">Sa flop, ang pot ay $70 at ang </w:t>
      </w:r>
      <w:r xmlns:w="http://schemas.openxmlformats.org/wordprocessingml/2006/main">
        <w:rPr>
          <w:b/>
          <w:bCs/>
        </w:rPr>
        <w:t xml:space="preserve">epektibong natitirang stack </w:t>
      </w:r>
      <w:r xmlns:w="http://schemas.openxmlformats.org/wordprocessingml/2006/main">
        <w:t xml:space="preserve">ay $280. Ano ang flop stack-to-pot ratio (SPR)?</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4.00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0.25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2.55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5.00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SPR ay ang epektibong natitirang stack na hinati sa pot: 280/70 = 4.00. Inilalarawan nito ang natitirang leverage, hindi ang hand equity.</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Binabaligtad nito ang SPR ratio. - </w:t>
      </w:r>
      <w:r xmlns:w="http://schemas.openxmlformats.org/wordprocessingml/2006/main">
        <w:rPr>
          <w:b/>
          <w:bCs/>
        </w:rPr>
        <w:t xml:space="preserve">C: </w:t>
      </w:r>
      <w:r xmlns:w="http://schemas.openxmlformats.org/wordprocessingml/2006/main">
        <w:t xml:space="preserve">Hindi tama ang pagsasama nito ng taya sa hinaharap sa palayok. - </w:t>
      </w:r>
      <w:r xmlns:w="http://schemas.openxmlformats.org/wordprocessingml/2006/main">
        <w:rPr>
          <w:b/>
          <w:bCs/>
        </w:rPr>
        <w:t xml:space="preserve">D: </w:t>
      </w:r>
      <w:r xmlns:w="http://schemas.openxmlformats.org/wordprocessingml/2006/main">
        <w:t xml:space="preserve">Kasama rito ang perang naipangako na o gumagamit ng hindi kaugnay na denominator.</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79"/>
    <w:bookmarkEnd w:id="80"/>
    <w:bookmarkEnd w:id="81"/>
    <w:bookmarkStart w:id="94" w:name="how-boards-collide-with-ranges"/>
    <w:p>
      <w:pPr xmlns:w="http://schemas.openxmlformats.org/wordprocessingml/2006/main">
        <w:pStyle w:val="Heading1"/>
      </w:pPr>
      <w:r xmlns:w="http://schemas.openxmlformats.org/wordprocessingml/2006/main">
        <w:t xml:space="preserve">5. Paano Nagbabanggaan ang mga Board sa mga Range</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Natutukoy ang pagkakaiba ng ganap na lakas ng kamay mula sa kung paano nakikipag-ugnayan ang isang buong range sa mga community card.</w:t>
      </w:r>
    </w:p>
    <w:p>
      <w:pPr xmlns:w="http://schemas.openxmlformats.org/wordprocessingml/2006/main">
        <w:pStyle w:val="BodyText"/>
      </w:pPr>
      <w:r xmlns:w="http://schemas.openxmlformats.org/wordprocessingml/2006/main">
        <w:t xml:space="preserve">Ang A♣7♦2♠ at J♠T♠9♥ ay hindi lamang dalawang magkaibang flop. Muling ipinamamahagi ng mga ito ang estratehikong lakas ng mga posibleng kamay. Sa una, ang isang mahigpit na preflop raiser ay maaaring mapanatili ang maraming malalakas na alas at overpairs kumpara sa isang caller. Sa pangalawa, ang isang caller ay maaaring magkaroon ng mas angkop na connectors, two-pair combinations, sets, at straight draws. Ang sagot ay nakasalalay sa eksaktong mga saklaw ng preflop, hindi sa isang slogan na 'mas pinapaboran ng mga high board ang mga raisers' sa bawat sitwasyon.</w:t>
      </w:r>
    </w:p>
    <w:p>
      <w:pPr xmlns:w="http://schemas.openxmlformats.org/wordprocessingml/2006/main">
        <w:pStyle w:val="BodyText"/>
      </w:pPr>
      <w:r xmlns:w="http://schemas.openxmlformats.org/wordprocessingml/2006/main">
        <w:rPr>
          <w:b/>
          <w:bCs/>
        </w:rPr>
        <w:t xml:space="preserve">Ang bentahe sa saklaw </w:t>
      </w:r>
      <w:r xmlns:w="http://schemas.openxmlformats.org/wordprocessingml/2006/main">
        <w:t xml:space="preserve">ay nangangahulugan na ang distribusyon ng isang manlalaro ay may mas malakas na average equity kaysa sa isa pa sa isang tinukoy na board at modelo ng estratehiya. </w:t>
      </w:r>
      <w:r xmlns:w="http://schemas.openxmlformats.org/wordprocessingml/2006/main">
        <w:rPr>
          <w:b/>
          <w:bCs/>
        </w:rPr>
        <w:t xml:space="preserve">Ang bentahe sa nut </w:t>
      </w:r>
      <w:r xmlns:w="http://schemas.openxmlformats.org/wordprocessingml/2006/main">
        <w:t xml:space="preserve">ay nangangahulugan na ang isang manlalaro ay may hawak na mas maraming pinakamalakas na posibleng kamay, o ang mga kamay na iyon ay bumubuo ng mas malaking bahagi ng kanilang nauugnay na saklaw. Magkakaugnay ang mga ito ngunit hindi maaaring palitan. Posibleng magkaroon ng bentahe sa malawak na saklaw habang ang kalaban ay may mas maraming kumbinasyon ng isang hindi pangkaraniwang nut straight sa isang board.</w:t>
      </w:r>
    </w:p>
    <w:bookmarkStart w:id="82" w:name="read-the-texture-then-the-distribution"/>
    <w:p>
      <w:pPr xmlns:w="http://schemas.openxmlformats.org/wordprocessingml/2006/main">
        <w:pStyle w:val="Heading2"/>
      </w:pPr>
      <w:r xmlns:w="http://schemas.openxmlformats.org/wordprocessingml/2006/main">
        <w:t xml:space="preserve">Basahin ang tekstura, pagkatapos ay ang distribusyon</w:t>
      </w:r>
    </w:p>
    <w:p>
      <w:pPr xmlns:w="http://schemas.openxmlformats.org/wordprocessingml/2006/main">
        <w:pStyle w:val="Compact"/>
        <w:numPr>
          <w:ilvl w:val="0"/>
          <w:numId w:val="1006"/>
        </w:numPr>
      </w:pPr>
      <w:r xmlns:w="http://schemas.openxmlformats.org/wordprocessingml/2006/main">
        <w:rPr>
          <w:b/>
          <w:bCs/>
        </w:rPr>
        <w:t xml:space="preserve">A♣7♦2♠ </w:t>
      </w:r>
      <w:r xmlns:w="http://schemas.openxmlformats.org/wordprocessingml/2006/main">
        <w:t xml:space="preserve">— Mga katangiang istruktural: Tuyo, bahaghari, mataas na baraha; Tanong sa saklaw: Sinong manlalaro ang maaaring magkaroon ng mas malalakas na alas at overpairs?</w:t>
      </w:r>
    </w:p>
    <w:p>
      <w:pPr xmlns:w="http://schemas.openxmlformats.org/wordprocessingml/2006/main">
        <w:pStyle w:val="Compact"/>
        <w:numPr>
          <w:ilvl w:val="0"/>
          <w:numId w:val="1006"/>
        </w:numPr>
      </w:pPr>
      <w:r xmlns:w="http://schemas.openxmlformats.org/wordprocessingml/2006/main">
        <w:rPr>
          <w:b/>
          <w:bCs/>
        </w:rPr>
        <w:t xml:space="preserve">J♠T♠9♥ </w:t>
      </w:r>
      <w:r xmlns:w="http://schemas.openxmlformats.org/wordprocessingml/2006/main">
        <w:t xml:space="preserve">— Mga katangiang istruktural: Koordinado, dalawang-tono; Tanong sa saklaw: Sino ang may KQ, Q8, set, dalawang pares, at mga bunutan ng combo?</w:t>
      </w:r>
    </w:p>
    <w:p>
      <w:pPr xmlns:w="http://schemas.openxmlformats.org/wordprocessingml/2006/main">
        <w:pStyle w:val="Compact"/>
        <w:numPr>
          <w:ilvl w:val="0"/>
          <w:numId w:val="1006"/>
        </w:numPr>
      </w:pPr>
      <w:r xmlns:w="http://schemas.openxmlformats.org/wordprocessingml/2006/main">
        <w:rPr>
          <w:b/>
          <w:bCs/>
        </w:rPr>
        <w:t xml:space="preserve">Q♥Q♦5♣ </w:t>
      </w:r>
      <w:r xmlns:w="http://schemas.openxmlformats.org/wordprocessingml/2006/main">
        <w:t xml:space="preserve">— Mga Katangiang Istruktural: Pares; Tanong sa Saklaw: Sino ang may mas maraming reyna, pares na nasa bulsa, at mga bangin na maaaring kumatawan sa mga biyahe?</w:t>
      </w:r>
    </w:p>
    <w:p>
      <w:pPr xmlns:w="http://schemas.openxmlformats.org/wordprocessingml/2006/main">
        <w:pStyle w:val="Compact"/>
        <w:numPr>
          <w:ilvl w:val="0"/>
          <w:numId w:val="1006"/>
        </w:numPr>
      </w:pPr>
      <w:r xmlns:w="http://schemas.openxmlformats.org/wordprocessingml/2006/main">
        <w:rPr>
          <w:b/>
          <w:bCs/>
        </w:rPr>
        <w:t xml:space="preserve">8♣6♣4♣ </w:t>
      </w:r>
      <w:r xmlns:w="http://schemas.openxmlformats.org/wordprocessingml/2006/main">
        <w:t xml:space="preserve">— Mga katangiang istruktural: Monotone, konektado; Tanong sa range: Aling mga suited-club hands at straights ang maaaring aktwal na mangyari?</w:t>
      </w:r>
    </w:p>
    <w:p>
      <w:pPr xmlns:w="http://schemas.openxmlformats.org/wordprocessingml/2006/main">
        <w:pStyle w:val="FirstParagraph"/>
      </w:pPr>
      <w:r xmlns:w="http://schemas.openxmlformats.org/wordprocessingml/2006/main">
        <w:t xml:space="preserve">Ang etiketa ng board ay isang simula, hindi isang sagot. Ang 'Wet' ay hindi isang kalkulasyon ng iisang equity, at ang flush draw ay hindi katumbas ng isang made flush. Sa monotone flop, ang mga manlalaro ay dapat humawak ng dalawang club upang makagawa ng flush; ang paghawak ng isang club ay nagbibigay ng potensyal na one-card flush draw kung may dumating na ibang club sa board, ngunit hindi ito lilikha ng isang made flush sa flop.</w:t>
      </w:r>
    </w:p>
    <w:bookmarkEnd w:id="82"/>
    <w:bookmarkStart w:id="83" w:name="board-removal-is-nonlinear"/>
    <w:p>
      <w:pPr xmlns:w="http://schemas.openxmlformats.org/wordprocessingml/2006/main">
        <w:pStyle w:val="Heading2"/>
      </w:pPr>
      <w:r xmlns:w="http://schemas.openxmlformats.org/wordprocessingml/2006/main">
        <w:t xml:space="preserve">Ang pag-alis ng board ay hindi linear</w:t>
      </w:r>
    </w:p>
    <w:p>
      <w:pPr xmlns:w="http://schemas.openxmlformats.org/wordprocessingml/2006/main">
        <w:pStyle w:val="FirstParagraph"/>
      </w:pPr>
      <w:r xmlns:w="http://schemas.openxmlformats.org/wordprocessingml/2006/main">
        <w:t xml:space="preserve">Kunin ang A♠K♠ sa Q♠J♠4♦. Si Hero ang may nut-flush draw: siyam na spades ang hindi pa nakikita (mayroong 13 sa kabuuan; dalawa ang hawak ni Hero at dalawa ang flop). Mayroon ding gutshot si Hero sa ten para sa Broadway. Ang T♠ ay sumasabay sa siyam na spade out, kaya mayroong siyam na spade out kasama ang </w:t>
      </w:r>
      <w:r xmlns:w="http://schemas.openxmlformats.org/wordprocessingml/2006/main">
        <w:rPr>
          <w:b/>
          <w:bCs/>
        </w:rPr>
        <w:t xml:space="preserve">tatlong non-spade tens </w:t>
      </w:r>
      <w:r xmlns:w="http://schemas.openxmlformats.org/wordprocessingml/2006/main">
        <w:t xml:space="preserve">, posibleng labindalawang baraha na makakagawa ng kahit isang flush o Broadway straight sa turn, kung ang mga resultang iyon ay live at kasalukuyang nananalo. Ngunit </w:t>
      </w:r>
      <w:r xmlns:w="http://schemas.openxmlformats.org/wordprocessingml/2006/main">
        <w:rPr>
          <w:b/>
          <w:bCs/>
        </w:rPr>
        <w:t xml:space="preserve">hindi labindalawang garantisadong malinis na panalo </w:t>
      </w:r>
      <w:r xmlns:w="http://schemas.openxmlformats.org/wordprocessingml/2006/main">
        <w:t xml:space="preserve">: maaaring magkaroon ng mga set ang kalaban na may full-house redraws sa ibang pagkakataon, at ang ilan sa mga nagpapahusay na baraha ni Hero ay maaaring hindi malinis laban sa aktwal na saklaw ng kalaban. Huwag kailanman i-convert ang 'nagpapabuti kay Hero' sa 'panalo sa kamay' nang hindi sinusubukan ang mga kapani-paniwalang kamay ng kalaban.</w:t>
      </w:r>
    </w:p>
    <w:p>
      <w:pPr xmlns:w="http://schemas.openxmlformats.org/wordprocessingml/2006/main">
        <w:pStyle w:val="BodyText"/>
      </w:pPr>
      <w:r xmlns:w="http://schemas.openxmlformats.org/wordprocessingml/2006/main">
        <w:t xml:space="preserve">Ang isang baraha ay maaaring magkaroon ng higit sa isang role. Ang isang spade ay maaaring gawing flush ang Hero at makumpleto rin ang posibleng mas mataas na set-to-full-house redraw ng kalaban sa isang paired river sa ibang pagkakataon. Kapag nagtuturo ng equity, tukuyin ang (a) pagpapabuti ng kamay ayon sa susunod na baraha, (b) showdown equity laban sa isang tinukoy na range, at (c) kung gaano kadalas maaaring makamit ang equity na iyon sa pamamagitan ng mga aksyon sa hinaharap.</w:t>
      </w:r>
    </w:p>
    <w:bookmarkEnd w:id="83"/>
    <w:bookmarkStart w:id="86" w:name="X05398db8757a0aa53c3b08b5314f072c9e134ef"/>
    <w:p>
      <w:pPr xmlns:w="http://schemas.openxmlformats.org/wordprocessingml/2006/main">
        <w:pStyle w:val="Heading2"/>
      </w:pPr>
      <w:r xmlns:w="http://schemas.openxmlformats.org/wordprocessingml/2006/main">
        <w:t xml:space="preserve">Ang maling katiyakan ng isang pahayag na 'range advantage'</w:t>
      </w:r>
    </w:p>
    <w:p>
      <w:pPr xmlns:w="http://schemas.openxmlformats.org/wordprocessingml/2006/main">
        <w:pStyle w:val="FirstParagraph"/>
      </w:pPr>
      <w:r xmlns:w="http://schemas.openxmlformats.org/wordprocessingml/2006/main">
        <w:t xml:space="preserve">Isipin ang isang preflop raiser na nagbubukas lamang ng AA at KK, kaharap ang isang caller na may hawak na QQ at JT. Sa J♠T♠9♥, maaaring nasa top set na ang caller? Ang QQ ay isang overpair, ang JT ay may dalawang pares na flop; samantala ang AA at KK ng raiser ay mahina sa mga straight at combo draw. Ngayon, baguhin ang raiser sa isang makatotohanang wide button range at ang caller sa ibang big-blind defense. Ang distribusyon ay biglang nagbabago. Huwag kailanman gumamit ng slogan ng solver na hiwalay sa mga na-configure na ranges.</w:t>
      </w:r>
    </w:p>
    <w:bookmarkStart w:id="84" w:name="a-board-by-board-notebook"/>
    <w:p>
      <w:pPr xmlns:w="http://schemas.openxmlformats.org/wordprocessingml/2006/main">
        <w:pStyle w:val="Heading3"/>
      </w:pPr>
      <w:r xmlns:w="http://schemas.openxmlformats.org/wordprocessingml/2006/main">
        <w:t xml:space="preserve">Isang kuwaderno na paisa-isa</w:t>
      </w:r>
    </w:p>
    <w:p>
      <w:pPr xmlns:w="http://schemas.openxmlformats.org/wordprocessingml/2006/main">
        <w:pStyle w:val="FirstParagraph"/>
      </w:pPr>
      <w:r xmlns:w="http://schemas.openxmlformats.org/wordprocessingml/2006/main">
        <w:t xml:space="preserve">Para sa bawat flop, ilista ang mga kombinasyon ng (1) malakas na halaga, (2) katamtamang mga kamay na may showdown, (3) matatag na mga draw, (4) marginal na mga draw, at (5) mababang-equity na mga hawak. Magtalaga ng mga posibleng frequency ng pagtaya o pagsuri. Pagkatapos ay itanong kung ano ang mangyayari sa isang blangko na turno, isang turno na nakumpleto ang suit, o isang baraha na nagpapares sa board.</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Aling hinuha ang pinakamatibay sa J♠T♠9♥ pagkatapos ng isang big-blind check? (A) Hindi kailanman nagkaroon ng straight si BB; (B) dapat tumaya ang raiser dahil sa inisyatiba; (C) imbestigahan kung paano nauugnay ang parehong </w:t>
      </w:r>
      <w:r xmlns:w="http://schemas.openxmlformats.org/wordprocessingml/2006/main">
        <w:rPr>
          <w:i/>
          <w:iCs/>
        </w:rPr>
        <w:t xml:space="preserve">preflop range </w:t>
      </w:r>
      <w:r xmlns:w="http://schemas.openxmlformats.org/wordprocessingml/2006/main">
        <w:t xml:space="preserve">sa flop na ito; (D) lahat ng spade draw ay may parehong equity. </w:t>
      </w:r>
      <w:r xmlns:w="http://schemas.openxmlformats.org/wordprocessingml/2006/main">
        <w:rPr>
          <w:b/>
          <w:bCs/>
        </w:rPr>
        <w:t xml:space="preserve">C. </w:t>
      </w:r>
      <w:r xmlns:w="http://schemas.openxmlformats.org/wordprocessingml/2006/main">
        <w:t xml:space="preserve">Ang iba pang mga pahayag ay pumapalit sa range modeling ng mga walang batayang absolute.</w:t>
      </w:r>
    </w:p>
    <w:bookmarkEnd w:id="84"/>
    <w:bookmarkStart w:id="85" w:name="change-the-conditions-4"/>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Ang flop ay nagiging A♣7♦2♠, at ang raiser ay kilalang mayroong makitid na distribusyon ng high-card. Bago magrekomenda ng maliit na continuation bet, tanungin muna kung sapat ang mahinang hands na naipagtatanggol ng kalaban, paano nakikipag-ugnayan ang board sa parehong range, ano ang rake, at kung mas mainam ba ang pagtaya kaysa sa pagsuri gamit ang mga partikular na kumbinasyon.</w:t>
      </w:r>
    </w:p>
    <w:p>
      <w:pPr xmlns:w="http://schemas.openxmlformats.org/wordprocessingml/2006/main">
        <w:pStyle w:val="BodyText"/>
      </w:pPr>
      <w:r xmlns:w="http://schemas.openxmlformats.org/wordprocessingml/2006/main">
        <w:rPr>
          <w:b/>
          <w:bCs/>
        </w:rPr>
        <w:t xml:space="preserve">Prinsipyo: </w:t>
      </w:r>
      <w:r xmlns:w="http://schemas.openxmlformats.org/wordprocessingml/2006/main">
        <w:t xml:space="preserve">Ang tekstura ng board ay impormasyon tungkol sa mga saklaw—hindi isang paunang na-program na instruksyon para tumaya o mag-fold.</w:t>
      </w:r>
    </w:p>
    <w:bookmarkEnd w:id="85"/>
    <w:bookmarkEnd w:id="86"/>
    <w:bookmarkStart w:id="93" w:name="chapter-05-six-verified-drills"/>
    <w:p>
      <w:pPr xmlns:w="http://schemas.openxmlformats.org/wordprocessingml/2006/main">
        <w:pStyle w:val="Heading2"/>
      </w:pPr>
      <w:r xmlns:w="http://schemas.openxmlformats.org/wordprocessingml/2006/main">
        <w:t xml:space="preserve">Kabanata 05: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87" w:name="drill-sfft-ms3-05-001"/>
    <w:p>
      <w:pPr xmlns:w="http://schemas.openxmlformats.org/wordprocessingml/2006/main">
        <w:pStyle w:val="Heading3"/>
      </w:pPr>
      <w:r xmlns:w="http://schemas.openxmlformats.org/wordprocessingml/2006/main">
        <w:t xml:space="preserve">Drilling SFFT-MS3-05-001</w:t>
      </w:r>
    </w:p>
    <w:p>
      <w:pPr xmlns:w="http://schemas.openxmlformats.org/wordprocessingml/2006/main">
        <w:pStyle w:val="FirstParagraph"/>
      </w:pPr>
      <w:r xmlns:w="http://schemas.openxmlformats.org/wordprocessingml/2006/main">
        <w:t xml:space="preserve">Ano ang tinutukoy ng nut advantage?</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Mas marami sa pinakamalakas na posibleng kamay sa isang distribusyon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May hawak na mas maraming kabuuang chips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Awtomatikong pagiging agresor bago ang flop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Isang garantisadong panalong river</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konsentrasyon ng mani ay isang katangian ng saklaw ng saklaw.</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mga stack ay isang hiwalay na konsepto. - </w:t>
      </w:r>
      <w:r xmlns:w="http://schemas.openxmlformats.org/wordprocessingml/2006/main">
        <w:rPr>
          <w:b/>
          <w:bCs/>
        </w:rPr>
        <w:t xml:space="preserve">C: </w:t>
      </w:r>
      <w:r xmlns:w="http://schemas.openxmlformats.org/wordprocessingml/2006/main">
        <w:t xml:space="preserve">Ang inisyatibo ay hindi nagbibigay ng mga awtomatikong nuts. - </w:t>
      </w:r>
      <w:r xmlns:w="http://schemas.openxmlformats.org/wordprocessingml/2006/main">
        <w:rPr>
          <w:b/>
          <w:bCs/>
        </w:rPr>
        <w:t xml:space="preserve">D: </w:t>
      </w:r>
      <w:r xmlns:w="http://schemas.openxmlformats.org/wordprocessingml/2006/main">
        <w:t xml:space="preserve">Walang bentahe sa saklaw ang garantiya ng resulta.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87"/>
    <w:bookmarkStart w:id="88" w:name="drill-sfft-ms3-05-002"/>
    <w:p>
      <w:pPr xmlns:w="http://schemas.openxmlformats.org/wordprocessingml/2006/main">
        <w:pStyle w:val="Heading3"/>
      </w:pPr>
      <w:r xmlns:w="http://schemas.openxmlformats.org/wordprocessingml/2006/main">
        <w:t xml:space="preserve">Drilling SFFT-MS3-05-002</w:t>
      </w:r>
    </w:p>
    <w:p>
      <w:pPr xmlns:w="http://schemas.openxmlformats.org/wordprocessingml/2006/main">
        <w:pStyle w:val="FirstParagraph"/>
      </w:pPr>
      <w:r xmlns:w="http://schemas.openxmlformats.org/wordprocessingml/2006/main">
        <w:t xml:space="preserve">Ano ang dapat mangyari bago tawaging “mabuti para sa raiser” ang isang board?</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Tukuyin ang mga kandidatong saklaw ng parehong manlalaro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Ipagpalagay na ang bawat tumatawag ay may mababang baraha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Balewalain ang mga blocker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Tratuhin ang lahat ng board gamit ang isang alas nang pantay-pantay</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interaksyon ng board ay nakabatay sa mga partikular na saklaw.</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mga tumatawag ay maaaring may mga baraha na may malawak na hanay at malalakas na kamay. - </w:t>
      </w:r>
      <w:r xmlns:w="http://schemas.openxmlformats.org/wordprocessingml/2006/main">
        <w:rPr>
          <w:b/>
          <w:bCs/>
        </w:rPr>
        <w:t xml:space="preserve">C: </w:t>
      </w:r>
      <w:r xmlns:w="http://schemas.openxmlformats.org/wordprocessingml/2006/main">
        <w:t xml:space="preserve">Ang mga kilalang baraha ay nakakaapekto sa mga posibleng hawak. - </w:t>
      </w:r>
      <w:r xmlns:w="http://schemas.openxmlformats.org/wordprocessingml/2006/main">
        <w:rPr>
          <w:b/>
          <w:bCs/>
        </w:rPr>
        <w:t xml:space="preserve">D: </w:t>
      </w:r>
      <w:r xmlns:w="http://schemas.openxmlformats.org/wordprocessingml/2006/main">
        <w:t xml:space="preserve">Ang tekstura ng suit at kasaysayan ng aksyon ay maaaring magpabago sa mga resulta.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88"/>
    <w:bookmarkStart w:id="89" w:name="drill-sfft-ms3-05-003"/>
    <w:p>
      <w:pPr xmlns:w="http://schemas.openxmlformats.org/wordprocessingml/2006/main">
        <w:pStyle w:val="Heading3"/>
      </w:pPr>
      <w:r xmlns:w="http://schemas.openxmlformats.org/wordprocessingml/2006/main">
        <w:t xml:space="preserve">Drilling SFFT-MS3-05-003</w:t>
      </w:r>
    </w:p>
    <w:p>
      <w:pPr xmlns:w="http://schemas.openxmlformats.org/wordprocessingml/2006/main">
        <w:pStyle w:val="FirstParagraph"/>
      </w:pPr>
      <w:r xmlns:w="http://schemas.openxmlformats.org/wordprocessingml/2006/main">
        <w:t xml:space="preserve">Sa isang monotone flop, isang club ba sa kamay ni Hero ang magbibigay kay Hero ng made flush?</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Palagi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Huwag kailanman sa ilalim ng ordinaryong two-hole-card hold'em sa isang three-club board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Kung ang Hero ang may pinakamataas na pares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Kung ang Kontrabida lamang ang susuri</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Tatlong board club at isang pribadong club ang nagbibigay lamang ng apat na club.</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Ang isang flush ay nangangailangan ng limang baraha na may iisang suit, hindi apat. - </w:t>
      </w:r>
      <w:r xmlns:w="http://schemas.openxmlformats.org/wordprocessingml/2006/main">
        <w:rPr>
          <w:b/>
          <w:bCs/>
        </w:rPr>
        <w:t xml:space="preserve">C: </w:t>
      </w:r>
      <w:r xmlns:w="http://schemas.openxmlformats.org/wordprocessingml/2006/main">
        <w:t xml:space="preserve">Ang lakas ng pares ay hindi nakadepende sa pagkumpleto ng flush. - </w:t>
      </w:r>
      <w:r xmlns:w="http://schemas.openxmlformats.org/wordprocessingml/2006/main">
        <w:rPr>
          <w:b/>
          <w:bCs/>
        </w:rPr>
        <w:t xml:space="preserve">D: </w:t>
      </w:r>
      <w:r xmlns:w="http://schemas.openxmlformats.org/wordprocessingml/2006/main">
        <w:t xml:space="preserve">Hindi maaaring baguhin ng aksyon ng kalaban ang ranggo o suit ng baraha.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89"/>
    <w:bookmarkStart w:id="90" w:name="drill-sfft-ms3-05-004"/>
    <w:p>
      <w:pPr xmlns:w="http://schemas.openxmlformats.org/wordprocessingml/2006/main">
        <w:pStyle w:val="Heading3"/>
      </w:pPr>
      <w:r xmlns:w="http://schemas.openxmlformats.org/wordprocessingml/2006/main">
        <w:t xml:space="preserve">Drilling SFFT-MS3-05-004</w:t>
      </w:r>
    </w:p>
    <w:p>
      <w:pPr xmlns:w="http://schemas.openxmlformats.org/wordprocessingml/2006/main">
        <w:pStyle w:val="FirstParagraph"/>
      </w:pPr>
      <w:r xmlns:w="http://schemas.openxmlformats.org/wordprocessingml/2006/main">
        <w:t xml:space="preserve">Ano ang isang maruming labasan?</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Isang baraha na nagpapahusay sa Hero ngunit maaaring hindi manalo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Isang baraha mula sa ibang deck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Anumang mababang baraha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Isang baraha na nakikita na</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Magkaiba ang pagpapabuti at ang aktwal na panalong equity.</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Iisa lamang ang karaniwang deck na ginagamit. - </w:t>
      </w:r>
      <w:r xmlns:w="http://schemas.openxmlformats.org/wordprocessingml/2006/main">
        <w:rPr>
          <w:b/>
          <w:bCs/>
        </w:rPr>
        <w:t xml:space="preserve">C: </w:t>
      </w:r>
      <w:r xmlns:w="http://schemas.openxmlformats.org/wordprocessingml/2006/main">
        <w:t xml:space="preserve">Ang ranggo lamang ay hindi nakakapagparumi sa isang out. - </w:t>
      </w:r>
      <w:r xmlns:w="http://schemas.openxmlformats.org/wordprocessingml/2006/main">
        <w:rPr>
          <w:b/>
          <w:bCs/>
        </w:rPr>
        <w:t xml:space="preserve">D: </w:t>
      </w:r>
      <w:r xmlns:w="http://schemas.openxmlformats.org/wordprocessingml/2006/main">
        <w:t xml:space="preserve">Ang mga nakikitang baraha ang tinatanggal, hindi ang mga out sa hinaharap.</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90"/>
    <w:bookmarkStart w:id="91" w:name="drill-sfft-ms3-05-005"/>
    <w:p>
      <w:pPr xmlns:w="http://schemas.openxmlformats.org/wordprocessingml/2006/main">
        <w:pStyle w:val="Heading3"/>
      </w:pPr>
      <w:r xmlns:w="http://schemas.openxmlformats.org/wordprocessingml/2006/main">
        <w:t xml:space="preserve">Drilling SFFT-MS3-05-005</w:t>
      </w:r>
    </w:p>
    <w:p>
      <w:pPr xmlns:w="http://schemas.openxmlformats.org/wordprocessingml/2006/main">
        <w:pStyle w:val="FirstParagraph"/>
      </w:pPr>
      <w:r xmlns:w="http://schemas.openxmlformats.org/wordprocessingml/2006/main">
        <w:t xml:space="preserve">Sa turn, kung may </w:t>
      </w:r>
      <w:r xmlns:w="http://schemas.openxmlformats.org/wordprocessingml/2006/main">
        <w:rPr>
          <w:b/>
          <w:bCs/>
        </w:rPr>
        <w:t xml:space="preserve">9 na clean out </w:t>
      </w:r>
      <w:r xmlns:w="http://schemas.openxmlformats.org/wordprocessingml/2006/main">
        <w:t xml:space="preserve">at eksaktong isa pang baraha na maibibigay, ano ang posibilidad na ang susunod na baraha ay maging isa sa mga out na iyon? Ituring ang lahat ng hindi pa nakikitang baraha na pantay ang posibilidad.</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19.57%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20.00%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39.13%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36.00%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Mayroong 46 na hindi nakikitang baraha kung saan nakalantad ang iyong dalawang pribadong baraha at 4 na board card; ang probabilidad ay 9/46 = 19.57%. Ito ay </w:t>
      </w:r>
      <w:r xmlns:w="http://schemas.openxmlformats.org/wordprocessingml/2006/main">
        <w:rPr>
          <w:i/>
          <w:iCs/>
        </w:rPr>
        <w:t xml:space="preserve">isang pagpapabuti sa isang baraha </w:t>
      </w:r>
      <w:r xmlns:w="http://schemas.openxmlformats.org/wordprocessingml/2006/main">
        <w:t xml:space="preserve">, hindi all-in equity sa dalawang baraha.</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denominator ay hindi ang bilang ng mga baraha na hindi nakikita. - </w:t>
      </w:r>
      <w:r xmlns:w="http://schemas.openxmlformats.org/wordprocessingml/2006/main">
        <w:rPr>
          <w:b/>
          <w:bCs/>
        </w:rPr>
        <w:t xml:space="preserve">C: </w:t>
      </w:r>
      <w:r xmlns:w="http://schemas.openxmlformats.org/wordprocessingml/2006/main">
        <w:t xml:space="preserve">Mali ang pagbibilang ng dalawang pagkakataon kapag iisa na lang ang natitirang baraha. - </w:t>
      </w:r>
      <w:r xmlns:w="http://schemas.openxmlformats.org/wordprocessingml/2006/main">
        <w:rPr>
          <w:b/>
          <w:bCs/>
        </w:rPr>
        <w:t xml:space="preserve">D: </w:t>
      </w:r>
      <w:r xmlns:w="http://schemas.openxmlformats.org/wordprocessingml/2006/main">
        <w:t xml:space="preserve">Ang tuntunin ng dalawa/apat ay isang pagtatantya para sa magkakaibang abot-tanaw; hindi nito pinapalitan ang eksaktong pagbibilang gamit ang isang baraha.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91"/>
    <w:bookmarkStart w:id="92" w:name="drill-sfft-ms3-05-006"/>
    <w:p>
      <w:pPr xmlns:w="http://schemas.openxmlformats.org/wordprocessingml/2006/main">
        <w:pStyle w:val="Heading3"/>
      </w:pPr>
      <w:r xmlns:w="http://schemas.openxmlformats.org/wordprocessingml/2006/main">
        <w:t xml:space="preserve">Drilling SFFT-MS3-05-006</w:t>
      </w:r>
    </w:p>
    <w:p>
      <w:pPr xmlns:w="http://schemas.openxmlformats.org/wordprocessingml/2006/main">
        <w:pStyle w:val="FirstParagraph"/>
      </w:pP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16 na posibleng kombinasyon ng halaga at 6 na posibleng kombinasyon ng bluff. Ginagawa nila ang naobserbahang taya na may halagang 25% at 75% ng oras ay may mga bluff. Ilang bahagi ng </w:t>
      </w:r>
      <w:r xmlns:w="http://schemas.openxmlformats.org/wordprocessingml/2006/main">
        <w:rPr>
          <w:b/>
          <w:bCs/>
        </w:rPr>
        <w:t xml:space="preserve">kanilang mga taya </w:t>
      </w:r>
      <w:r xmlns:w="http://schemas.openxmlformats.org/wordprocessingml/2006/main">
        <w:t xml:space="preserve">ang bluff?</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52.94%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27.27%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47.06%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75.00%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Tinimbang na halaga=16×0.25=4; tinimbang na mga bluff=6×0.75=4.5; bahagi ng bluff=4.5/(4+4.5)=52.94%. Dapat muling timbangin ng aksyon ang panimulang distribusyon.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bahagi ng bluff bago ang taya, hindi ang weighted betting range. - </w:t>
      </w:r>
      <w:r xmlns:w="http://schemas.openxmlformats.org/wordprocessingml/2006/main">
        <w:rPr>
          <w:b/>
          <w:bCs/>
        </w:rPr>
        <w:t xml:space="preserve">C: </w:t>
      </w:r>
      <w:r xmlns:w="http://schemas.openxmlformats.org/wordprocessingml/2006/main">
        <w:t xml:space="preserve">Ito ay isang value share o kung hindi man ay binabalewala ang action frequency. - </w:t>
      </w:r>
      <w:r xmlns:w="http://schemas.openxmlformats.org/wordprocessingml/2006/main">
        <w:rPr>
          <w:b/>
          <w:bCs/>
        </w:rPr>
        <w:t xml:space="preserve">D: </w:t>
      </w:r>
      <w:r xmlns:w="http://schemas.openxmlformats.org/wordprocessingml/2006/main">
        <w:t xml:space="preserve">Napagkakamalan nito ang conditional bet frequency sa bahagi ng mga taya na bluff.</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92"/>
    <w:bookmarkEnd w:id="93"/>
    <w:bookmarkEnd w:id="94"/>
    <w:bookmarkStart w:id="110" w:name="updating-beliefs-on-the-flop"/>
    <w:p>
      <w:pPr xmlns:w="http://schemas.openxmlformats.org/wordprocessingml/2006/main">
        <w:pStyle w:val="Heading1"/>
      </w:pPr>
      <w:r xmlns:w="http://schemas.openxmlformats.org/wordprocessingml/2006/main">
        <w:t xml:space="preserve">6. Pag-update ng mga Paniniwala sa Flop</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Maglapat ng mga action frequency sa isang preflop range upang muling buuin ang isang flop betting o checking range.</w:t>
      </w:r>
    </w:p>
    <w:p>
      <w:pPr xmlns:w="http://schemas.openxmlformats.org/wordprocessingml/2006/main">
        <w:pStyle w:val="BodyText"/>
      </w:pPr>
      <w:r xmlns:w="http://schemas.openxmlformats.org/wordprocessingml/2006/main">
        <w:t xml:space="preserve">Ang 'Continuation-bet niya, kaya may top pair siya' ay kasing tamad ng 'Itinaas niya ang preflop, kaya may aces siya.' Hindi pantay ang distribusyon ng mga dalas ng pagtaya. May mga manlalarong tumataya halos bawat overpair, pumipili ng ilang draw bilang bluff, at sinusuri ang mga mahihinang pares. Ang iba naman ay gumagamit ng maliliit na taya nang malawakan. Ang tamang paraan ay magsimula sa bawat posibleng kamay, alisin ang mga naka-block na kumbinasyon, at paramihin ang mga available na kumbinasyon ng bawat kamay sa tinantyang dalas ng aksyon na aktwal na naobserbahan.</w:t>
      </w:r>
    </w:p>
    <w:bookmarkStart w:id="98" w:name="one-update-in-complete-numbers"/>
    <w:p>
      <w:pPr xmlns:w="http://schemas.openxmlformats.org/wordprocessingml/2006/main">
        <w:pStyle w:val="Heading2"/>
      </w:pPr>
      <w:r xmlns:w="http://schemas.openxmlformats.org/wordprocessingml/2006/main">
        <w:t xml:space="preserve">Isang update sa kumpletong bilang</w:t>
      </w:r>
    </w:p>
    <w:p>
      <w:pPr xmlns:w="http://schemas.openxmlformats.org/wordprocessingml/2006/main">
        <w:pStyle w:val="FirstParagraph"/>
      </w:pPr>
      <w:r xmlns:w="http://schemas.openxmlformats.org/wordprocessingml/2006/main">
        <w:t xml:space="preserve">Ipagpalagay na ang isang manlalaro ay umabot sa flop na may tatlong mutually exclusive na grupo: </w:t>
      </w:r>
      <w:r xmlns:w="http://schemas.openxmlformats.org/wordprocessingml/2006/main">
        <w:rPr>
          <w:b/>
          <w:bCs/>
        </w:rPr>
        <w:t xml:space="preserve">12 available na strong value combinations, walong available na draws, at 20 available na weak holdings </w:t>
      </w:r>
      <w:r xmlns:w="http://schemas.openxmlformats.org/wordprocessingml/2006/main">
        <w:t xml:space="preserve">. Sa isang inimbento ngunit tahasang modelo, ang manlalarong ito ay tumataya ng strong value sa 75% ng oras, 50% ang draws, at 10% ang weak holdings. Ang kanilang </w:t>
      </w:r>
      <w:r xmlns:w="http://schemas.openxmlformats.org/wordprocessingml/2006/main">
        <w:t xml:space="preserve">hanay </w:t>
      </w:r>
      <w:r xmlns:w="http://schemas.openxmlformats.org/wordprocessingml/2006/main">
        <w:rPr>
          <w:i/>
          <w:iCs/>
        </w:rPr>
        <w:t xml:space="preserve">ng pagtaya ay naglalaman ng </w:t>
      </w:r>
      <w:r xmlns:w="http://schemas.openxmlformats.org/wordprocessingml/2006/main">
        <w:rPr>
          <w:b/>
          <w:bCs/>
        </w:rPr>
        <w:t xml:space="preserve">9 na weighted value </w:t>
      </w:r>
      <w:r xmlns:w="http://schemas.openxmlformats.org/wordprocessingml/2006/main">
        <w:t xml:space="preserve">, </w:t>
      </w:r>
      <w:r xmlns:w="http://schemas.openxmlformats.org/wordprocessingml/2006/main">
        <w:rPr>
          <w:b/>
          <w:bCs/>
        </w:rPr>
        <w:t xml:space="preserve">4 na weighted draw </w:t>
      </w:r>
      <w:r xmlns:w="http://schemas.openxmlformats.org/wordprocessingml/2006/main">
        <w:t xml:space="preserve">, at </w:t>
      </w:r>
      <w:r xmlns:w="http://schemas.openxmlformats.org/wordprocessingml/2006/main">
        <w:rPr>
          <w:b/>
          <w:bCs/>
        </w:rPr>
        <w:t xml:space="preserve">2 weighted weak combinations </w:t>
      </w:r>
      <w:r xmlns:w="http://schemas.openxmlformats.org/wordprocessingml/2006/main">
        <w:t xml:space="preserve">—15 weighted combinations sa kabuuan. Depende sa pagtaya, ang tsansa na ang Kontrabida ay nasa strong value group ay </w:t>
      </w:r>
      <w:r xmlns:w="http://schemas.openxmlformats.org/wordprocessingml/2006/main">
        <w:rPr>
          <w:b/>
          <w:bCs/>
        </w:rPr>
        <w:t xml:space="preserve">9/15=60% </w:t>
      </w:r>
      <w:r xmlns:w="http://schemas.openxmlformats.org/wordprocessingml/2006/main">
        <w:t xml:space="preserve">, hindi ang 12/40=30% na bahagi sa orihinal na hanay. Ang taya ay ebidensya, ngunit ang hinuha ay nagmumula sa mga ipinapalagay na frequency na iyon.</w:t>
      </w:r>
    </w:p>
    <w:p>
      <w:pPr>
        <w:pStyle w:val="CaptionedFigure"/>
      </w:pPr>
      <w:r>
        <w:drawing>
          <wp:inline>
            <wp:extent cx="6261100" cy="3565348"/>
            <wp:effectExtent b="0" l="0" r="0" t="0"/>
            <wp:docPr descr="How an action reweights a poker range" title="" id="96" name="Picture"/>
            <a:graphic>
              <a:graphicData uri="http://schemas.openxmlformats.org/drawingml/2006/picture">
                <pic:pic>
                  <pic:nvPicPr>
                    <pic:cNvPr descr="figures/range-update.png" id="97" name="Picture"/>
                    <pic:cNvPicPr>
                      <a:picLocks noChangeArrowheads="1" noChangeAspect="1"/>
                    </pic:cNvPicPr>
                  </pic:nvPicPr>
                  <pic:blipFill>
                    <a:blip r:embed="rId95"/>
                    <a:stretch>
                      <a:fillRect/>
                    </a:stretch>
                  </pic:blipFill>
                  <pic:spPr bwMode="auto">
                    <a:xfrm>
                      <a:off x="0" y="0"/>
                      <a:ext cx="6261100" cy="3565348"/>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Paano binibigyang-timbang ng isang aksyon ang isang hanay ng poker</w:t>
      </w:r>
    </w:p>
    <w:p>
      <w:pPr xmlns:w="http://schemas.openxmlformats.org/wordprocessingml/2006/main">
        <w:pStyle w:val="Compact"/>
        <w:numPr>
          <w:ilvl w:val="0"/>
          <w:numId w:val="1007"/>
        </w:numPr>
      </w:pPr>
      <w:r xmlns:w="http://schemas.openxmlformats.org/wordprocessingml/2006/main">
        <w:rPr>
          <w:b/>
          <w:bCs/>
        </w:rPr>
        <w:t xml:space="preserve">Malakas na halaga </w:t>
      </w:r>
      <w:r xmlns:w="http://schemas.openxmlformats.org/wordprocessingml/2006/main">
        <w:t xml:space="preserve">— Mga kombinasyon bago ang taya: 12; Dalas ng taya (ipinapalagay): 75%; Mga kombinasyon ng weighted na pagtaya: 9; Bahagi ng saklaw ng pagtaya: 60.0%</w:t>
      </w:r>
    </w:p>
    <w:p>
      <w:pPr xmlns:w="http://schemas.openxmlformats.org/wordprocessingml/2006/main">
        <w:pStyle w:val="Compact"/>
        <w:numPr>
          <w:ilvl w:val="0"/>
          <w:numId w:val="1007"/>
        </w:numPr>
      </w:pPr>
      <w:r xmlns:w="http://schemas.openxmlformats.org/wordprocessingml/2006/main">
        <w:rPr>
          <w:b/>
          <w:bCs/>
        </w:rPr>
        <w:t xml:space="preserve">Mga Tabla </w:t>
      </w:r>
      <w:r xmlns:w="http://schemas.openxmlformats.org/wordprocessingml/2006/main">
        <w:t xml:space="preserve">— Mga Kumbinasyon bago ang taya: 8; Dalas ng taya (ipinapalagay): 50%; Mga kombinasyon ng weighted na pagtaya: 4; Bahagi ng saklaw ng pagtaya: 26.7%</w:t>
      </w:r>
    </w:p>
    <w:p>
      <w:pPr xmlns:w="http://schemas.openxmlformats.org/wordprocessingml/2006/main">
        <w:pStyle w:val="Compact"/>
        <w:numPr>
          <w:ilvl w:val="0"/>
          <w:numId w:val="1007"/>
        </w:numPr>
      </w:pPr>
      <w:r xmlns:w="http://schemas.openxmlformats.org/wordprocessingml/2006/main">
        <w:rPr>
          <w:b/>
          <w:bCs/>
        </w:rPr>
        <w:t xml:space="preserve">Mahinang hawak </w:t>
      </w:r>
      <w:r xmlns:w="http://schemas.openxmlformats.org/wordprocessingml/2006/main">
        <w:t xml:space="preserve">— Mga kombinasyon bago ang taya: 20; Dalas ng taya (ipinapalagay): 10%; Mga kombinasyon ng weighted betting: 2; Bahagi ng saklaw ng pagtaya: 13.3%</w:t>
      </w:r>
    </w:p>
    <w:p>
      <w:pPr xmlns:w="http://schemas.openxmlformats.org/wordprocessingml/2006/main">
        <w:pStyle w:val="Compact"/>
        <w:numPr>
          <w:ilvl w:val="0"/>
          <w:numId w:val="1007"/>
        </w:numPr>
      </w:pPr>
      <w:r xmlns:w="http://schemas.openxmlformats.org/wordprocessingml/2006/main">
        <w:t xml:space="preserve">****Kabuuan**** — Mga kombinasyon bago ang taya: </w:t>
      </w:r>
      <w:r xmlns:w="http://schemas.openxmlformats.org/wordprocessingml/2006/main">
        <w:rPr>
          <w:b/>
          <w:bCs/>
        </w:rPr>
        <w:t xml:space="preserve">40 </w:t>
      </w:r>
      <w:r xmlns:w="http://schemas.openxmlformats.org/wordprocessingml/2006/main">
        <w:t xml:space="preserve">; Dalas ng taya (ipinapalagay): —; Mga kombinasyon ng weighted na pagtaya: </w:t>
      </w:r>
      <w:r xmlns:w="http://schemas.openxmlformats.org/wordprocessingml/2006/main">
        <w:rPr>
          <w:b/>
          <w:bCs/>
        </w:rPr>
        <w:t xml:space="preserve">15 </w:t>
      </w:r>
      <w:r xmlns:w="http://schemas.openxmlformats.org/wordprocessingml/2006/main">
        <w:t xml:space="preserve">; Bahagi ng saklaw ng pagtaya: </w:t>
      </w:r>
      <w:r xmlns:w="http://schemas.openxmlformats.org/wordprocessingml/2006/main">
        <w:rPr>
          <w:b/>
          <w:bCs/>
        </w:rPr>
        <w:t xml:space="preserve">100%</w:t>
      </w:r>
    </w:p>
    <w:p>
      <w:pPr xmlns:w="http://schemas.openxmlformats.org/wordprocessingml/2006/main">
        <w:pStyle w:val="FirstParagraph"/>
      </w:pPr>
      <w:r xmlns:w="http://schemas.openxmlformats.org/wordprocessingml/2006/main">
        <w:t xml:space="preserve">Ang parehong pamamaraan ay gumagana para sa mga pagsusuri. Ang mga komplementaryong frequency—25%, 50%, at 90%—ay lumilikha ng saklaw ng pagsusuri na may 3 malakas na halaga, 4 na bunot, at 18 mahinang tinimbang na kombinasyon. Ang bahagi ng malakas na halaga sa </w:t>
      </w:r>
      <w:r xmlns:w="http://schemas.openxmlformats.org/wordprocessingml/2006/main">
        <w:rPr>
          <w:i/>
          <w:iCs/>
        </w:rPr>
        <w:t xml:space="preserve">mga pagsusuri </w:t>
      </w:r>
      <w:r xmlns:w="http://schemas.openxmlformats.org/wordprocessingml/2006/main">
        <w:t xml:space="preserve">ay 3/25=12%, hindi sero. Ang pagsusuri ay hindi nagpapatunay ng kahinaan; binabago nito ang mga relatibong probabilidad sa ilalim ng modelo.</w:t>
      </w:r>
    </w:p>
    <w:bookmarkEnd w:id="98"/>
    <w:bookmarkStart w:id="99" w:name="compare-the-action-to-the-price"/>
    <w:p>
      <w:pPr xmlns:w="http://schemas.openxmlformats.org/wordprocessingml/2006/main">
        <w:pStyle w:val="Heading2"/>
      </w:pPr>
      <w:r xmlns:w="http://schemas.openxmlformats.org/wordprocessingml/2006/main">
        <w:t xml:space="preserve">Ihambing ang aksyon sa presyo</w:t>
      </w:r>
    </w:p>
    <w:p>
      <w:pPr xmlns:w="http://schemas.openxmlformats.org/wordprocessingml/2006/main">
        <w:pStyle w:val="FirstParagraph"/>
      </w:pPr>
      <w:r xmlns:w="http://schemas.openxmlformats.org/wordprocessingml/2006/main">
        <w:t xml:space="preserve">Ang $20 na taya sa continuation bet na $80 ay isang quarter-pot bet, na nag-iimbita ng maraming kalaban na mag-continue. Ang $80 na taya sa $80 ay nagpipilit ng ibang presyo. Kung inaasahan ng iyong modelo na ang isang manlalaro ay tataya sa buong range sa isang size ngunit malakas lang ang value at piling draw sa iba, ang sizing ay nagbibigay ng impormasyon. Gayunpaman, sa isang low-stakes live table, maaaring hindi pare-pareho ang pagpili ng mga indibidwal ng mga size. Itala ang mga naobserbahang size at showdown bago ipagpalagay ang isang sopistikadong sizing architecture.</w:t>
      </w:r>
    </w:p>
    <w:bookmarkEnd w:id="99"/>
    <w:bookmarkStart w:id="102" w:name="why-two-consecutive-actions-matter"/>
    <w:p>
      <w:pPr xmlns:w="http://schemas.openxmlformats.org/wordprocessingml/2006/main">
        <w:pStyle w:val="Heading2"/>
      </w:pPr>
      <w:r xmlns:w="http://schemas.openxmlformats.org/wordprocessingml/2006/main">
        <w:t xml:space="preserve">Bakit mahalaga ang dalawang magkasunod na aksyon</w:t>
      </w:r>
    </w:p>
    <w:p>
      <w:pPr xmlns:w="http://schemas.openxmlformats.org/wordprocessingml/2006/main">
        <w:pStyle w:val="FirstParagraph"/>
      </w:pPr>
      <w:r xmlns:w="http://schemas.openxmlformats.org/wordprocessingml/2006/main">
        <w:t xml:space="preserve">Ang taya sa flop ay isang filter; ang taya sa turn ay iba pa. Kung ang isang manlalaro ay tumaya ng 100% ng kanilang malalakas na kamay sa flop ngunit 60% lamang sa turn, ang tamang pagtimbang ng turn ay dapat magsimula sa range na talagang nakaligtas sa flop, hindi sa orihinal na mga kabuuan bago ang flop. Mahalaga ang pagkakasunod-sunod, dahil ang iba't ibang mga kamay ay maaaring umalis sa range o magbago ng kategorya habang lumalabas ang mga community card.</w:t>
      </w:r>
    </w:p>
    <w:bookmarkStart w:id="100" w:name="a-common-counting-mistake"/>
    <w:p>
      <w:pPr xmlns:w="http://schemas.openxmlformats.org/wordprocessingml/2006/main">
        <w:pStyle w:val="Heading3"/>
      </w:pPr>
      <w:r xmlns:w="http://schemas.openxmlformats.org/wordprocessingml/2006/main">
        <w:t xml:space="preserve">Isang karaniwang pagkakamali sa pagbibilang</w:t>
      </w:r>
    </w:p>
    <w:p>
      <w:pPr xmlns:w="http://schemas.openxmlformats.org/wordprocessingml/2006/main">
        <w:pStyle w:val="FirstParagraph"/>
      </w:pPr>
      <w:r xmlns:w="http://schemas.openxmlformats.org/wordprocessingml/2006/main">
        <w:t xml:space="preserve">Huwag ituring ang 60% strong-value na resulta sa itaas bilang </w:t>
      </w:r>
      <w:r xmlns:w="http://schemas.openxmlformats.org/wordprocessingml/2006/main">
        <w:rPr>
          <w:b/>
          <w:bCs/>
        </w:rPr>
        <w:t xml:space="preserve">60% showdown equity laban sa Hero </w:t>
      </w:r>
      <w:r xmlns:w="http://schemas.openxmlformats.org/wordprocessingml/2006/main">
        <w:t xml:space="preserve">. Ang isang strong value group ay maaaring magsama ng mga mahinang one-pair na kamay na maaaring bunutin ng Hero, habang ang ilang draw ay maaaring mas malakas na kaysa sa aktwal na hawak ng Hero. Ang range distribution at ang equity ng Hero laban sa range na iyon ay magkaibang bagay. Ang eksaktong equity ay nangangailangan ng mga tinukoy na card o sapat na data upang isa-isahin ang kanilang mga posibleng resulta, kabilang ang mga tabla.</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Sa ginawang talahanayan, ilang weighted weak-hand combinations ang natitira sa mga taya ng Kontrabida? (A) 20, (B) 10, (C) 4, (D) 2. </w:t>
      </w:r>
      <w:r xmlns:w="http://schemas.openxmlformats.org/wordprocessingml/2006/main">
        <w:rPr>
          <w:b/>
          <w:bCs/>
        </w:rPr>
        <w:t xml:space="preserve">D </w:t>
      </w:r>
      <w:r xmlns:w="http://schemas.openxmlformats.org/wordprocessingml/2006/main">
        <w:t xml:space="preserve">: dalawampung kombinasyon ang tayaan sampung porsyento ng oras. Ang halagang 4 ay kabilang sa walong tabla na pustahan sa 50% ng oras; hindi pinapansin ng ibang mga numero ang weighting.</w:t>
      </w:r>
    </w:p>
    <w:bookmarkEnd w:id="100"/>
    <w:bookmarkStart w:id="101" w:name="change-the-conditions-5"/>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Ang parehong kalaban ngayon ay tumataya </w:t>
      </w:r>
      <w:r xmlns:w="http://schemas.openxmlformats.org/wordprocessingml/2006/main">
        <w:rPr>
          <w:i/>
          <w:iCs/>
        </w:rPr>
        <w:t xml:space="preserve">sa lahat ng </w:t>
      </w:r>
      <w:r xmlns:w="http://schemas.openxmlformats.org/wordprocessingml/2006/main">
        <w:t xml:space="preserve">20 mahihinang kombinasyon bilang isang bluff. Ang kanilang hanay ng pagtaya ay 9 na halaga + 4 na tabla + 20 mahihina = 33 na may bigat na kombinasyon, kaya ang malakas na halaga ay bumubuo lamang ng 9/33 ≈ 27.27% ng mga taya. Ang hanay ng isang agresibong kalaban ay nagbabago hindi dahil sa mahiwagang nagbago ang mga baraha, kundi dahil </w:t>
      </w:r>
      <w:r xmlns:w="http://schemas.openxmlformats.org/wordprocessingml/2006/main">
        <w:t xml:space="preserve">nagbago ang </w:t>
      </w:r>
      <w:r xmlns:w="http://schemas.openxmlformats.org/wordprocessingml/2006/main">
        <w:rPr>
          <w:b/>
          <w:bCs/>
        </w:rPr>
        <w:t xml:space="preserve">patakaran sa aksyon .</w:t>
      </w:r>
    </w:p>
    <w:p>
      <w:pPr xmlns:w="http://schemas.openxmlformats.org/wordprocessingml/2006/main">
        <w:pStyle w:val="BodyText"/>
      </w:pPr>
      <w:r xmlns:w="http://schemas.openxmlformats.org/wordprocessingml/2006/main">
        <w:rPr>
          <w:b/>
          <w:bCs/>
        </w:rPr>
        <w:t xml:space="preserve">Prinsipyo: </w:t>
      </w:r>
      <w:r xmlns:w="http://schemas.openxmlformats.org/wordprocessingml/2006/main">
        <w:t xml:space="preserve">Ang posibilidad ng isang aksyon ay ang nawawalang hakbang sa pagitan ng kung ano ang </w:t>
      </w:r>
      <w:r xmlns:w="http://schemas.openxmlformats.org/wordprocessingml/2006/main">
        <w:rPr>
          <w:i/>
          <w:iCs/>
        </w:rPr>
        <w:t xml:space="preserve">maaaring </w:t>
      </w:r>
      <w:r xmlns:w="http://schemas.openxmlformats.org/wordprocessingml/2006/main">
        <w:t xml:space="preserve">hawakan ng isang kalaban at kung ano ang malamang na hawakan nila pagkatapos gawin ang aksyon na iyon.</w:t>
      </w:r>
    </w:p>
    <w:bookmarkEnd w:id="101"/>
    <w:bookmarkEnd w:id="102"/>
    <w:bookmarkStart w:id="109" w:name="chapter-06-six-verified-drills"/>
    <w:p>
      <w:pPr xmlns:w="http://schemas.openxmlformats.org/wordprocessingml/2006/main">
        <w:pStyle w:val="Heading2"/>
      </w:pPr>
      <w:r xmlns:w="http://schemas.openxmlformats.org/wordprocessingml/2006/main">
        <w:t xml:space="preserve">Kabanata 06: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103" w:name="drill-sfft-ms3-06-001"/>
    <w:p>
      <w:pPr xmlns:w="http://schemas.openxmlformats.org/wordprocessingml/2006/main">
        <w:pStyle w:val="Heading3"/>
      </w:pPr>
      <w:r xmlns:w="http://schemas.openxmlformats.org/wordprocessingml/2006/main">
        <w:t xml:space="preserve">Drilling SFFT-MS3-06-001</w:t>
      </w:r>
    </w:p>
    <w:p>
      <w:pPr xmlns:w="http://schemas.openxmlformats.org/wordprocessingml/2006/main">
        <w:pStyle w:val="FirstParagraph"/>
      </w:pPr>
      <w:r xmlns:w="http://schemas.openxmlformats.org/wordprocessingml/2006/main">
        <w:t xml:space="preserve">Pagkatapos ng mga taya sa pagpapatuloy ng kalaban, paano dapat magbago ang timbang ng saklaw ng kandidato?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Lahat ng kombinasyon ay nananatiling pantay-pantay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Paramihin ang mga magagamit na kombinasyon ng bawat grupo sa dalas ng pagtaya nito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Burahin ang bawat kamay na nagche-check bago makita ang flop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Ipagpalagay na ang bawat tabla ay isang bluff</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conditional weighting ay nag-uugnay sa nauna sa naobserbahang taya.</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Hindi pantay ang pagsala ng mga aksyon sa mga grupo. - </w:t>
      </w:r>
      <w:r xmlns:w="http://schemas.openxmlformats.org/wordprocessingml/2006/main">
        <w:rPr>
          <w:b/>
          <w:bCs/>
        </w:rPr>
        <w:t xml:space="preserve">C: </w:t>
      </w:r>
      <w:r xmlns:w="http://schemas.openxmlformats.org/wordprocessingml/2006/main">
        <w:t xml:space="preserve">Flop ang taya at mahalaga ang mga naunang posibilidad. - </w:t>
      </w:r>
      <w:r xmlns:w="http://schemas.openxmlformats.org/wordprocessingml/2006/main">
        <w:rPr>
          <w:b/>
          <w:bCs/>
        </w:rPr>
        <w:t xml:space="preserve">D: </w:t>
      </w:r>
      <w:r xmlns:w="http://schemas.openxmlformats.org/wordprocessingml/2006/main">
        <w:t xml:space="preserve">Maaaring tumaya ang mga tabla sa maraming dahilan.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03"/>
    <w:bookmarkStart w:id="104" w:name="drill-sfft-ms3-06-002"/>
    <w:p>
      <w:pPr xmlns:w="http://schemas.openxmlformats.org/wordprocessingml/2006/main">
        <w:pStyle w:val="Heading3"/>
      </w:pPr>
      <w:r xmlns:w="http://schemas.openxmlformats.org/wordprocessingml/2006/main">
        <w:t xml:space="preserve">Drilling SFFT-MS3-06-002</w:t>
      </w:r>
    </w:p>
    <w:p>
      <w:pPr xmlns:w="http://schemas.openxmlformats.org/wordprocessingml/2006/main">
        <w:pStyle w:val="FirstParagraph"/>
      </w:pPr>
      <w:r xmlns:w="http://schemas.openxmlformats.org/wordprocessingml/2006/main">
        <w:t xml:space="preserve">Ang saklaw na may 60% na bahagi ng halaga sa mga taya ay nangangahulugang…</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Awtomatikong may 40% equity ang Hero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60% ng weighted betting combinations ay kabilang sa defined value group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kontrabida ay may 60% na tsansa na magkaroon ng AA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Dapat manalo ang kontrabida ng 60% ng mga showdown</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pahayag ay tumutukoy sa distribusyon pagkatapos ng pagtimbang ng kilos.</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mga share ng grupo ay hindi Hero showdown equity. - </w:t>
      </w:r>
      <w:r xmlns:w="http://schemas.openxmlformats.org/wordprocessingml/2006/main">
        <w:rPr>
          <w:b/>
          <w:bCs/>
        </w:rPr>
        <w:t xml:space="preserve">C: </w:t>
      </w:r>
      <w:r xmlns:w="http://schemas.openxmlformats.org/wordprocessingml/2006/main">
        <w:t xml:space="preserve">Ang isang grupo ay hindi kailangang maging AA lamang. - </w:t>
      </w:r>
      <w:r xmlns:w="http://schemas.openxmlformats.org/wordprocessingml/2006/main">
        <w:rPr>
          <w:b/>
          <w:bCs/>
        </w:rPr>
        <w:t xml:space="preserve">D: </w:t>
      </w:r>
      <w:r xmlns:w="http://schemas.openxmlformats.org/wordprocessingml/2006/main">
        <w:t xml:space="preserve">Ang equity laban sa Hero ay nangangailangan ng mga tinukoy na kamay.</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04"/>
    <w:bookmarkStart w:id="105" w:name="drill-sfft-ms3-06-003"/>
    <w:p>
      <w:pPr xmlns:w="http://schemas.openxmlformats.org/wordprocessingml/2006/main">
        <w:pStyle w:val="Heading3"/>
      </w:pPr>
      <w:r xmlns:w="http://schemas.openxmlformats.org/wordprocessingml/2006/main">
        <w:t xml:space="preserve">Drilling SFFT-MS3-06-003</w:t>
      </w:r>
    </w:p>
    <w:p>
      <w:pPr xmlns:w="http://schemas.openxmlformats.org/wordprocessingml/2006/main">
        <w:pStyle w:val="FirstParagraph"/>
      </w:pPr>
      <w:r xmlns:w="http://schemas.openxmlformats.org/wordprocessingml/2006/main">
        <w:t xml:space="preserve">Ano ang tamang interpretasyon ng flop check?</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Hindi maaaring magkaroon ng malakas na halaga ang kontrabida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saklaw ng kontrabida ay muling binibigyang timbang ng dalas ng pagsusuri ng bawat grupo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Nakatiklop ang kontrabida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Tabla ang kontrabida</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isang tseke ay may sariling conditional likelihood ayon sa grupo.</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Maaaring mag-check ang malalakas na kamay. - </w:t>
      </w:r>
      <w:r xmlns:w="http://schemas.openxmlformats.org/wordprocessingml/2006/main">
        <w:rPr>
          <w:b/>
          <w:bCs/>
        </w:rPr>
        <w:t xml:space="preserve">C: </w:t>
      </w:r>
      <w:r xmlns:w="http://schemas.openxmlformats.org/wordprocessingml/2006/main">
        <w:t xml:space="preserve">Ang check ay hindi isang fold. - </w:t>
      </w:r>
      <w:r xmlns:w="http://schemas.openxmlformats.org/wordprocessingml/2006/main">
        <w:rPr>
          <w:b/>
          <w:bCs/>
        </w:rPr>
        <w:t xml:space="preserve">D: </w:t>
      </w:r>
      <w:r xmlns:w="http://schemas.openxmlformats.org/wordprocessingml/2006/main">
        <w:t xml:space="preserve">Maaaring mag-check ang parehong draws at made hands.</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05"/>
    <w:bookmarkStart w:id="106" w:name="drill-sfft-ms3-06-004"/>
    <w:p>
      <w:pPr xmlns:w="http://schemas.openxmlformats.org/wordprocessingml/2006/main">
        <w:pStyle w:val="Heading3"/>
      </w:pPr>
      <w:r xmlns:w="http://schemas.openxmlformats.org/wordprocessingml/2006/main">
        <w:t xml:space="preserve">Drilling SFFT-MS3-06-004</w:t>
      </w:r>
    </w:p>
    <w:p>
      <w:pPr xmlns:w="http://schemas.openxmlformats.org/wordprocessingml/2006/main">
        <w:pStyle w:val="FirstParagraph"/>
      </w:pPr>
      <w:r xmlns:w="http://schemas.openxmlformats.org/wordprocessingml/2006/main">
        <w:t xml:space="preserve">Bakit mahalaga ang iba't ibang laki ng taya sa flop?</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Binabago nila ang presyo at maaaring pumili ng iba't ibang saklaw ng aksyon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Mga dahilan lamang para sa teatro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malaking taya ay palaging nangangahulugan ng bluff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maliliit na taya ay ginagawang imposible ang mga bluff</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Maaaring magbago ang mga presyo at malamang na komposisyon ng pagtaya.</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pagsukat ay awtomatikong nagbabago ng tsansa ng taya. - </w:t>
      </w:r>
      <w:r xmlns:w="http://schemas.openxmlformats.org/wordprocessingml/2006/main">
        <w:rPr>
          <w:b/>
          <w:bCs/>
        </w:rPr>
        <w:t xml:space="preserve">C: </w:t>
      </w:r>
      <w:r xmlns:w="http://schemas.openxmlformats.org/wordprocessingml/2006/main">
        <w:t xml:space="preserve">Ang malalaking taya ay maaaring may kasamang halaga. - </w:t>
      </w:r>
      <w:r xmlns:w="http://schemas.openxmlformats.org/wordprocessingml/2006/main">
        <w:rPr>
          <w:b/>
          <w:bCs/>
        </w:rPr>
        <w:t xml:space="preserve">D: </w:t>
      </w:r>
      <w:r xmlns:w="http://schemas.openxmlformats.org/wordprocessingml/2006/main">
        <w:t xml:space="preserve">Ang maliliit na taya ay maaaring may kasamang mga bluff.</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06"/>
    <w:bookmarkStart w:id="107" w:name="drill-sfft-ms3-06-005"/>
    <w:p>
      <w:pPr xmlns:w="http://schemas.openxmlformats.org/wordprocessingml/2006/main">
        <w:pStyle w:val="Heading3"/>
      </w:pPr>
      <w:r xmlns:w="http://schemas.openxmlformats.org/wordprocessingml/2006/main">
        <w:t xml:space="preserve">Drilling SFFT-MS3-06-005</w:t>
      </w:r>
    </w:p>
    <w:p>
      <w:pPr xmlns:w="http://schemas.openxmlformats.org/wordprocessingml/2006/main">
        <w:pStyle w:val="FirstParagraph"/>
      </w:pP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16 na posibleng kombinasyon ng halaga at 8 posibleng kombinasyon ng bluff. Ginagawa nila ang naobserbahang taya na may halagang 75% at 50% ng oras ay may bluff. Ilang bahagi ng </w:t>
      </w:r>
      <w:r xmlns:w="http://schemas.openxmlformats.org/wordprocessingml/2006/main">
        <w:rPr>
          <w:b/>
          <w:bCs/>
        </w:rPr>
        <w:t xml:space="preserve">kanilang mga taya </w:t>
      </w:r>
      <w:r xmlns:w="http://schemas.openxmlformats.org/wordprocessingml/2006/main">
        <w:t xml:space="preserve">ang bluff?</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25.00%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33.33%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75.00%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50.00%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Tinimbang na halaga=16×0.75=12; tinimbang na mga bluff=8×0.5=4; bahagi ng bluff=4/(12+4)=25.00%. Dapat muling timbangin ng aksyon ang panimulang distribusyon.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bahagi ng bluff bago ang taya, hindi ang weighted betting range. - </w:t>
      </w:r>
      <w:r xmlns:w="http://schemas.openxmlformats.org/wordprocessingml/2006/main">
        <w:rPr>
          <w:b/>
          <w:bCs/>
        </w:rPr>
        <w:t xml:space="preserve">C: </w:t>
      </w:r>
      <w:r xmlns:w="http://schemas.openxmlformats.org/wordprocessingml/2006/main">
        <w:t xml:space="preserve">Ito ay isang value share o kung hindi man ay binabalewala ang action frequency. - </w:t>
      </w:r>
      <w:r xmlns:w="http://schemas.openxmlformats.org/wordprocessingml/2006/main">
        <w:rPr>
          <w:b/>
          <w:bCs/>
        </w:rPr>
        <w:t xml:space="preserve">D: </w:t>
      </w:r>
      <w:r xmlns:w="http://schemas.openxmlformats.org/wordprocessingml/2006/main">
        <w:t xml:space="preserve">Napagkakamalan nito ang conditional bet frequency sa bahagi ng mga taya na bluff.</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07"/>
    <w:bookmarkStart w:id="108" w:name="drill-sfft-ms3-06-006"/>
    <w:p>
      <w:pPr xmlns:w="http://schemas.openxmlformats.org/wordprocessingml/2006/main">
        <w:pStyle w:val="Heading3"/>
      </w:pPr>
      <w:r xmlns:w="http://schemas.openxmlformats.org/wordprocessingml/2006/main">
        <w:t xml:space="preserve">Drilling SFFT-MS3-06-006</w:t>
      </w:r>
    </w:p>
    <w:p>
      <w:pPr xmlns:w="http://schemas.openxmlformats.org/wordprocessingml/2006/main">
        <w:pStyle w:val="FirstParagraph"/>
      </w:pPr>
      <w:r xmlns:w="http://schemas.openxmlformats.org/wordprocessingml/2006/main">
        <w:t xml:space="preserve">May </w:t>
      </w:r>
      <w:r xmlns:w="http://schemas.openxmlformats.org/wordprocessingml/2006/main">
        <w:rPr>
          <w:b/>
          <w:bCs/>
        </w:rPr>
        <w:t xml:space="preserve">purong bluff-catcher ang Hero </w:t>
      </w:r>
      <w:r xmlns:w="http://schemas.openxmlformats.org/wordprocessingml/2006/main">
        <w:t xml:space="preserve">sa isang heads-up river. Ang pot ay $110 bago ang $60 na taya. Ang explicit betting model ng Villain ay may 14 na equally weighted value combo na tatalo sa Hero at 7 bluffs na tatalo sa Hero, walang tabla o rake. Ano ang mas gusto ng modelong ito?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Tawag, +EV sa nakasaad na modelo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Tiklupin, ang tawag ay −EV sa nakasaad na modelo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Tawag, dahil ang anumang bluff ay ginagawang tama ang pagtawag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Itaas, dahil ang pot odds ay hindi mahalaga</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tawag ay nangangailangan ng 26.09%; Ang bayani ay mananalo ng 7/21=33.33%. EV(tawag)=0.333333×170−0.666667×60=$+16.67. Kaya tawagin ang modelong ito.</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Kinakailangan ng modelo ang paghahambing ng bahagi ng bluff sa eksaktong presyo. - </w:t>
      </w:r>
      <w:r xmlns:w="http://schemas.openxmlformats.org/wordprocessingml/2006/main">
        <w:rPr>
          <w:b/>
          <w:bCs/>
        </w:rPr>
        <w:t xml:space="preserve">C: </w:t>
      </w:r>
      <w:r xmlns:w="http://schemas.openxmlformats.org/wordprocessingml/2006/main">
        <w:t xml:space="preserve">Hindi sapat ang pagkakita ng anumang bluff; maaaring masyadong maliit ang bahagi ng bluff. - </w:t>
      </w:r>
      <w:r xmlns:w="http://schemas.openxmlformats.org/wordprocessingml/2006/main">
        <w:rPr>
          <w:b/>
          <w:bCs/>
        </w:rPr>
        <w:t xml:space="preserve">D: </w:t>
      </w:r>
      <w:r xmlns:w="http://schemas.openxmlformats.org/wordprocessingml/2006/main">
        <w:t xml:space="preserve">Ang pagtaas ay nangangailangan ng hiwalay na pagsusuri ng fold-equity/value, hindi isang pagtanggi na kalkulahin ang isang tawag.</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08"/>
    <w:bookmarkEnd w:id="109"/>
    <w:bookmarkEnd w:id="110"/>
    <w:bookmarkStart w:id="124" w:name="Xad19e2585cbf3648e5a523e46ee26cdc2478bea"/>
    <w:p>
      <w:pPr xmlns:w="http://schemas.openxmlformats.org/wordprocessingml/2006/main">
        <w:pStyle w:val="Heading1"/>
      </w:pPr>
      <w:r xmlns:w="http://schemas.openxmlformats.org/wordprocessingml/2006/main">
        <w:t xml:space="preserve">7. Presyon ng Pagliko, Mga Nakatakdang Saklaw, at Mga Pagbabago sa Saklaw</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Magdala ng weighted range pasulong sa turno nang hindi binubura ang mga kapani-paniwalang malalakas na kamay o nakakalimutan ang mga pagpapalit ng baraha.</w:t>
      </w:r>
    </w:p>
    <w:p>
      <w:pPr xmlns:w="http://schemas.openxmlformats.org/wordprocessingml/2006/main">
        <w:pStyle w:val="BodyText"/>
      </w:pPr>
      <w:r xmlns:w="http://schemas.openxmlformats.org/wordprocessingml/2006/main">
        <w:t xml:space="preserve">Sa turno nagsisimulang mabigo ang mga kwento ng maginhawang flop. Ang isang taong tumawag ng continuation bet ay maaaring magkaroon ng pangalawang pares, flush draw, slow-played set, o overcard draw. Ang isang turno na nakakumpleto ng flush ay nagbabago sa relatibong lakas ng bawat grupo. Ang isang turno na nagpapares sa nangungunang baraha ay maaaring gawing full house ang ilang two-pair hands at gawing hindi gaanong komportable ang nangungunang pares. Ang range ay dapat i-update nang dalawang beses: una dahil binabago ng baraha kung ano ang mga hawak </w:t>
      </w:r>
      <w:r xmlns:w="http://schemas.openxmlformats.org/wordprocessingml/2006/main">
        <w:rPr>
          <w:i/>
          <w:iCs/>
        </w:rPr>
        <w:t xml:space="preserve">, </w:t>
      </w:r>
      <w:r xmlns:w="http://schemas.openxmlformats.org/wordprocessingml/2006/main">
        <w:t xml:space="preserve">pagkatapos ay dahil pumipili ang manlalaro ng isang aksyon.</w:t>
      </w:r>
    </w:p>
    <w:bookmarkStart w:id="111" w:name="what-capped-really-means"/>
    <w:p>
      <w:pPr xmlns:w="http://schemas.openxmlformats.org/wordprocessingml/2006/main">
        <w:pStyle w:val="Heading2"/>
      </w:pPr>
      <w:r xmlns:w="http://schemas.openxmlformats.org/wordprocessingml/2006/main">
        <w:t xml:space="preserve">Ang tunay na ibig sabihin ng 'nakatakda'</w:t>
      </w:r>
    </w:p>
    <w:p>
      <w:pPr xmlns:w="http://schemas.openxmlformats.org/wordprocessingml/2006/main">
        <w:pStyle w:val="FirstParagraph"/>
      </w:pPr>
      <w:r xmlns:w="http://schemas.openxmlformats.org/wordprocessingml/2006/main">
        <w:t xml:space="preserve">Ang isang range ay inilalarawan bilang </w:t>
      </w:r>
      <w:r xmlns:w="http://schemas.openxmlformats.org/wordprocessingml/2006/main">
        <w:rPr>
          <w:b/>
          <w:bCs/>
        </w:rPr>
        <w:t xml:space="preserve">capped </w:t>
      </w:r>
      <w:r xmlns:w="http://schemas.openxmlformats.org/wordprocessingml/2006/main">
        <w:t xml:space="preserve">kapag naglalaman ito ng medyo kaunting kombinasyon ng pinakamalakas na holdings, kadalasan dahil ang naunang aksyon ay nagpapaliit sa posibilidad ng mga kombinasyong iyon. Halimbawa: ang isang kalaban na halos palaging may tatlong taya na AA at KK ay maaaring may hawak na medyo kaunting ganoong mga kamay pagkatapos ng cold-calling preflop. Ngunit ang 'medyo kaunti' ay hindi katulad ng zero. Ang mga trap, halo-halong estratehiya, pagkakamali ng manlalaro, at hindi pangkaraniwang deep-stack na mga konsiderasyon ay maaaring mapanatili ang mga premium na kamay sa calling range.</w:t>
      </w:r>
    </w:p>
    <w:p>
      <w:pPr xmlns:w="http://schemas.openxmlformats.org/wordprocessingml/2006/main">
        <w:pStyle w:val="BodyText"/>
      </w:pPr>
      <w:r xmlns:w="http://schemas.openxmlformats.org/wordprocessingml/2006/main">
        <w:t xml:space="preserve">Gayundin, ang pag-check sa turn ay maaaring maglimita sa isang range </w:t>
      </w:r>
      <w:r xmlns:w="http://schemas.openxmlformats.org/wordprocessingml/2006/main">
        <w:rPr>
          <w:b/>
          <w:bCs/>
        </w:rPr>
        <w:t xml:space="preserve">kung </w:t>
      </w:r>
      <w:r xmlns:w="http://schemas.openxmlformats.org/wordprocessingml/2006/main">
        <w:t xml:space="preserve">ang manlalaro ay karaniwang tumataya sa kanilang pinakamalakas na hawak. Kung madalas silang mag-check-raise ng mga halimaw, maaaring maprotektahan ang kanilang checking range. Iwasan ang kategoryang pahayag na 'siya ang nag-check, samakatuwid ay hindi niya maaaring makuha ang mga nuts.' Kung ang kalaban ay maaaring makatuwirang mag-check ng mga nuts, mabibigo ang claim.</w:t>
      </w:r>
    </w:p>
    <w:bookmarkEnd w:id="111"/>
    <w:bookmarkStart w:id="113" w:name="how-a-blank-and-a-completing-card-differ"/>
    <w:p>
      <w:pPr xmlns:w="http://schemas.openxmlformats.org/wordprocessingml/2006/main">
        <w:pStyle w:val="Heading2"/>
      </w:pPr>
      <w:r xmlns:w="http://schemas.openxmlformats.org/wordprocessingml/2006/main">
        <w:t xml:space="preserve">Paano nagkakaiba ang blangko at kumpletong kard</w:t>
      </w:r>
    </w:p>
    <w:p>
      <w:pPr xmlns:w="http://schemas.openxmlformats.org/wordprocessingml/2006/main">
        <w:pStyle w:val="FirstParagraph"/>
      </w:pPr>
      <w:r xmlns:w="http://schemas.openxmlformats.org/wordprocessingml/2006/main">
        <w:t xml:space="preserve">Isaalang-alang ang Q♣9♣5♦ sa flop. Ang turno ay </w:t>
      </w:r>
      <w:r xmlns:w="http://schemas.openxmlformats.org/wordprocessingml/2006/main">
        <w:rPr>
          <w:b/>
          <w:bCs/>
        </w:rPr>
        <w:t xml:space="preserve">2♥ </w:t>
      </w:r>
      <w:r xmlns:w="http://schemas.openxmlformats.org/wordprocessingml/2006/main">
        <w:t xml:space="preserve">. Karamihan sa mga halatang club draw ay mananatiling draw; umiiral pa rin ang mga kombinasyon ng top-pair; ang mga set ay mananatiling sets. Ngayon, palitan ang turno ng </w:t>
      </w:r>
      <w:r xmlns:w="http://schemas.openxmlformats.org/wordprocessingml/2006/main">
        <w:rPr>
          <w:b/>
          <w:bCs/>
        </w:rPr>
        <w:t xml:space="preserve">2♣ </w:t>
      </w:r>
      <w:r xmlns:w="http://schemas.openxmlformats.org/wordprocessingml/2006/main">
        <w:t xml:space="preserve">. Ang isang holding na may dalawang club ay kumukumpleto ng isang flush, ang ilang one-club holdings ay makakakuha ng potensyal na one-card flush draw sa tabi ng river, at ang top pair na walang club ay nagiging mas mahina. Kung gaano karaming flush ang posible ay depende sa orihinal na mga saklaw ng preflop at mga kilalang baraha. Ang isang range chart na hindi pinapansin ang mga suit ay hindi masasagot ang tanong.</w:t>
      </w:r>
    </w:p>
    <w:bookmarkStart w:id="112" w:name="the-turn-barrel-filter"/>
    <w:p>
      <w:pPr xmlns:w="http://schemas.openxmlformats.org/wordprocessingml/2006/main">
        <w:pStyle w:val="Heading3"/>
      </w:pPr>
      <w:r xmlns:w="http://schemas.openxmlformats.org/wordprocessingml/2006/main">
        <w:t xml:space="preserve">Ang turn-barrel filter</w:t>
      </w:r>
    </w:p>
    <w:p>
      <w:pPr xmlns:w="http://schemas.openxmlformats.org/wordprocessingml/2006/main">
        <w:pStyle w:val="FirstParagraph"/>
      </w:pPr>
      <w:r xmlns:w="http://schemas.openxmlformats.org/wordprocessingml/2006/main">
        <w:t xml:space="preserve">Ipagpalagay na ang isang manlalaro na may continuation-bet ay tumaya ng 10 weighted value combo at 10 weighted bluff sa flop. Sa isang blank turn, natatanggal nila ang 80% ng value at 20% ng bluff. Ang turn betting range ay nagiging </w:t>
      </w:r>
      <w:r xmlns:w="http://schemas.openxmlformats.org/wordprocessingml/2006/main">
        <w:rPr>
          <w:b/>
          <w:bCs/>
        </w:rPr>
        <w:t xml:space="preserve">8 value + 2 bluff </w:t>
      </w:r>
      <w:r xmlns:w="http://schemas.openxmlformats.org/wordprocessingml/2006/main">
        <w:t xml:space="preserve">, o 80% value. Ang malaking persepsyon ng flop bluff frequency ay hindi nangangahulugang kailangan nang itigil ang pagtaya kung karamihan sa mga bluff ay humihinto sa pagtaya. Sa kabaligtaran, ang isang manlalaro na patuloy na nag-bluff sa mataas na frequency ay maaaring manatiling bluff-heavy. I-update ang mga frequency sa halip na gumawa ng isang read na tatagal sa buong kamay.</w:t>
      </w:r>
    </w:p>
    <w:bookmarkEnd w:id="112"/>
    <w:bookmarkEnd w:id="113"/>
    <w:bookmarkStart w:id="114" w:name="stack-to-pot-ratio-as-range-information"/>
    <w:p>
      <w:pPr xmlns:w="http://schemas.openxmlformats.org/wordprocessingml/2006/main">
        <w:pStyle w:val="Heading2"/>
      </w:pPr>
      <w:r xmlns:w="http://schemas.openxmlformats.org/wordprocessingml/2006/main">
        <w:t xml:space="preserve">Ratio ng stack-to-pot bilang impormasyon sa saklaw</w:t>
      </w:r>
    </w:p>
    <w:p>
      <w:pPr xmlns:w="http://schemas.openxmlformats.org/wordprocessingml/2006/main">
        <w:pStyle w:val="FirstParagraph"/>
      </w:pPr>
      <w:r xmlns:w="http://schemas.openxmlformats.org/wordprocessingml/2006/main">
        <w:t xml:space="preserve">Ipagpalagay na ang pot ay $100 at ang epektibong natitirang stack ay $150: SPR = 1.5. Ang isang malaking turn bet ay maaaring epektibong makapag-commit ng isang manlalaro, at ang ilang one-pair hands ay maaaring handang maglaro para sa mga stack laban sa malalayong range. Ngayon, dagdagan ang mga stack sa $800: SPR = 8. Ang isang malaking multi-street pot ay mas madalas na nangangailangan ng mas malalakas na kamay, matatag na draw, o agresibong bluff; ang pagtawag ng down gamit ang isang marginal top pair ay nagiging ibang-iba na pamumuhunan. Ang eksaktong mga estratehiya ay nakadepende sa mga range at posisyon, ngunit ang geometry ng stack ay nakakatulong na ipaliwanag kung bakit </w:t>
      </w:r>
      <w:r xmlns:w="http://schemas.openxmlformats.org/wordprocessingml/2006/main">
        <w:rPr>
          <w:i/>
          <w:iCs/>
        </w:rPr>
        <w:t xml:space="preserve">ang parehong laki ng taya </w:t>
      </w:r>
      <w:r xmlns:w="http://schemas.openxmlformats.org/wordprocessingml/2006/main">
        <w:t xml:space="preserve">ay maaaring magdala ng iba't ibang impormasyon.</w:t>
      </w:r>
    </w:p>
    <w:bookmarkEnd w:id="114"/>
    <w:bookmarkStart w:id="116" w:name="turn-check-raises"/>
    <w:p>
      <w:pPr xmlns:w="http://schemas.openxmlformats.org/wordprocessingml/2006/main">
        <w:pStyle w:val="Heading2"/>
      </w:pPr>
      <w:r xmlns:w="http://schemas.openxmlformats.org/wordprocessingml/2006/main">
        <w:t xml:space="preserve">Mga pagtaas ng tseke sa turno</w:t>
      </w:r>
    </w:p>
    <w:p>
      <w:pPr xmlns:w="http://schemas.openxmlformats.org/wordprocessingml/2006/main">
        <w:pStyle w:val="FirstParagraph"/>
      </w:pPr>
      <w:r xmlns:w="http://schemas.openxmlformats.org/wordprocessingml/2006/main">
        <w:t xml:space="preserve">Ang turn check-raise ng isang passive player ay kadalasang nararapat bigyan ng matibay na timbang hanggang sa may iba pang indikasyon ang ebidensya. Maaari itong maglaman ng mga set, straight, flush, o potent semi-bluff depende sa board. Para mabilang ito, tukuyin muna ang mga kamay na maaaring nakapag-check ng flop o tinatawag na preflop, nakaligtas sa flop, at ngayon ay umabot sa turn gamit ang mga kinakailangang baraha. Ang isang kathang-isip na hanay na binubuo lamang ng mga river nut na hindi kailanman maaaring makarating doon ay isang mahinang modelo kahit na ito ay akma sa isang nakakatakot na kuwento.</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Ang flop betting range ay naglalaman ng walong value combo at anim na bluff combo. Ang kalaban ay kukuha ng 75% ng value at 25% ng bluffs sa isang blank turn. Ilang weighted turn-barrel combo ang mayroon? (A) 14, (B) 10.5, (C) 7.5, (D) 6. </w:t>
      </w:r>
      <w:r xmlns:w="http://schemas.openxmlformats.org/wordprocessingml/2006/main">
        <w:rPr>
          <w:b/>
          <w:bCs/>
        </w:rPr>
        <w:t xml:space="preserve">C: </w:t>
      </w:r>
      <w:r xmlns:w="http://schemas.openxmlformats.org/wordprocessingml/2006/main">
        <w:t xml:space="preserve">ang value ay 6 at ang bluffs ay 1.5, kabuuang 7.5. Ang bluff share ay 20%, hindi 6/14.</w:t>
      </w:r>
    </w:p>
    <w:bookmarkStart w:id="115" w:name="change-the-conditions-6"/>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Gawing flush ang turn card para sa tatlo sa mga orihinal na kombinasyon ng 'bluff'. I-reclassify ang mga hawak na iyon bilang value o strong semibluffs </w:t>
      </w:r>
      <w:r xmlns:w="http://schemas.openxmlformats.org/wordprocessingml/2006/main">
        <w:rPr>
          <w:i/>
          <w:iCs/>
        </w:rPr>
        <w:t xml:space="preserve">bago </w:t>
      </w:r>
      <w:r xmlns:w="http://schemas.openxmlformats.org/wordprocessingml/2006/main">
        <w:t xml:space="preserve">ilapat ang turn action frequencies. Ang isang frequency na itinalaga sa lahat ng anim na lumang bluff ay magtatago ng isang kritikal na pagbabago sa lakas ng kamay.</w:t>
      </w:r>
    </w:p>
    <w:p>
      <w:pPr xmlns:w="http://schemas.openxmlformats.org/wordprocessingml/2006/main">
        <w:pStyle w:val="BodyText"/>
      </w:pPr>
      <w:r xmlns:w="http://schemas.openxmlformats.org/wordprocessingml/2006/main">
        <w:rPr>
          <w:b/>
          <w:bCs/>
        </w:rPr>
        <w:t xml:space="preserve">Prinsipyo ng Master: </w:t>
      </w:r>
      <w:r xmlns:w="http://schemas.openxmlformats.org/wordprocessingml/2006/main">
        <w:t xml:space="preserve">Ang turn ay hindi isa pang opinyon tungkol sa flop. Ito ay isang bagong distribusyon na nililimitahan ng aktwal na turn card, mga nakaraang aksyon, at mga natitirang stack.</w:t>
      </w:r>
    </w:p>
    <w:bookmarkEnd w:id="115"/>
    <w:bookmarkEnd w:id="116"/>
    <w:bookmarkStart w:id="123" w:name="chapter-07-six-verified-drills"/>
    <w:p>
      <w:pPr xmlns:w="http://schemas.openxmlformats.org/wordprocessingml/2006/main">
        <w:pStyle w:val="Heading2"/>
      </w:pPr>
      <w:r xmlns:w="http://schemas.openxmlformats.org/wordprocessingml/2006/main">
        <w:t xml:space="preserve">Kabanata 07: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117" w:name="drill-sfft-ms3-07-001"/>
    <w:p>
      <w:pPr xmlns:w="http://schemas.openxmlformats.org/wordprocessingml/2006/main">
        <w:pStyle w:val="Heading3"/>
      </w:pPr>
      <w:r xmlns:w="http://schemas.openxmlformats.org/wordprocessingml/2006/main">
        <w:t xml:space="preserve">Drilling SFFT-MS3-07-001</w:t>
      </w:r>
    </w:p>
    <w:p>
      <w:pPr xmlns:w="http://schemas.openxmlformats.org/wordprocessingml/2006/main">
        <w:pStyle w:val="FirstParagraph"/>
      </w:pPr>
      <w:r xmlns:w="http://schemas.openxmlformats.org/wordprocessingml/2006/main">
        <w:t xml:space="preserve">Ano ang wastong ipinahihiwatig ng "nakatabing saklaw"?</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Literal na imposible ang mga mani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pinakamalakas na hawak ay medyo kulang sa representasyon sa ilalim ng nakasaad na mga pagpapalagay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manlalaro ay palaging nakatiklop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manlalaro ay may garantisadong bluff</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limitasyon ay tungkol sa relatibong posibilidad, hindi sa ganap na imposibilidad.</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Maaaring manatiling posible ang mga patibong. - </w:t>
      </w:r>
      <w:r xmlns:w="http://schemas.openxmlformats.org/wordprocessingml/2006/main">
        <w:rPr>
          <w:b/>
          <w:bCs/>
        </w:rPr>
        <w:t xml:space="preserve">C: </w:t>
      </w:r>
      <w:r xmlns:w="http://schemas.openxmlformats.org/wordprocessingml/2006/main">
        <w:t xml:space="preserve">Hindi dinidikta ng limitasyon ang bawat aksyon. - </w:t>
      </w:r>
      <w:r xmlns:w="http://schemas.openxmlformats.org/wordprocessingml/2006/main">
        <w:rPr>
          <w:b/>
          <w:bCs/>
        </w:rPr>
        <w:t xml:space="preserve">D: </w:t>
      </w:r>
      <w:r xmlns:w="http://schemas.openxmlformats.org/wordprocessingml/2006/main">
        <w:t xml:space="preserve">Hindi patunay na isang panlilinlang ang kahinaan.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17"/>
    <w:bookmarkStart w:id="118" w:name="drill-sfft-ms3-07-002"/>
    <w:p>
      <w:pPr xmlns:w="http://schemas.openxmlformats.org/wordprocessingml/2006/main">
        <w:pStyle w:val="Heading3"/>
      </w:pPr>
      <w:r xmlns:w="http://schemas.openxmlformats.org/wordprocessingml/2006/main">
        <w:t xml:space="preserve">Drilling SFFT-MS3-07-002</w:t>
      </w:r>
    </w:p>
    <w:p>
      <w:pPr xmlns:w="http://schemas.openxmlformats.org/wordprocessingml/2006/main">
        <w:pStyle w:val="FirstParagraph"/>
      </w:pPr>
      <w:r xmlns:w="http://schemas.openxmlformats.org/wordprocessingml/2006/main">
        <w:t xml:space="preserve">Paano mo haharapin ang isang turno na tapos na ang flush?</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Maglagay ng mga lumang flop label nang hindi binabago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Muling i-classify ang mga hawak ayon sa bagong board bago timbangin ang mga taya sa turn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Ipagpalagay na ang bawat one-club hand ay nakakagawa ng flush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Huwag pansinin ang pag-alis ng turn card</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Nauuna ang pagbuo ng lupon sa mga pag-update ng aksyon.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Ang mga bagong pagbabago sa kalye na ginawa gamit ang kamay na mga klase. - </w:t>
      </w:r>
      <w:r xmlns:w="http://schemas.openxmlformats.org/wordprocessingml/2006/main">
        <w:rPr>
          <w:b/>
          <w:bCs/>
        </w:rPr>
        <w:t xml:space="preserve">C: </w:t>
      </w:r>
      <w:r xmlns:w="http://schemas.openxmlformats.org/wordprocessingml/2006/main">
        <w:t xml:space="preserve">Ang isang club kasama ang tatlong board club ay hindi lima. - </w:t>
      </w:r>
      <w:r xmlns:w="http://schemas.openxmlformats.org/wordprocessingml/2006/main">
        <w:rPr>
          <w:b/>
          <w:bCs/>
        </w:rPr>
        <w:t xml:space="preserve">D: </w:t>
      </w:r>
      <w:r xmlns:w="http://schemas.openxmlformats.org/wordprocessingml/2006/main">
        <w:t xml:space="preserve">Ang mga kilalang turn card ay nag-aalis din ng mga posibleng combo.</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18"/>
    <w:bookmarkStart w:id="119" w:name="drill-sfft-ms3-07-003"/>
    <w:p>
      <w:pPr xmlns:w="http://schemas.openxmlformats.org/wordprocessingml/2006/main">
        <w:pStyle w:val="Heading3"/>
      </w:pPr>
      <w:r xmlns:w="http://schemas.openxmlformats.org/wordprocessingml/2006/main">
        <w:t xml:space="preserve">Drilling SFFT-MS3-07-003</w:t>
      </w:r>
    </w:p>
    <w:p>
      <w:pPr xmlns:w="http://schemas.openxmlformats.org/wordprocessingml/2006/main">
        <w:pStyle w:val="FirstParagraph"/>
      </w:pPr>
      <w:r xmlns:w="http://schemas.openxmlformats.org/wordprocessingml/2006/main">
        <w:t xml:space="preserve">Ang manlalarong may barrel-heavy at ang manlalarong may barrel-light ay parehong tumataya sa turn. Ano ang pagkakaiba?</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Tanging denominasyon ng chip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posibilidad ng mga bluff sa kanilang mga saklaw ng pagtaya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bilang ng mga baraha sa deck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kinakailangang equity para sa isang nakapirming presyo ng tawag</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iba't ibang estratehiya ay nagbubunga ng iba't ibang posterior range.</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Hindi tinutukoy ng denominasyon ng chip ang bluff rate. - </w:t>
      </w:r>
      <w:r xmlns:w="http://schemas.openxmlformats.org/wordprocessingml/2006/main">
        <w:rPr>
          <w:b/>
          <w:bCs/>
        </w:rPr>
        <w:t xml:space="preserve">C: </w:t>
      </w:r>
      <w:r xmlns:w="http://schemas.openxmlformats.org/wordprocessingml/2006/main">
        <w:t xml:space="preserve">Hindi nagbabago ang pisikal na deck. - </w:t>
      </w:r>
      <w:r xmlns:w="http://schemas.openxmlformats.org/wordprocessingml/2006/main">
        <w:rPr>
          <w:b/>
          <w:bCs/>
        </w:rPr>
        <w:t xml:space="preserve">D: </w:t>
      </w:r>
      <w:r xmlns:w="http://schemas.openxmlformats.org/wordprocessingml/2006/main">
        <w:t xml:space="preserve">Ang pot odds ay nakatakda sa presyo; nag-iiba-iba ang mga pagtatantya ng panalo.</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19"/>
    <w:bookmarkStart w:id="120" w:name="drill-sfft-ms3-07-004"/>
    <w:p>
      <w:pPr xmlns:w="http://schemas.openxmlformats.org/wordprocessingml/2006/main">
        <w:pStyle w:val="Heading3"/>
      </w:pPr>
      <w:r xmlns:w="http://schemas.openxmlformats.org/wordprocessingml/2006/main">
        <w:t xml:space="preserve">Drilling SFFT-MS3-07-004</w:t>
      </w:r>
    </w:p>
    <w:p>
      <w:pPr xmlns:w="http://schemas.openxmlformats.org/wordprocessingml/2006/main">
        <w:pStyle w:val="FirstParagraph"/>
      </w:pPr>
      <w:r xmlns:w="http://schemas.openxmlformats.org/wordprocessingml/2006/main">
        <w:t xml:space="preserve">Ano ang kinakailangang itatag ng isang turn check-raise?</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Isang set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Isang raise pagkatapos ng isang check at isang intervening bet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Isang winning hand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Isang bluff</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Iyan ang paglalarawan ng legal na aksyon.</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mga set ay isa lamang posibilidad. - </w:t>
      </w:r>
      <w:r xmlns:w="http://schemas.openxmlformats.org/wordprocessingml/2006/main">
        <w:rPr>
          <w:b/>
          <w:bCs/>
        </w:rPr>
        <w:t xml:space="preserve">C: </w:t>
      </w:r>
      <w:r xmlns:w="http://schemas.openxmlformats.org/wordprocessingml/2006/main">
        <w:t xml:space="preserve">Ang check-raise ay maaaring tawagin o talunin. - </w:t>
      </w:r>
      <w:r xmlns:w="http://schemas.openxmlformats.org/wordprocessingml/2006/main">
        <w:rPr>
          <w:b/>
          <w:bCs/>
        </w:rPr>
        <w:t xml:space="preserve">D: </w:t>
      </w:r>
      <w:r xmlns:w="http://schemas.openxmlformats.org/wordprocessingml/2006/main">
        <w:t xml:space="preserve">Ang check-raise ay maaaring para sa halaga o bilang isang bluff.</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20"/>
    <w:bookmarkStart w:id="121" w:name="drill-sfft-ms3-07-005"/>
    <w:p>
      <w:pPr xmlns:w="http://schemas.openxmlformats.org/wordprocessingml/2006/main">
        <w:pStyle w:val="Heading3"/>
      </w:pPr>
      <w:r xmlns:w="http://schemas.openxmlformats.org/wordprocessingml/2006/main">
        <w:t xml:space="preserve">Drilling SFFT-MS3-07-005</w:t>
      </w:r>
    </w:p>
    <w:p>
      <w:pPr xmlns:w="http://schemas.openxmlformats.org/wordprocessingml/2006/main">
        <w:pStyle w:val="FirstParagraph"/>
      </w:pP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18 posibleng kombinasyon ng halaga at 4 na posibleng kombinasyon ng bluff. Ginagawa nila ang naobserbahang taya na may halagang 100% at may bluff sa 100% ng oras. Ilang bahagi ng </w:t>
      </w:r>
      <w:r xmlns:w="http://schemas.openxmlformats.org/wordprocessingml/2006/main">
        <w:rPr>
          <w:b/>
          <w:bCs/>
        </w:rPr>
        <w:t xml:space="preserve">kanilang mga taya </w:t>
      </w:r>
      <w:r xmlns:w="http://schemas.openxmlformats.org/wordprocessingml/2006/main">
        <w:t xml:space="preserve">ang bluff?</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18.18%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81.82%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100.00%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26.18%</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Tinimbang na halaga=18×1=18; tinimbang na mga bluff=4×1=4; bahagi ng bluff=4/(18+4)=18.18%. Dapat muling timbangin ng aksyon ang panimulang distribusyon.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bahagi ng bluff bago ang taya, hindi ang weighted betting range. - </w:t>
      </w:r>
      <w:r xmlns:w="http://schemas.openxmlformats.org/wordprocessingml/2006/main">
        <w:rPr>
          <w:b/>
          <w:bCs/>
        </w:rPr>
        <w:t xml:space="preserve">C: </w:t>
      </w:r>
      <w:r xmlns:w="http://schemas.openxmlformats.org/wordprocessingml/2006/main">
        <w:t xml:space="preserve">Ito ay isang value share o kung hindi man ay binabalewala ang action frequency. - </w:t>
      </w:r>
      <w:r xmlns:w="http://schemas.openxmlformats.org/wordprocessingml/2006/main">
        <w:rPr>
          <w:b/>
          <w:bCs/>
        </w:rPr>
        <w:t xml:space="preserve">D: </w:t>
      </w:r>
      <w:r xmlns:w="http://schemas.openxmlformats.org/wordprocessingml/2006/main">
        <w:t xml:space="preserve">Napagkakamalan nito ang conditional bet frequency sa bahagi ng mga taya na bluff.</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21"/>
    <w:bookmarkStart w:id="122" w:name="drill-sfft-ms3-07-006"/>
    <w:p>
      <w:pPr xmlns:w="http://schemas.openxmlformats.org/wordprocessingml/2006/main">
        <w:pStyle w:val="Heading3"/>
      </w:pPr>
      <w:r xmlns:w="http://schemas.openxmlformats.org/wordprocessingml/2006/main">
        <w:t xml:space="preserve">Drilling SFFT-MS3-07-006</w:t>
      </w:r>
    </w:p>
    <w:p>
      <w:pPr xmlns:w="http://schemas.openxmlformats.org/wordprocessingml/2006/main">
        <w:pStyle w:val="FirstParagraph"/>
      </w:pPr>
      <w:r xmlns:w="http://schemas.openxmlformats.org/wordprocessingml/2006/main">
        <w:t xml:space="preserve">Sa flop, ang pot ay $60 at ang </w:t>
      </w:r>
      <w:r xmlns:w="http://schemas.openxmlformats.org/wordprocessingml/2006/main">
        <w:rPr>
          <w:b/>
          <w:bCs/>
        </w:rPr>
        <w:t xml:space="preserve">epektibong natitirang stack </w:t>
      </w:r>
      <w:r xmlns:w="http://schemas.openxmlformats.org/wordprocessingml/2006/main">
        <w:t xml:space="preserve">ay $180. Ano ang flop stack-to-pot ratio (SPR)?</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3.00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0.33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1.80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4.00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SPR ay ang epektibong natitirang stack na hinati sa pot: 180/60 = 3.00. Inilalarawan nito ang natitirang leverage, hindi ang hand equity.</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Binabaligtad nito ang SPR ratio. - </w:t>
      </w:r>
      <w:r xmlns:w="http://schemas.openxmlformats.org/wordprocessingml/2006/main">
        <w:rPr>
          <w:b/>
          <w:bCs/>
        </w:rPr>
        <w:t xml:space="preserve">C: </w:t>
      </w:r>
      <w:r xmlns:w="http://schemas.openxmlformats.org/wordprocessingml/2006/main">
        <w:t xml:space="preserve">Hindi tama ang pagsasama nito ng taya sa hinaharap sa palayok. - </w:t>
      </w:r>
      <w:r xmlns:w="http://schemas.openxmlformats.org/wordprocessingml/2006/main">
        <w:rPr>
          <w:b/>
          <w:bCs/>
        </w:rPr>
        <w:t xml:space="preserve">D: </w:t>
      </w:r>
      <w:r xmlns:w="http://schemas.openxmlformats.org/wordprocessingml/2006/main">
        <w:t xml:space="preserve">Kasama rito ang perang naipangako na o gumagamit ng hindi kaugnay na denominator.</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22"/>
    <w:bookmarkEnd w:id="123"/>
    <w:bookmarkEnd w:id="124"/>
    <w:bookmarkStart w:id="141" w:name="the-river-value-hands-bluffs-and-calls"/>
    <w:p>
      <w:pPr xmlns:w="http://schemas.openxmlformats.org/wordprocessingml/2006/main">
        <w:pStyle w:val="Heading1"/>
      </w:pPr>
      <w:r xmlns:w="http://schemas.openxmlformats.org/wordprocessingml/2006/main">
        <w:t xml:space="preserve">8. Ang Ilog: Mga Kamay, Bluff, at Tawag na Halaga</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Isalin ang saklaw ng pagtaya sa ilog patungo sa call equity at inaasahang halaga, nang malinaw na may label ang epekto ng mga blocker at action frequency.</w:t>
      </w:r>
    </w:p>
    <w:p>
      <w:pPr xmlns:w="http://schemas.openxmlformats.org/wordprocessingml/2006/main">
        <w:pStyle w:val="BodyText"/>
      </w:pPr>
      <w:r xmlns:w="http://schemas.openxmlformats.org/wordprocessingml/2006/main">
        <w:t xml:space="preserve">Sa river, wala nang natitirang baraha. Ang desisyon na tumaya ay kadalasang maaaring suriin nang malinis: alinman sa Hero ay nangunguna, nahuhuli, o tabla sa showdown. Ang hamon ay hindi ang aritmetika; ito ay ang pagtantya sa tamang bahagi ng mga taya ng kalaban na natatalo ng Hero. Ang isang magandang bluff-catcher ay isa pa ring talo kapag ang kalaban ay naka-underbluff nang sapat. Ang isang mukhang mahinang kamay ay maaaring maging isang kapaki-pakinabang na tawag kapag ang saklaw ay tunay na naglalaman ng sapat na bluff.</w:t>
      </w:r>
    </w:p>
    <w:bookmarkStart w:id="128" w:name="the-pot-odds-equation"/>
    <w:p>
      <w:pPr xmlns:w="http://schemas.openxmlformats.org/wordprocessingml/2006/main">
        <w:pStyle w:val="Heading2"/>
      </w:pPr>
      <w:r xmlns:w="http://schemas.openxmlformats.org/wordprocessingml/2006/main">
        <w:t xml:space="preserve">Ang ekwasyon ng pot-odds</w:t>
      </w:r>
    </w:p>
    <w:p>
      <w:pPr xmlns:w="http://schemas.openxmlformats.org/wordprocessingml/2006/main">
        <w:pStyle w:val="FirstParagraph"/>
      </w:pPr>
      <w:r xmlns:w="http://schemas.openxmlformats.org/wordprocessingml/2006/main">
        <w:t xml:space="preserve">Hayaang ang </w:t>
      </w:r>
      <w:r xmlns:w="http://schemas.openxmlformats.org/wordprocessingml/2006/main">
        <w:rPr>
          <w:b/>
          <w:bCs/>
        </w:rPr>
        <w:t xml:space="preserve">P </w:t>
      </w:r>
      <w:r xmlns:w="http://schemas.openxmlformats.org/wordprocessingml/2006/main">
        <w:t xml:space="preserve">ang pot bago ang river bet ng kalaban, </w:t>
      </w:r>
      <w:r xmlns:w="http://schemas.openxmlformats.org/wordprocessingml/2006/main">
        <w:rPr>
          <w:b/>
          <w:bCs/>
        </w:rPr>
        <w:t xml:space="preserve">ang B </w:t>
      </w:r>
      <w:r xmlns:w="http://schemas.openxmlformats.org/wordprocessingml/2006/main">
        <w:t xml:space="preserve">ang kanilang taya, at </w:t>
      </w:r>
      <w:r xmlns:w="http://schemas.openxmlformats.org/wordprocessingml/2006/main">
        <w:rPr>
          <w:b/>
          <w:bCs/>
        </w:rPr>
        <w:t xml:space="preserve">ang C </w:t>
      </w:r>
      <w:r xmlns:w="http://schemas.openxmlformats.org/wordprocessingml/2006/main">
        <w:t xml:space="preserve">ang halagang dapat tawagin ng Hero, karaniwang katumbas ng B kapag heads-up. Ang huling pot pagkatapos ng isang tawag ay P+B+C. Kung walang tabla o karagdagang gastos, ang Hero ay mangangailangan ng win fraction na </w:t>
      </w:r>
      <w:r xmlns:w="http://schemas.openxmlformats.org/wordprocessingml/2006/main">
        <w:rPr>
          <w:b/>
          <w:bCs/>
        </w:rPr>
        <w:t xml:space="preserve">C/(P+B+C) </w:t>
      </w:r>
      <w:r xmlns:w="http://schemas.openxmlformats.org/wordprocessingml/2006/main">
        <w:t xml:space="preserve">. Ang alternatibong net EV formula ay </w:t>
      </w:r>
      <w:r xmlns:w="http://schemas.openxmlformats.org/wordprocessingml/2006/main">
        <w:rPr>
          <w:b/>
          <w:bCs/>
        </w:rPr>
        <w:t xml:space="preserve">EV(call) = p×(P+B) − (1−p)×C </w:t>
      </w:r>
      <w:r xmlns:w="http://schemas.openxmlformats.org/wordprocessingml/2006/main">
        <w:t xml:space="preserve">, kung saan ang p ay ang probabilidad ng Hero na manalo at ang Hero ay magfo-fold para sa zero na karagdagang pakinabang o pagkalugi. Sa break-even EV=0.</w:t>
      </w:r>
    </w:p>
    <w:p>
      <w:pPr>
        <w:pStyle w:val="CaptionedFigure"/>
      </w:pPr>
      <w:r>
        <w:drawing>
          <wp:inline>
            <wp:extent cx="6261100" cy="3565348"/>
            <wp:effectExtent b="0" l="0" r="0" t="0"/>
            <wp:docPr descr="River decision price ruler" title="" id="126" name="Picture"/>
            <a:graphic>
              <a:graphicData uri="http://schemas.openxmlformats.org/drawingml/2006/picture">
                <pic:pic>
                  <pic:nvPicPr>
                    <pic:cNvPr descr="figures/river-price.png" id="127" name="Picture"/>
                    <pic:cNvPicPr>
                      <a:picLocks noChangeArrowheads="1" noChangeAspect="1"/>
                    </pic:cNvPicPr>
                  </pic:nvPicPr>
                  <pic:blipFill>
                    <a:blip r:embed="rId125"/>
                    <a:stretch>
                      <a:fillRect/>
                    </a:stretch>
                  </pic:blipFill>
                  <pic:spPr bwMode="auto">
                    <a:xfrm>
                      <a:off x="0" y="0"/>
                      <a:ext cx="6261100" cy="3565348"/>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Pamantayan sa presyo ng desisyon sa ilog</w:t>
      </w:r>
    </w:p>
    <w:p>
      <w:pPr xmlns:w="http://schemas.openxmlformats.org/wordprocessingml/2006/main">
        <w:pStyle w:val="Compact"/>
        <w:numPr>
          <w:ilvl w:val="0"/>
          <w:numId w:val="1008"/>
        </w:numPr>
      </w:pPr>
      <w:r xmlns:w="http://schemas.openxmlformats.org/wordprocessingml/2006/main">
        <w:rPr>
          <w:b/>
          <w:bCs/>
        </w:rPr>
        <w:t xml:space="preserve">25%: </w:t>
      </w:r>
      <w:r xmlns:w="http://schemas.openxmlformats.org/wordprocessingml/2006/main">
        <w:t xml:space="preserve">16.67%</w:t>
      </w:r>
    </w:p>
    <w:p>
      <w:pPr xmlns:w="http://schemas.openxmlformats.org/wordprocessingml/2006/main">
        <w:pStyle w:val="Compact"/>
        <w:numPr>
          <w:ilvl w:val="0"/>
          <w:numId w:val="1008"/>
        </w:numPr>
      </w:pPr>
      <w:r xmlns:w="http://schemas.openxmlformats.org/wordprocessingml/2006/main">
        <w:rPr>
          <w:b/>
          <w:bCs/>
        </w:rPr>
        <w:t xml:space="preserve">33⅓%: </w:t>
      </w:r>
      <w:r xmlns:w="http://schemas.openxmlformats.org/wordprocessingml/2006/main">
        <w:t xml:space="preserve">20.00%</w:t>
      </w:r>
    </w:p>
    <w:p>
      <w:pPr xmlns:w="http://schemas.openxmlformats.org/wordprocessingml/2006/main">
        <w:pStyle w:val="Compact"/>
        <w:numPr>
          <w:ilvl w:val="0"/>
          <w:numId w:val="1008"/>
        </w:numPr>
      </w:pPr>
      <w:r xmlns:w="http://schemas.openxmlformats.org/wordprocessingml/2006/main">
        <w:rPr>
          <w:b/>
          <w:bCs/>
        </w:rPr>
        <w:t xml:space="preserve">50%: </w:t>
      </w:r>
      <w:r xmlns:w="http://schemas.openxmlformats.org/wordprocessingml/2006/main">
        <w:t xml:space="preserve">25.00%</w:t>
      </w:r>
    </w:p>
    <w:p>
      <w:pPr xmlns:w="http://schemas.openxmlformats.org/wordprocessingml/2006/main">
        <w:pStyle w:val="Compact"/>
        <w:numPr>
          <w:ilvl w:val="0"/>
          <w:numId w:val="1008"/>
        </w:numPr>
      </w:pPr>
      <w:r xmlns:w="http://schemas.openxmlformats.org/wordprocessingml/2006/main">
        <w:rPr>
          <w:b/>
          <w:bCs/>
        </w:rPr>
        <w:t xml:space="preserve">75%: </w:t>
      </w:r>
      <w:r xmlns:w="http://schemas.openxmlformats.org/wordprocessingml/2006/main">
        <w:t xml:space="preserve">30.00%</w:t>
      </w:r>
    </w:p>
    <w:p>
      <w:pPr xmlns:w="http://schemas.openxmlformats.org/wordprocessingml/2006/main">
        <w:pStyle w:val="Compact"/>
        <w:numPr>
          <w:ilvl w:val="0"/>
          <w:numId w:val="1008"/>
        </w:numPr>
      </w:pPr>
      <w:r xmlns:w="http://schemas.openxmlformats.org/wordprocessingml/2006/main">
        <w:rPr>
          <w:b/>
          <w:bCs/>
        </w:rPr>
        <w:t xml:space="preserve">100%: </w:t>
      </w:r>
      <w:r xmlns:w="http://schemas.openxmlformats.org/wordprocessingml/2006/main">
        <w:t xml:space="preserve">33.33%</w:t>
      </w:r>
    </w:p>
    <w:p>
      <w:pPr xmlns:w="http://schemas.openxmlformats.org/wordprocessingml/2006/main">
        <w:pStyle w:val="Compact"/>
        <w:numPr>
          <w:ilvl w:val="0"/>
          <w:numId w:val="1008"/>
        </w:numPr>
      </w:pPr>
      <w:r xmlns:w="http://schemas.openxmlformats.org/wordprocessingml/2006/main">
        <w:rPr>
          <w:b/>
          <w:bCs/>
        </w:rPr>
        <w:t xml:space="preserve">150%: </w:t>
      </w:r>
      <w:r xmlns:w="http://schemas.openxmlformats.org/wordprocessingml/2006/main">
        <w:t xml:space="preserve">37.50%</w:t>
      </w:r>
    </w:p>
    <w:p>
      <w:pPr xmlns:w="http://schemas.openxmlformats.org/wordprocessingml/2006/main">
        <w:pStyle w:val="Compact"/>
        <w:numPr>
          <w:ilvl w:val="0"/>
          <w:numId w:val="1008"/>
        </w:numPr>
      </w:pPr>
      <w:r xmlns:w="http://schemas.openxmlformats.org/wordprocessingml/2006/main">
        <w:rPr>
          <w:b/>
          <w:bCs/>
        </w:rPr>
        <w:t xml:space="preserve">200%: </w:t>
      </w:r>
      <w:r xmlns:w="http://schemas.openxmlformats.org/wordprocessingml/2006/main">
        <w:t xml:space="preserve">40.00%</w:t>
      </w:r>
    </w:p>
    <w:p>
      <w:pPr xmlns:w="http://schemas.openxmlformats.org/wordprocessingml/2006/main">
        <w:pStyle w:val="FirstParagraph"/>
      </w:pPr>
      <w:r xmlns:w="http://schemas.openxmlformats.org/wordprocessingml/2006/main">
        <w:t xml:space="preserve">Ipinapalagay ng mga threshold na ito ang isang heads-up river na walang rake at walang tabla. Inilalarawan ng parehong mga numero ang </w:t>
      </w:r>
      <w:r xmlns:w="http://schemas.openxmlformats.org/wordprocessingml/2006/main">
        <w:rPr>
          <w:i/>
          <w:iCs/>
        </w:rPr>
        <w:t xml:space="preserve">porsyento ng bluff na kinakailangan para sa isang purong bluff-catcher na makabawi lamang </w:t>
      </w:r>
      <w:r xmlns:w="http://schemas.openxmlformats.org/wordprocessingml/2006/main">
        <w:t xml:space="preserve">kapag ang bawat value hand ay natalo ang Hero at ang bawat bluff ay natalo sa Hero.</w:t>
      </w:r>
    </w:p>
    <w:bookmarkEnd w:id="128"/>
    <w:bookmarkStart w:id="129" w:name="a-complete-numerical-call"/>
    <w:p>
      <w:pPr xmlns:w="http://schemas.openxmlformats.org/wordprocessingml/2006/main">
        <w:pStyle w:val="Heading2"/>
      </w:pPr>
      <w:r xmlns:w="http://schemas.openxmlformats.org/wordprocessingml/2006/main">
        <w:t xml:space="preserve">Isang kumpletong tawag na numerikal</w:t>
      </w:r>
    </w:p>
    <w:p>
      <w:pPr xmlns:w="http://schemas.openxmlformats.org/wordprocessingml/2006/main">
        <w:pStyle w:val="FirstParagraph"/>
      </w:pPr>
      <w:r xmlns:w="http://schemas.openxmlformats.org/wordprocessingml/2006/main">
        <w:t xml:space="preserve">Ang pot ay $100 bago ang isang river bet na $75. Haharap ang Hero sa isang $75 call. Ang kinakailangang dalas ng panalo ay </w:t>
      </w:r>
      <w:r xmlns:w="http://schemas.openxmlformats.org/wordprocessingml/2006/main">
        <w:rPr>
          <w:b/>
          <w:bCs/>
        </w:rPr>
        <w:t xml:space="preserve">75/(100+75+75)=30% </w:t>
      </w:r>
      <w:r xmlns:w="http://schemas.openxmlformats.org/wordprocessingml/2006/main">
        <w:t xml:space="preserve">. Ipagpalagay na ang isang tahasang binuong hanay ng pagtaya ay naglalaman ng </w:t>
      </w:r>
      <w:r xmlns:w="http://schemas.openxmlformats.org/wordprocessingml/2006/main">
        <w:rPr>
          <w:b/>
          <w:bCs/>
        </w:rPr>
        <w:t xml:space="preserve">anim na kombinasyon ng halaga na tumalo sa Hero </w:t>
      </w:r>
      <w:r xmlns:w="http://schemas.openxmlformats.org/wordprocessingml/2006/main">
        <w:t xml:space="preserve">at </w:t>
      </w:r>
      <w:r xmlns:w="http://schemas.openxmlformats.org/wordprocessingml/2006/main">
        <w:rPr>
          <w:b/>
          <w:bCs/>
        </w:rPr>
        <w:t xml:space="preserve">tatlong kombinasyon ng bluff na natatalo ng Hero </w:t>
      </w:r>
      <w:r xmlns:w="http://schemas.openxmlformats.org/wordprocessingml/2006/main">
        <w:t xml:space="preserve">; walang tabla, lahat ay pantay ang timbang. Ang dalas ng panalo ng Hero ay 3/9=33.33%. Ang net EV ay (3/9)×175 − (6/9)×75 = </w:t>
      </w:r>
      <w:r xmlns:w="http://schemas.openxmlformats.org/wordprocessingml/2006/main">
        <w:rPr>
          <w:b/>
          <w:bCs/>
        </w:rPr>
        <w:t xml:space="preserve">+$8.33 </w:t>
      </w:r>
      <w:r xmlns:w="http://schemas.openxmlformats.org/wordprocessingml/2006/main">
        <w:t xml:space="preserve">. Kung ang isang kombinasyon ng bluff ay natanggal ng mga hole card ng Hero, ang Hero ngayon ay mananalo ng 2/8=25% ng oras, at ang EV ay magiging 0.25×175−0.75×75 = </w:t>
      </w:r>
      <w:r xmlns:w="http://schemas.openxmlformats.org/wordprocessingml/2006/main">
        <w:rPr>
          <w:b/>
          <w:bCs/>
        </w:rPr>
        <w:t xml:space="preserve">−$12.50 </w:t>
      </w:r>
      <w:r xmlns:w="http://schemas.openxmlformats.org/wordprocessingml/2006/main">
        <w:t xml:space="preserve">. Ang isang epekto ng pag-alis ng card ay maaaring magpabago ng isang desisyon, basta't ang mga ipinapalagay na saklaw ay tunay na kapani-paniwala.</w:t>
      </w:r>
    </w:p>
    <w:bookmarkEnd w:id="129"/>
    <w:bookmarkStart w:id="131" w:name="X0f2fd2330413017398b2f6ade67043be0e3aee6"/>
    <w:p>
      <w:pPr xmlns:w="http://schemas.openxmlformats.org/wordprocessingml/2006/main">
        <w:pStyle w:val="Heading2"/>
      </w:pPr>
      <w:r xmlns:w="http://schemas.openxmlformats.org/wordprocessingml/2006/main">
        <w:t xml:space="preserve">Huwag ikumpara sa isang balanseng dalas nang walang konteksto</w:t>
      </w:r>
    </w:p>
    <w:p>
      <w:pPr xmlns:w="http://schemas.openxmlformats.org/wordprocessingml/2006/main">
        <w:pStyle w:val="FirstParagraph"/>
      </w:pPr>
      <w:r xmlns:w="http://schemas.openxmlformats.org/wordprocessingml/2006/main">
        <w:t xml:space="preserve">Sa isang teoretikal na balanseng river betting point, ang value-to-bluff ratio ng isang mananaya ay maaaring limitahan ng laki ng taya sa ilalim ng isang pinasimpleng polar model. Sa isang pot-sized na taya, ang textbook polarized betting mix ay kadalasang naglalaman ng isang bluff para sa dalawang value bets, na ginagawang isang-katlo ng </w:t>
      </w:r>
      <w:r xmlns:w="http://schemas.openxmlformats.org/wordprocessingml/2006/main">
        <w:rPr>
          <w:b/>
          <w:bCs/>
        </w:rPr>
        <w:t xml:space="preserve">mga bets </w:t>
      </w:r>
      <w:r xmlns:w="http://schemas.openxmlformats.org/wordprocessingml/2006/main">
        <w:t xml:space="preserve">bluffs. Hindi </w:t>
      </w:r>
      <w:r xmlns:w="http://schemas.openxmlformats.org/wordprocessingml/2006/main">
        <w:rPr>
          <w:i/>
          <w:iCs/>
        </w:rPr>
        <w:t xml:space="preserve">ibig </w:t>
      </w:r>
      <w:r xmlns:w="http://schemas.openxmlformats.org/wordprocessingml/2006/main">
        <w:t xml:space="preserve">sabihin nito na ginagamit ng mga recreational opponents ang mix na ito. Ang mga manlalaro sa totoong laro ay maaaring mas madalang mag-bluff, at ang mas maliit o pinagsamang value range ay maaaring magpakomplikado sa reference point. Ituring ang equilibrium fraction bilang diagnostic baseline, hindi bilang isang behavioral observation.</w:t>
      </w:r>
    </w:p>
    <w:bookmarkStart w:id="130" w:name="blockers-can-work-in-opposite-directions"/>
    <w:p>
      <w:pPr xmlns:w="http://schemas.openxmlformats.org/wordprocessingml/2006/main">
        <w:pStyle w:val="Heading3"/>
      </w:pPr>
      <w:r xmlns:w="http://schemas.openxmlformats.org/wordprocessingml/2006/main">
        <w:t xml:space="preserve">Ang mga blocker ay maaaring gumana sa kabaligtaran ng direksyon</w:t>
      </w:r>
    </w:p>
    <w:p>
      <w:pPr xmlns:w="http://schemas.openxmlformats.org/wordprocessingml/2006/main">
        <w:pStyle w:val="FirstParagraph"/>
      </w:pPr>
      <w:r xmlns:w="http://schemas.openxmlformats.org/wordprocessingml/2006/main">
        <w:t xml:space="preserve">Ang isang mahusay na tagasalo ng bluff ay kadalasang nag-aalis ng ilan sa mga kombinasyon ng halaga ng Kontrabida habang iniiwang posible ang kanilang mga bluff. Ang isang kamay na nag-aalis ng maraming hindi nasagot na tabla ay maaaring magpalala sa tawag. Isaalang-alang ang dalawang kumbinasyon na may parehong ranggo na may magkaibang suit: ang kanilang lakas ng showdown ay maaaring magkapareho ngunit ang kanilang mga epekto sa pag-alis ng baraha ay magkaiba. Huwag gamitin ang slogan na 'ang paghawak ng blocker ay nagpapabuti sa tawag.' Tukuyin </w:t>
      </w:r>
      <w:r xmlns:w="http://schemas.openxmlformats.org/wordprocessingml/2006/main">
        <w:rPr>
          <w:i/>
          <w:iCs/>
        </w:rPr>
        <w:t xml:space="preserve">kung ano </w:t>
      </w:r>
      <w:r xmlns:w="http://schemas.openxmlformats.org/wordprocessingml/2006/main">
        <w:t xml:space="preserve">ang hinaharangan nito.</w:t>
      </w:r>
    </w:p>
    <w:bookmarkEnd w:id="130"/>
    <w:bookmarkEnd w:id="131"/>
    <w:bookmarkStart w:id="133" w:name="sensitivity-is-the-real-lesson"/>
    <w:p>
      <w:pPr xmlns:w="http://schemas.openxmlformats.org/wordprocessingml/2006/main">
        <w:pStyle w:val="Heading2"/>
      </w:pPr>
      <w:r xmlns:w="http://schemas.openxmlformats.org/wordprocessingml/2006/main">
        <w:t xml:space="preserve">Ang pagiging sensitibo ang tunay na aral</w:t>
      </w:r>
    </w:p>
    <w:p>
      <w:pPr xmlns:w="http://schemas.openxmlformats.org/wordprocessingml/2006/main">
        <w:pStyle w:val="FirstParagraph"/>
      </w:pPr>
      <w:r xmlns:w="http://schemas.openxmlformats.org/wordprocessingml/2006/main">
        <w:t xml:space="preserve">Ang +$8.33 na tawag sa laruan sa itaas ay kumikita sa modelo nito sa maliit na halaga. Kung ang tunay na timpla ng pagtaya ay naiiba lamang sa isang weighted combination, babaliktad ang desisyon. Iuulat ng isang tapat na pagsusuri ang kahinaang ito. Ang layunin ay hindi ang mag-anunsyo ng isang nakasisilaw na tumpak na porsyento at magpanggap na ito ay ligtas; ito ay ang malaman kung gaano kalaking kawalan ng katiyakan ang kayang tiisin ng presyo.</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Nakaharap sa isang 75%-pot river bet na may purong bluff-catcher, alin ang eksaktong kinakailangang porsyento ng panalo bago ang rake? (A) 25%, (B) 28.57%, (C) 30%, (D) 42.86%. </w:t>
      </w:r>
      <w:r xmlns:w="http://schemas.openxmlformats.org/wordprocessingml/2006/main">
        <w:rPr>
          <w:b/>
          <w:bCs/>
        </w:rPr>
        <w:t xml:space="preserve">C. </w:t>
      </w:r>
      <w:r xmlns:w="http://schemas.openxmlformats.org/wordprocessingml/2006/main">
        <w:t xml:space="preserve">Ang taya ay 0.75P at ang tawag ay 0.75P, kaya ang kinakailangang equity ay 0.75/(1+1.5)=0.30.</w:t>
      </w:r>
    </w:p>
    <w:bookmarkStart w:id="132" w:name="change-the-conditions-7"/>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Kung ang parehong kalaban ay tumaya ng $100 sa $100, ang kinakailangang bahagi ng panalo ay tataas sa 33.33%. Ang orihinal na distribusyon ng 3-bluff/6-value ay magiging eksaktong break-even bago ang rake. Taasan ang mga pagpapalagay ng value-frequency ng mananaya o isama ang rake at lalala ang tawag. Baguhin ang desisyon; huwag kumapit sa palayaw ng kamay.</w:t>
      </w:r>
    </w:p>
    <w:p>
      <w:pPr xmlns:w="http://schemas.openxmlformats.org/wordprocessingml/2006/main">
        <w:pStyle w:val="BodyText"/>
      </w:pPr>
      <w:r xmlns:w="http://schemas.openxmlformats.org/wordprocessingml/2006/main">
        <w:rPr>
          <w:b/>
          <w:bCs/>
        </w:rPr>
        <w:t xml:space="preserve">Prinsipyo: </w:t>
      </w:r>
      <w:r xmlns:w="http://schemas.openxmlformats.org/wordprocessingml/2006/main">
        <w:t xml:space="preserve">Ang iyong river call ay hindi isang botohan kung ang kalaban ay 'nagbobola'. Ito ay isang taya sa isang masusukat na proporsyon ng kanilang </w:t>
      </w:r>
      <w:r xmlns:w="http://schemas.openxmlformats.org/wordprocessingml/2006/main">
        <w:rPr>
          <w:i/>
          <w:iCs/>
        </w:rPr>
        <w:t xml:space="preserve">saklaw ng pagtaya </w:t>
      </w:r>
      <w:r xmlns:w="http://schemas.openxmlformats.org/wordprocessingml/2006/main">
        <w:t xml:space="preserve">.</w:t>
      </w:r>
    </w:p>
    <w:bookmarkEnd w:id="132"/>
    <w:bookmarkEnd w:id="133"/>
    <w:bookmarkStart w:id="140" w:name="chapter-08-six-verified-drills"/>
    <w:p>
      <w:pPr xmlns:w="http://schemas.openxmlformats.org/wordprocessingml/2006/main">
        <w:pStyle w:val="Heading2"/>
      </w:pPr>
      <w:r xmlns:w="http://schemas.openxmlformats.org/wordprocessingml/2006/main">
        <w:t xml:space="preserve">Kabanata 08: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134" w:name="drill-sfft-ms3-08-001"/>
    <w:p>
      <w:pPr xmlns:w="http://schemas.openxmlformats.org/wordprocessingml/2006/main">
        <w:pStyle w:val="Heading3"/>
      </w:pPr>
      <w:r xmlns:w="http://schemas.openxmlformats.org/wordprocessingml/2006/main">
        <w:t xml:space="preserve">Drilling SFFT-MS3-08-001</w:t>
      </w:r>
    </w:p>
    <w:p>
      <w:pPr xmlns:w="http://schemas.openxmlformats.org/wordprocessingml/2006/main">
        <w:pStyle w:val="FirstParagraph"/>
      </w:pPr>
      <w:r xmlns:w="http://schemas.openxmlformats.org/wordprocessingml/2006/main">
        <w:t xml:space="preserve">Sa isang ilog, ano ang nagpapaiba sa isang kamay bilang isang purong tagasalo ng bluff kumpara sa isang modelo?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Natalo nito ang mga defined bluff ngunit hindi ang mga kamay na may defined value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Palagi itong may mga nuts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Maaari itong humusay sa ibang baraha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Wala itong showdown value</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Sinusuportahan ng kahulugang ito ang direktang halaga/pagbibilang ng bluff.</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mga nuts ay value, hindi bluff-catching. - </w:t>
      </w:r>
      <w:r xmlns:w="http://schemas.openxmlformats.org/wordprocessingml/2006/main">
        <w:rPr>
          <w:b/>
          <w:bCs/>
        </w:rPr>
        <w:t xml:space="preserve">C: </w:t>
      </w:r>
      <w:r xmlns:w="http://schemas.openxmlformats.org/wordprocessingml/2006/main">
        <w:t xml:space="preserve">Walang natitirang baraha pagkatapos ng river. - </w:t>
      </w:r>
      <w:r xmlns:w="http://schemas.openxmlformats.org/wordprocessingml/2006/main">
        <w:rPr>
          <w:b/>
          <w:bCs/>
        </w:rPr>
        <w:t xml:space="preserve">D: </w:t>
      </w:r>
      <w:r xmlns:w="http://schemas.openxmlformats.org/wordprocessingml/2006/main">
        <w:t xml:space="preserve">Ang bluff-catcher ang mananalo sa showdown laban sa bluffs.</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34"/>
    <w:bookmarkStart w:id="135" w:name="drill-sfft-ms3-08-002"/>
    <w:p>
      <w:pPr xmlns:w="http://schemas.openxmlformats.org/wordprocessingml/2006/main">
        <w:pStyle w:val="Heading3"/>
      </w:pPr>
      <w:r xmlns:w="http://schemas.openxmlformats.org/wordprocessingml/2006/main">
        <w:t xml:space="preserve">Drilling SFFT-MS3-08-002</w:t>
      </w:r>
    </w:p>
    <w:p>
      <w:pPr xmlns:w="http://schemas.openxmlformats.org/wordprocessingml/2006/main">
        <w:pStyle w:val="FirstParagraph"/>
      </w:pPr>
      <w:r xmlns:w="http://schemas.openxmlformats.org/wordprocessingml/2006/main">
        <w:t xml:space="preserve">Bakit hindi awtomatikong tama ang tawag sa ilog na kasinglaki ng paso gamit ang pares sa itaas?</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Ilegal ang top pair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pot-sized call ay nangangailangan ng 33.3% na panalo, na maaaring wala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Hindi kailanman natatalo ng top pair ang bluffs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Lahat ng river bets ay may halaga</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hanay ng taya ay dapat maglaman ng sapat na hawak na mga matalo ng Bayani.</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Ang nangungunang pares ay isang wastong kamay. - </w:t>
      </w:r>
      <w:r xmlns:w="http://schemas.openxmlformats.org/wordprocessingml/2006/main">
        <w:rPr>
          <w:b/>
          <w:bCs/>
        </w:rPr>
        <w:t xml:space="preserve">C: </w:t>
      </w:r>
      <w:r xmlns:w="http://schemas.openxmlformats.org/wordprocessingml/2006/main">
        <w:t xml:space="preserve">Ang nangungunang pares ay madalas na natatalo ang mga nasipsip na tabla. - </w:t>
      </w:r>
      <w:r xmlns:w="http://schemas.openxmlformats.org/wordprocessingml/2006/main">
        <w:rPr>
          <w:b/>
          <w:bCs/>
        </w:rPr>
        <w:t xml:space="preserve">D: </w:t>
      </w:r>
      <w:r xmlns:w="http://schemas.openxmlformats.org/wordprocessingml/2006/main">
        <w:t xml:space="preserve">Ang ilang kalaban ay nagbluff.</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35"/>
    <w:bookmarkStart w:id="136" w:name="drill-sfft-ms3-08-003"/>
    <w:p>
      <w:pPr xmlns:w="http://schemas.openxmlformats.org/wordprocessingml/2006/main">
        <w:pStyle w:val="Heading3"/>
      </w:pPr>
      <w:r xmlns:w="http://schemas.openxmlformats.org/wordprocessingml/2006/main">
        <w:t xml:space="preserve">Drilling SFFT-MS3-08-003</w:t>
      </w:r>
    </w:p>
    <w:p>
      <w:pPr xmlns:w="http://schemas.openxmlformats.org/wordprocessingml/2006/main">
        <w:pStyle w:val="FirstParagraph"/>
      </w:pPr>
      <w:r xmlns:w="http://schemas.openxmlformats.org/wordprocessingml/2006/main">
        <w:t xml:space="preserve">May pampigil ang isang river caller sa mga hindi nakapasok na tabla. Ano ang maaaring mangyari?</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Ang tawag na nakakahuli ng bluff ay nagiging mas malala kung mawawala ang mga kaugnay na bluff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pot ay agad na dumoble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Ginagarantiyahan nito na ang Hero ay may flush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Wala; ang mga blocker ay hindi mahalaga</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pag-alis ng mga bluff ay maaaring makabawas sa dalas ng panalo.</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mga kilalang baraha ay hindi nakakalikha ng mga karagdagang chips. - </w:t>
      </w:r>
      <w:r xmlns:w="http://schemas.openxmlformats.org/wordprocessingml/2006/main">
        <w:rPr>
          <w:b/>
          <w:bCs/>
        </w:rPr>
        <w:t xml:space="preserve">C: </w:t>
      </w:r>
      <w:r xmlns:w="http://schemas.openxmlformats.org/wordprocessingml/2006/main">
        <w:t xml:space="preserve">Ang isang blocker lamang ay hindi isang made flush. - </w:t>
      </w:r>
      <w:r xmlns:w="http://schemas.openxmlformats.org/wordprocessingml/2006/main">
        <w:rPr>
          <w:b/>
          <w:bCs/>
        </w:rPr>
        <w:t xml:space="preserve">D: </w:t>
      </w:r>
      <w:r xmlns:w="http://schemas.openxmlformats.org/wordprocessingml/2006/main">
        <w:t xml:space="preserve">Ang pag-alis ng baraha ay nagbabago ng eksaktong mga kumbinasyon.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36"/>
    <w:bookmarkStart w:id="137" w:name="drill-sfft-ms3-08-004"/>
    <w:p>
      <w:pPr xmlns:w="http://schemas.openxmlformats.org/wordprocessingml/2006/main">
        <w:pStyle w:val="Heading3"/>
      </w:pPr>
      <w:r xmlns:w="http://schemas.openxmlformats.org/wordprocessingml/2006/main">
        <w:t xml:space="preserve">Drilling SFFT-MS3-08-004</w:t>
      </w:r>
    </w:p>
    <w:p>
      <w:pPr xmlns:w="http://schemas.openxmlformats.org/wordprocessingml/2006/main">
        <w:pStyle w:val="FirstParagraph"/>
      </w:pPr>
      <w:r xmlns:w="http://schemas.openxmlformats.org/wordprocessingml/2006/main">
        <w:t xml:space="preserve">Aling pahayag tungkol sa MDF ang pinakaligtas?</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Pinipilit nito ang 50% na dalas ng pagtawag kumpara sa bawat taya sa pot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Ito ay isang simpleng sanggunian ng ekwilibriyo, hindi isang utos laban sa mga underbluffer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Tinutukoy nito ang mga hole card ng kontrabida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Pinapalitan nito ang call-equity math</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MDF ay naaangkop sa mga tinukoy na pinasimpleng estratehikong pangyayari.</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mga mapagsamantalang tupi ay maaaring humiwalay sa MDF. - </w:t>
      </w:r>
      <w:r xmlns:w="http://schemas.openxmlformats.org/wordprocessingml/2006/main">
        <w:rPr>
          <w:b/>
          <w:bCs/>
        </w:rPr>
        <w:t xml:space="preserve">C: </w:t>
      </w:r>
      <w:r xmlns:w="http://schemas.openxmlformats.org/wordprocessingml/2006/main">
        <w:t xml:space="preserve">Hindi ito isang aparato sa pagbabasa ng kard. - </w:t>
      </w:r>
      <w:r xmlns:w="http://schemas.openxmlformats.org/wordprocessingml/2006/main">
        <w:rPr>
          <w:b/>
          <w:bCs/>
        </w:rPr>
        <w:t xml:space="preserve">D: </w:t>
      </w:r>
      <w:r xmlns:w="http://schemas.openxmlformats.org/wordprocessingml/2006/main">
        <w:t xml:space="preserve">Kailangan pa rin ang tiyak na pagkakapantay-pantay.</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37"/>
    <w:bookmarkStart w:id="138" w:name="drill-sfft-ms3-08-005"/>
    <w:p>
      <w:pPr xmlns:w="http://schemas.openxmlformats.org/wordprocessingml/2006/main">
        <w:pStyle w:val="Heading3"/>
      </w:pPr>
      <w:r xmlns:w="http://schemas.openxmlformats.org/wordprocessingml/2006/main">
        <w:t xml:space="preserve">Drilling SFFT-MS3-08-005</w:t>
      </w:r>
    </w:p>
    <w:p>
      <w:pPr xmlns:w="http://schemas.openxmlformats.org/wordprocessingml/2006/main">
        <w:pStyle w:val="FirstParagraph"/>
      </w:pPr>
      <w:r xmlns:w="http://schemas.openxmlformats.org/wordprocessingml/2006/main">
        <w:t xml:space="preserve">Ang isang heads-up river pot ay mayroong $140 </w:t>
      </w:r>
      <w:r xmlns:w="http://schemas.openxmlformats.org/wordprocessingml/2006/main">
        <w:rPr>
          <w:b/>
          <w:bCs/>
        </w:rPr>
        <w:t xml:space="preserve">bago </w:t>
      </w:r>
      <w:r xmlns:w="http://schemas.openxmlformats.org/wordprocessingml/2006/main">
        <w:t xml:space="preserve">tumaya ang Kontrabida ng $120. Tatapusin ng Hero ang aksyon at maaaring tumawag ng $120; ipagpalagay na walang tabla o rake. Anong eksaktong showdown-equity threshold ang kinakailangan ng isang tawag?</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31.58%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46.15%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85.71%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68.42%</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huling puhunan pagkatapos ng isang tawag ay $140+$120+$120=$380; ang tawag ay nagkakahalaga ng $120, kaya ang kinakailangang equity ay 120/380 = 31.58%.</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Mali: binabalewala nito ang kontribusyon ng Hero sa huling pot. - </w:t>
      </w:r>
      <w:r xmlns:w="http://schemas.openxmlformats.org/wordprocessingml/2006/main">
        <w:rPr>
          <w:b/>
          <w:bCs/>
        </w:rPr>
        <w:t xml:space="preserve">C: </w:t>
      </w:r>
      <w:r xmlns:w="http://schemas.openxmlformats.org/wordprocessingml/2006/main">
        <w:t xml:space="preserve">Mali: inihahambing nito ang call cost sa pot bago ang taya at call. - </w:t>
      </w:r>
      <w:r xmlns:w="http://schemas.openxmlformats.org/wordprocessingml/2006/main">
        <w:rPr>
          <w:b/>
          <w:bCs/>
        </w:rPr>
        <w:t xml:space="preserve">D: </w:t>
      </w:r>
      <w:r xmlns:w="http://schemas.openxmlformats.org/wordprocessingml/2006/main">
        <w:t xml:space="preserve">Mali: ito ang complement o isang hindi kaugnay na fraction.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38"/>
    <w:bookmarkStart w:id="139" w:name="drill-sfft-ms3-08-006"/>
    <w:p>
      <w:pPr xmlns:w="http://schemas.openxmlformats.org/wordprocessingml/2006/main">
        <w:pStyle w:val="Heading3"/>
      </w:pPr>
      <w:r xmlns:w="http://schemas.openxmlformats.org/wordprocessingml/2006/main">
        <w:t xml:space="preserve">Drilling SFFT-MS3-08-006</w:t>
      </w:r>
    </w:p>
    <w:p>
      <w:pPr xmlns:w="http://schemas.openxmlformats.org/wordprocessingml/2006/main">
        <w:pStyle w:val="FirstParagraph"/>
      </w:pPr>
      <w:r xmlns:w="http://schemas.openxmlformats.org/wordprocessingml/2006/main">
        <w:t xml:space="preserve">May </w:t>
      </w:r>
      <w:r xmlns:w="http://schemas.openxmlformats.org/wordprocessingml/2006/main">
        <w:rPr>
          <w:b/>
          <w:bCs/>
        </w:rPr>
        <w:t xml:space="preserve">purong bluff-catcher ang Hero </w:t>
      </w:r>
      <w:r xmlns:w="http://schemas.openxmlformats.org/wordprocessingml/2006/main">
        <w:t xml:space="preserve">sa isang heads-up river. Ang taya ay $130 bago ang $80 na taya. Ang tahasang modelo ng pagtaya ng kontrabida ay may 13 pantay na timbang na kombinasyon ng halaga na tatalo sa Hero at 5 bluff na tatalo ng Hero, walang tabla o rake. Ano ang mas gusto ng modelong ito?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Tawag, +EV sa nakasaad na modelo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Tiklupin, ang tawag ay −EV sa nakasaad na modelo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Tawag, dahil ang anumang bluff ay ginagawang tama ang pagtawag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Itaas, dahil ang pot odds ay hindi mahalaga</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tawag ay nangangailangan ng 27.59%; Ang bayani ay mananalo ng 5/18=27.78%. EV(tawag)=0.277778×210−0.722222×80=$+0.56. Kaya tawagin ang modelong ito.</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Kinakailangan ng modelo ang paghahambing ng bahagi ng bluff sa eksaktong presyo. - </w:t>
      </w:r>
      <w:r xmlns:w="http://schemas.openxmlformats.org/wordprocessingml/2006/main">
        <w:rPr>
          <w:b/>
          <w:bCs/>
        </w:rPr>
        <w:t xml:space="preserve">C: </w:t>
      </w:r>
      <w:r xmlns:w="http://schemas.openxmlformats.org/wordprocessingml/2006/main">
        <w:t xml:space="preserve">Hindi sapat ang pagkakita ng anumang bluff; maaaring masyadong maliit ang bahagi ng bluff. - </w:t>
      </w:r>
      <w:r xmlns:w="http://schemas.openxmlformats.org/wordprocessingml/2006/main">
        <w:rPr>
          <w:b/>
          <w:bCs/>
        </w:rPr>
        <w:t xml:space="preserve">D: </w:t>
      </w:r>
      <w:r xmlns:w="http://schemas.openxmlformats.org/wordprocessingml/2006/main">
        <w:t xml:space="preserve">Ang pagtaas ay nangangailangan ng hiwalay na pagsusuri ng fold-equity/value, hindi isang pagtanggi na kalkulahin ang isang tawag.</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39"/>
    <w:bookmarkEnd w:id="140"/>
    <w:bookmarkEnd w:id="141"/>
    <w:bookmarkStart w:id="158" w:name="blockers-unblockers-and-card-removal"/>
    <w:p>
      <w:pPr xmlns:w="http://schemas.openxmlformats.org/wordprocessingml/2006/main">
        <w:pStyle w:val="Heading1"/>
      </w:pPr>
      <w:r xmlns:w="http://schemas.openxmlformats.org/wordprocessingml/2006/main">
        <w:t xml:space="preserve">9. Mga Blocker, Unblocker, at Pag-alis ng Card</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Maunawaan kung kailan inaalis ng mga baraha ng Bayani ang halaga ng kalaban, inaalis ang mga bluff ng kalaban, o halos hindi nakakaapekto sa desisyon.</w:t>
      </w:r>
    </w:p>
    <w:p>
      <w:pPr xmlns:w="http://schemas.openxmlformats.org/wordprocessingml/2006/main">
        <w:pStyle w:val="BodyText"/>
      </w:pPr>
      <w:r xmlns:w="http://schemas.openxmlformats.org/wordprocessingml/2006/main">
        <w:t xml:space="preserve">Ang </w:t>
      </w:r>
      <w:r xmlns:w="http://schemas.openxmlformats.org/wordprocessingml/2006/main">
        <w:rPr>
          <w:b/>
          <w:bCs/>
        </w:rPr>
        <w:t xml:space="preserve">blocker </w:t>
      </w:r>
      <w:r xmlns:w="http://schemas.openxmlformats.org/wordprocessingml/2006/main">
        <w:t xml:space="preserve">ay isang kilalang baraha na nagpapahirap sa ilang kombinasyon ng kalaban. Ang </w:t>
      </w:r>
      <w:r xmlns:w="http://schemas.openxmlformats.org/wordprocessingml/2006/main">
        <w:rPr>
          <w:b/>
          <w:bCs/>
        </w:rPr>
        <w:t xml:space="preserve">unblocker </w:t>
      </w:r>
      <w:r xmlns:w="http://schemas.openxmlformats.org/wordprocessingml/2006/main">
        <w:t xml:space="preserve">ay isang katangian ng baraha na nag-iiwan ng mga kaugnay na kumbinasyon na magagamit, lalo na ang mga potensyal na bluff. Ang mga terminong ito ay kadalasang inihaharap bilang matalinong mga shortcut sa panalo. Sa mahusay na pagsusuri sa poker, ang mga ito ay simpleng aplikasyon lamang ng pag-alis ng baraha sa isang saklaw na may bigat ng aksyon.</w:t>
      </w:r>
    </w:p>
    <w:p>
      <w:pPr xmlns:w="http://schemas.openxmlformats.org/wordprocessingml/2006/main">
        <w:pStyle w:val="BodyText"/>
      </w:pPr>
      <w:r xmlns:w="http://schemas.openxmlformats.org/wordprocessingml/2006/main">
        <w:t xml:space="preserve">Tinatanggal ba ng A♠K♠ ang eksaktong tatlo sa anim na posibleng kombinasyon ng AA? Oo: kapag ang isang alas ay hawak ng Bayani, ang AA ay bababa mula anim hanggang tatlo. Binabawasan din nito ang KK mula anim hanggang tatlo, at ang AK mula labing-anim hanggang siyam. Ang mga bilang na iyon ay deterministic. Kung gagawin nitong mas komportable ang Bayani sa pagharap sa isang four-bet ay depende sa buong patakaran ng kalaban sa four-bet, posisyon, stacks, fold frequency, at mga alternatibo. Binabago ng mga blocker </w:t>
      </w:r>
      <w:r xmlns:w="http://schemas.openxmlformats.org/wordprocessingml/2006/main">
        <w:rPr>
          <w:i/>
          <w:iCs/>
        </w:rPr>
        <w:t xml:space="preserve">ang mga pagtatalaga ng probabilidad </w:t>
      </w:r>
      <w:r xmlns:w="http://schemas.openxmlformats.org/wordprocessingml/2006/main">
        <w:t xml:space="preserve">, hindi kinakailangan ang pinakamahusay na aksyon nang mag-isa.</w:t>
      </w:r>
    </w:p>
    <w:bookmarkStart w:id="142" w:name="nut-blockers-on-three-suit-boards"/>
    <w:p>
      <w:pPr xmlns:w="http://schemas.openxmlformats.org/wordprocessingml/2006/main">
        <w:pStyle w:val="Heading2"/>
      </w:pPr>
      <w:r xmlns:w="http://schemas.openxmlformats.org/wordprocessingml/2006/main">
        <w:t xml:space="preserve">Mga nut blocker sa mga three-suit board</w:t>
      </w:r>
    </w:p>
    <w:p>
      <w:pPr xmlns:w="http://schemas.openxmlformats.org/wordprocessingml/2006/main">
        <w:pStyle w:val="FirstParagraph"/>
      </w:pPr>
      <w:r xmlns:w="http://schemas.openxmlformats.org/wordprocessingml/2006/main">
        <w:rPr>
          <w:b/>
          <w:bCs/>
        </w:rPr>
        <w:t xml:space="preserve">Walang </w:t>
      </w:r>
      <w:r xmlns:w="http://schemas.openxmlformats.org/wordprocessingml/2006/main">
        <w:t xml:space="preserve">flush </w:t>
      </w:r>
      <w:r xmlns:w="http://schemas.openxmlformats.org/wordprocessingml/2006/main">
        <w:t xml:space="preserve">si Hero —apat na club lang ang nakikita sa Hero at sa board—ngunit hawak ni Hero ang </w:t>
      </w:r>
      <w:r xmlns:w="http://schemas.openxmlformats.org/wordprocessingml/2006/main">
        <w:rPr>
          <w:b/>
          <w:bCs/>
        </w:rPr>
        <w:t xml:space="preserve">A♣ blocker </w:t>
      </w:r>
      <w:r xmlns:w="http://schemas.openxmlformats.org/wordprocessingml/2006/main">
        <w:t xml:space="preserve">. Walang kalaban ang makakagawa ng ace-high club flush gamit ang A♣ dahil nasa kamay ni Hero ang card. Maaari pa ring hawakan ng kalaban ang K♣J♣ at makagawa ng king-high flush; posible rin ang mga set, dalawang pares, at bluff depende sa aksyon. Ginagawang imposible ng A♣ ang ilang </w:t>
      </w:r>
      <w:r xmlns:w="http://schemas.openxmlformats.org/wordprocessingml/2006/main">
        <w:rPr>
          <w:i/>
          <w:iCs/>
        </w:rPr>
        <w:t xml:space="preserve">kombinasyon ng nut-flush </w:t>
      </w:r>
      <w:r xmlns:w="http://schemas.openxmlformats.org/wordprocessingml/2006/main">
        <w:t xml:space="preserve">ngunit hindi nito pinapatunayan na nag-bluff si Villain.</w:t>
      </w:r>
    </w:p>
    <w:p>
      <w:pPr xmlns:w="http://schemas.openxmlformats.org/wordprocessingml/2006/main">
        <w:pStyle w:val="BodyText"/>
      </w:pPr>
      <w:r xmlns:w="http://schemas.openxmlformats.org/wordprocessingml/2006/main">
        <w:t xml:space="preserve">Paghambingin ang isang bluff na may A♣J♦ laban sa isang bluff na may A♦J♣ sa board na ito. Hinaharangan ng una ang nut-club flush; inaalis naman ng pangalawa ang J♣, na posibleng makaapekto sa ilang mas mahihinang flush at mga hindi nasagot na draw. Alin ang mas mainam na kandidato sa bluff ay depende sa kung aling mga value hand ang natitiklop at kung aling mga bluff-catcher ang ginagamit ng Kontrabida para maabot ang river. Huwag sabihing 'ang ace blocker ang laging gumagawa ng pinakamahusay na bluff' nang walang partikular na range at response model.</w:t>
      </w:r>
    </w:p>
    <w:bookmarkEnd w:id="142"/>
    <w:bookmarkStart w:id="143" w:name="blockers-for-a-river-call"/>
    <w:p>
      <w:pPr xmlns:w="http://schemas.openxmlformats.org/wordprocessingml/2006/main">
        <w:pStyle w:val="Heading2"/>
      </w:pPr>
      <w:r xmlns:w="http://schemas.openxmlformats.org/wordprocessingml/2006/main">
        <w:t xml:space="preserve">Mga pangharang para sa tawag sa ilog</w:t>
      </w:r>
    </w:p>
    <w:p>
      <w:pPr xmlns:w="http://schemas.openxmlformats.org/wordprocessingml/2006/main">
        <w:pStyle w:val="FirstParagraph"/>
      </w:pPr>
      <w:r xmlns:w="http://schemas.openxmlformats.org/wordprocessingml/2006/main">
        <w:t xml:space="preserve">Isipin ang isang ilog na may hindi nakuhang front-door flush draw: K♠9♠4♦2♣7♥. Kung hawak ni Hero ang J♠J♦, aalisin ni Hero ang ilang two-spade missed-draw combinations na kinasasangkutan ng J♠, na posibleng makabawas sa mga bluff ni Villain. Kung hawak ni Hero ang J♥J♦, mas marami sa mga spade draw na iyon ang mananatiling available. Parehong may parehong pair rank ang parehong holdings, ngunit maaaring magkaiba ang kanilang inaasahang value bilang isang bluff-catcher. Sa kabilang banda, maaaring harangan ng J♠ ang isang value hand na kinasasangkutan ng card na iyon. Ang netong resulta ay natutukoy ng </w:t>
      </w:r>
      <w:r xmlns:w="http://schemas.openxmlformats.org/wordprocessingml/2006/main">
        <w:rPr>
          <w:b/>
          <w:bCs/>
        </w:rPr>
        <w:t xml:space="preserve">buong hanay ng pagtaya </w:t>
      </w:r>
      <w:r xmlns:w="http://schemas.openxmlformats.org/wordprocessingml/2006/main">
        <w:t xml:space="preserve">, hindi sa pamamagitan ng pagbibilang ng isang paboritong draw.</w:t>
      </w:r>
    </w:p>
    <w:bookmarkEnd w:id="143"/>
    <w:bookmarkStart w:id="148" w:name="a-disciplined-blocker-inventory"/>
    <w:p>
      <w:pPr xmlns:w="http://schemas.openxmlformats.org/wordprocessingml/2006/main">
        <w:pStyle w:val="Heading2"/>
      </w:pPr>
      <w:r xmlns:w="http://schemas.openxmlformats.org/wordprocessingml/2006/main">
        <w:t xml:space="preserve">Isang disiplinadong imbentaryo ng blocker</w:t>
      </w:r>
    </w:p>
    <w:p>
      <w:pPr xmlns:w="http://schemas.openxmlformats.org/wordprocessingml/2006/main">
        <w:pStyle w:val="Compact"/>
        <w:numPr>
          <w:ilvl w:val="0"/>
          <w:numId w:val="1009"/>
        </w:numPr>
      </w:pPr>
      <w:r xmlns:w="http://schemas.openxmlformats.org/wordprocessingml/2006/main">
        <w:t xml:space="preserve">Ilista ang mga kaugnay na value hand at ang kanilang posibleng eksaktong kombinasyon pagkatapos matanggal ang board.</w:t>
      </w:r>
    </w:p>
    <w:p>
      <w:pPr xmlns:w="http://schemas.openxmlformats.org/wordprocessingml/2006/main">
        <w:pStyle w:val="Compact"/>
        <w:numPr>
          <w:ilvl w:val="0"/>
          <w:numId w:val="1009"/>
        </w:numPr>
      </w:pPr>
      <w:r xmlns:w="http://schemas.openxmlformats.org/wordprocessingml/2006/main">
        <w:t xml:space="preserve">Ilista ang mga kaugnay na bluff at ang eksaktong mga kombinasyon ng mga ito.</w:t>
      </w:r>
    </w:p>
    <w:p>
      <w:pPr xmlns:w="http://schemas.openxmlformats.org/wordprocessingml/2006/main">
        <w:pStyle w:val="Compact"/>
        <w:numPr>
          <w:ilvl w:val="0"/>
          <w:numId w:val="1009"/>
        </w:numPr>
      </w:pPr>
      <w:r xmlns:w="http://schemas.openxmlformats.org/wordprocessingml/2006/main">
        <w:t xml:space="preserve">Alisin ang mga kilalang baraha ng Bayani mula sa parehong grupo.</w:t>
      </w:r>
    </w:p>
    <w:p>
      <w:pPr xmlns:w="http://schemas.openxmlformats.org/wordprocessingml/2006/main">
        <w:pStyle w:val="Compact"/>
        <w:numPr>
          <w:ilvl w:val="0"/>
          <w:numId w:val="1009"/>
        </w:numPr>
      </w:pPr>
      <w:r xmlns:w="http://schemas.openxmlformats.org/wordprocessingml/2006/main">
        <w:t xml:space="preserve">Ilapat ang mga frequency ng aksyon nang hiwalay sa bawat grupo.</w:t>
      </w:r>
    </w:p>
    <w:p>
      <w:pPr xmlns:w="http://schemas.openxmlformats.org/wordprocessingml/2006/main">
        <w:pStyle w:val="Compact"/>
        <w:numPr>
          <w:ilvl w:val="0"/>
          <w:numId w:val="1009"/>
        </w:numPr>
      </w:pPr>
      <w:r xmlns:w="http://schemas.openxmlformats.org/wordprocessingml/2006/main">
        <w:t xml:space="preserve">Kwentahin ang equity at presyo ng tawag ng Hero.</w:t>
      </w:r>
    </w:p>
    <w:p>
      <w:pPr xmlns:w="http://schemas.openxmlformats.org/wordprocessingml/2006/main">
        <w:pStyle w:val="Compact"/>
        <w:numPr>
          <w:ilvl w:val="0"/>
          <w:numId w:val="1009"/>
        </w:numPr>
      </w:pPr>
      <w:r xmlns:w="http://schemas.openxmlformats.org/wordprocessingml/2006/main">
        <w:t xml:space="preserve">Ihambing ang resulta sa ibang kamay na may parehong lakas ng showdown.</w:t>
      </w:r>
    </w:p>
    <w:bookmarkStart w:id="147" w:name="worked-toy-comparison"/>
    <w:p>
      <w:pPr xmlns:w="http://schemas.openxmlformats.org/wordprocessingml/2006/main">
        <w:pStyle w:val="Heading3"/>
      </w:pPr>
      <w:r xmlns:w="http://schemas.openxmlformats.org/wordprocessingml/2006/main">
        <w:t xml:space="preserve">Paghahambing ng mga laruang ginamit</w:t>
      </w:r>
    </w:p>
    <w:p>
      <w:pPr xmlns:w="http://schemas.openxmlformats.org/wordprocessingml/2006/main">
        <w:pStyle w:val="FirstParagraph"/>
      </w:pPr>
      <w:r xmlns:w="http://schemas.openxmlformats.org/wordprocessingml/2006/main">
        <w:t xml:space="preserve">Ipagpalagay na ang distribusyon ng pagtaya sa ilog ng Kontrabida ay may 12 kombinasyon ng weighted value at anim na weighted bluff bago isama ang iba't ibang posibleng hawak ng Bayani. Ang hipotetikal na Kamay A ay nag-aalis ng dalawang value at walang bluff: 10 value/6 bluff, kaya ang isang purong bluff-catcher ay mananalo ng </w:t>
      </w:r>
      <w:r xmlns:w="http://schemas.openxmlformats.org/wordprocessingml/2006/main">
        <w:rPr>
          <w:b/>
          <w:bCs/>
        </w:rPr>
        <w:t xml:space="preserve">6/16=37.5% </w:t>
      </w:r>
      <w:r xmlns:w="http://schemas.openxmlformats.org/wordprocessingml/2006/main">
        <w:t xml:space="preserve">. Ang hipotetikal na Kamay B ay walang inaalis na value kundi dalawang bluff: 12 value/4 bluff, kaya mananalo ito ng </w:t>
      </w:r>
      <w:r xmlns:w="http://schemas.openxmlformats.org/wordprocessingml/2006/main">
        <w:rPr>
          <w:b/>
          <w:bCs/>
        </w:rPr>
        <w:t xml:space="preserve">4/16=25% </w:t>
      </w:r>
      <w:r xmlns:w="http://schemas.openxmlformats.org/wordprocessingml/2006/main">
        <w:t xml:space="preserve">. Kumpara sa isang taya na kasinglaki ng pot na nangangailangan ng 33.33% equity, ang A ay kumikita sa toy model at ang B ay natitiklop. Ang mga bilang na ito ay inimbento upang ilarawan ang mekaniko, hindi ang mga pag-aangkin tungkol sa isang partikular na mesa na nakuhanan ng larawan.</w:t>
      </w:r>
    </w:p>
    <w:p>
      <w:pPr>
        <w:pStyle w:val="CaptionedFigure"/>
      </w:pPr>
      <w:r>
        <w:drawing>
          <wp:inline>
            <wp:extent cx="6261100" cy="3565348"/>
            <wp:effectExtent b="0" l="0" r="0" t="0"/>
            <wp:docPr descr="Blocker and value-bluff count comparison" title="" id="145" name="Picture"/>
            <a:graphic>
              <a:graphicData uri="http://schemas.openxmlformats.org/drawingml/2006/picture">
                <pic:pic>
                  <pic:nvPicPr>
                    <pic:cNvPr descr="figures/blocker-model.png" id="146" name="Picture"/>
                    <pic:cNvPicPr>
                      <a:picLocks noChangeArrowheads="1" noChangeAspect="1"/>
                    </pic:cNvPicPr>
                  </pic:nvPicPr>
                  <pic:blipFill>
                    <a:blip r:embed="rId144"/>
                    <a:stretch>
                      <a:fillRect/>
                    </a:stretch>
                  </pic:blipFill>
                  <pic:spPr bwMode="auto">
                    <a:xfrm>
                      <a:off x="0" y="0"/>
                      <a:ext cx="6261100" cy="3565348"/>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Paghahambing ng bilang ng blocker at value-bluff</w:t>
      </w:r>
    </w:p>
    <w:bookmarkEnd w:id="147"/>
    <w:bookmarkEnd w:id="148"/>
    <w:bookmarkStart w:id="150" w:name="why-not-to-abuse-blockers"/>
    <w:p>
      <w:pPr xmlns:w="http://schemas.openxmlformats.org/wordprocessingml/2006/main">
        <w:pStyle w:val="Heading2"/>
      </w:pPr>
      <w:r xmlns:w="http://schemas.openxmlformats.org/wordprocessingml/2006/main">
        <w:t xml:space="preserve">Bakit hindi abusuhin ang mga blocker</w:t>
      </w:r>
    </w:p>
    <w:p>
      <w:pPr xmlns:w="http://schemas.openxmlformats.org/wordprocessingml/2006/main">
        <w:pStyle w:val="FirstParagraph"/>
      </w:pPr>
      <w:r xmlns:w="http://schemas.openxmlformats.org/wordprocessingml/2006/main">
        <w:t xml:space="preserve">Ang pinakakaraniwang pagkakamali ay ang paglalapat ng blocker language sa mga kamay. Halos hindi tumataya ang kontrabida. Ang isang alas na humaharang sa AA ay hindi gaanong mahalaga kung ang kontrabida ay hindi kailanman nakakarating sa river na may AA sa linyang ito. Ang isang club na humaharang sa isang flush ay hindi gaanong mahalaga kung susuriin ng kalaban ang bawat two-club holding sa turn. Ang mga blocker ay pinaka-kapaki-pakinabang sa </w:t>
      </w:r>
      <w:r xmlns:w="http://schemas.openxmlformats.org/wordprocessingml/2006/main">
        <w:rPr>
          <w:b/>
          <w:bCs/>
        </w:rPr>
        <w:t xml:space="preserve">makikipot at mahusay na tinukoy </w:t>
      </w:r>
      <w:r xmlns:w="http://schemas.openxmlformats.org/wordprocessingml/2006/main">
        <w:t xml:space="preserve">na mga river kung saan ang isang maliit na bilang ng mga kumbinasyon ay nangingibabaw sa kalkulasyon; ang mga ito ay hindi gaanong maaasahan kapag ang preflop range at action policy ay halos ganap na nahulaan.</w:t>
      </w:r>
    </w:p>
    <w:p>
      <w:pPr xmlns:w="http://schemas.openxmlformats.org/wordprocessingml/2006/main">
        <w:pStyle w:val="BodyText"/>
      </w:pPr>
      <w:r xmlns:w="http://schemas.openxmlformats.org/wordprocessingml/2006/main">
        <w:rPr>
          <w:b/>
          <w:bCs/>
        </w:rPr>
        <w:t xml:space="preserve">Checkpoint para sa desisyon. </w:t>
      </w:r>
      <w:r xmlns:w="http://schemas.openxmlformats.org/wordprocessingml/2006/main">
        <w:t xml:space="preserve">Sa Q♣8♣3♣7♦2♥, hawak ni Hero ang A♣J♦. Aling pag-aangkin ang tiyak? (A) Ang Hero ang may nut flush; (B) Hindi kayang hawakan ng Kontrabida ang A♣K♣; (C) Hindi kayang hawakan ng Kontrabida ang anumang flush; (D) Nagba-bluff ang Kontrabida. </w:t>
      </w:r>
      <w:r xmlns:w="http://schemas.openxmlformats.org/wordprocessingml/2006/main">
        <w:rPr>
          <w:b/>
          <w:bCs/>
        </w:rPr>
        <w:t xml:space="preserve">B. </w:t>
      </w:r>
      <w:r xmlns:w="http://schemas.openxmlformats.org/wordprocessingml/2006/main">
        <w:t xml:space="preserve">Ang Hero ay may A♣, kaya hindi kayang hawakan ng Kontrabida ang anumang partikular na kamay gamit ang A♣. Walang limang club ang Hero; natitira pa ang iba pang kombinasyon ng dalawang club, at hindi alam ang layunin.</w:t>
      </w:r>
    </w:p>
    <w:bookmarkStart w:id="149" w:name="change-the-conditions-8"/>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Ilipat ang 7♦ ng board sa 7♣. Dahil may apat na club sa board at A♣J♦, ang Hero </w:t>
      </w:r>
      <w:r xmlns:w="http://schemas.openxmlformats.org/wordprocessingml/2006/main">
        <w:rPr>
          <w:b/>
          <w:bCs/>
        </w:rPr>
        <w:t xml:space="preserve">ngayon ay may ace-high flush </w:t>
      </w:r>
      <w:r xmlns:w="http://schemas.openxmlformats.org/wordprocessingml/2006/main">
        <w:t xml:space="preserve">(ang apat na club sa board kasama ang A♣). Ibang-iba na ang showdown hand na iyan. Ang isang maliit na pagbabago sa board ay maaaring magpalit ng isang pure blocker tungo sa mga nagawang nuts; palaging bilangin ang limang pinakamahusay na baraha.</w:t>
      </w:r>
    </w:p>
    <w:p>
      <w:pPr xmlns:w="http://schemas.openxmlformats.org/wordprocessingml/2006/main">
        <w:pStyle w:val="BodyText"/>
      </w:pPr>
      <w:r xmlns:w="http://schemas.openxmlformats.org/wordprocessingml/2006/main">
        <w:rPr>
          <w:b/>
          <w:bCs/>
        </w:rPr>
        <w:t xml:space="preserve">Prinsipyo: </w:t>
      </w:r>
      <w:r xmlns:w="http://schemas.openxmlformats.org/wordprocessingml/2006/main">
        <w:t xml:space="preserve">Mahalaga lamang ang mga blocker sa pamamagitan ng mga kumbinasyon at dalas ng pagtaya na inaalis nila—at hindi maaaring pawalang-bisa ang nawawalang impormasyon.</w:t>
      </w:r>
    </w:p>
    <w:bookmarkEnd w:id="149"/>
    <w:bookmarkEnd w:id="150"/>
    <w:bookmarkStart w:id="157" w:name="chapter-09-six-verified-drills"/>
    <w:p>
      <w:pPr xmlns:w="http://schemas.openxmlformats.org/wordprocessingml/2006/main">
        <w:pStyle w:val="Heading2"/>
      </w:pPr>
      <w:r xmlns:w="http://schemas.openxmlformats.org/wordprocessingml/2006/main">
        <w:t xml:space="preserve">Kabanata 09: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151" w:name="drill-sfft-ms3-09-001"/>
    <w:p>
      <w:pPr xmlns:w="http://schemas.openxmlformats.org/wordprocessingml/2006/main">
        <w:pStyle w:val="Heading3"/>
      </w:pPr>
      <w:r xmlns:w="http://schemas.openxmlformats.org/wordprocessingml/2006/main">
        <w:t xml:space="preserve">Drilling SFFT-MS3-09-001</w:t>
      </w:r>
    </w:p>
    <w:p>
      <w:pPr xmlns:w="http://schemas.openxmlformats.org/wordprocessingml/2006/main">
        <w:pStyle w:val="FirstParagraph"/>
      </w:pPr>
      <w:r xmlns:w="http://schemas.openxmlformats.org/wordprocessingml/2006/main">
        <w:t xml:space="preserve">Sa isang three-club flop, may A♣J♦ ang Hero. Ano ang garantisado?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May flush ang bayani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Walang kontrabida ang kayang humawak ng A♣K♣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Walang flush ang kontrabida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Nagbobola ang kontrabida</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Dahil sa A♣ ng Bayani, imposibleng mahawakan ng eksaktong kalaban ang eksaktong hawak nito.</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Apat na club sa kabuuan ang hindi bumubuo ng flush. - </w:t>
      </w:r>
      <w:r xmlns:w="http://schemas.openxmlformats.org/wordprocessingml/2006/main">
        <w:rPr>
          <w:b/>
          <w:bCs/>
        </w:rPr>
        <w:t xml:space="preserve">C: </w:t>
      </w:r>
      <w:r xmlns:w="http://schemas.openxmlformats.org/wordprocessingml/2006/main">
        <w:t xml:space="preserve">Ang ibang two-club hands ay maaaring gumawa ng flush. - </w:t>
      </w:r>
      <w:r xmlns:w="http://schemas.openxmlformats.org/wordprocessingml/2006/main">
        <w:rPr>
          <w:b/>
          <w:bCs/>
        </w:rPr>
        <w:t xml:space="preserve">D: </w:t>
      </w:r>
      <w:r xmlns:w="http://schemas.openxmlformats.org/wordprocessingml/2006/main">
        <w:t xml:space="preserve">Ang intent ay hindi maaaring mahinuha mula sa isang blocker.</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51"/>
    <w:bookmarkStart w:id="152" w:name="drill-sfft-ms3-09-002"/>
    <w:p>
      <w:pPr xmlns:w="http://schemas.openxmlformats.org/wordprocessingml/2006/main">
        <w:pStyle w:val="Heading3"/>
      </w:pPr>
      <w:r xmlns:w="http://schemas.openxmlformats.org/wordprocessingml/2006/main">
        <w:t xml:space="preserve">Drilling SFFT-MS3-09-002</w:t>
      </w:r>
    </w:p>
    <w:p>
      <w:pPr xmlns:w="http://schemas.openxmlformats.org/wordprocessingml/2006/main">
        <w:pStyle w:val="FirstParagraph"/>
      </w:pPr>
      <w:r xmlns:w="http://schemas.openxmlformats.org/wordprocessingml/2006/main">
        <w:t xml:space="preserve">Ano ang nagpapahalaga sa isang blocker?</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Tinatanggal nito ang mga kumbinasyon na aktwal na lumalabas sa action-weighted range ng kalaban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Mataas ang baraha sa paningin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Nakasuot ng sombrero ang kalaban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Ginagarantiya nito ang fold</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Tanging ang mga kaugnay na kamay at kilos ang nakakaimpluwensya sa EV.</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Hindi sapat ang mataas na ranggo lamang. - </w:t>
      </w:r>
      <w:r xmlns:w="http://schemas.openxmlformats.org/wordprocessingml/2006/main">
        <w:rPr>
          <w:b/>
          <w:bCs/>
        </w:rPr>
        <w:t xml:space="preserve">C: </w:t>
      </w:r>
      <w:r xmlns:w="http://schemas.openxmlformats.org/wordprocessingml/2006/main">
        <w:t xml:space="preserve">Walang kaugnayan ang hitsura sa pisikal na pag-alis. - </w:t>
      </w:r>
      <w:r xmlns:w="http://schemas.openxmlformats.org/wordprocessingml/2006/main">
        <w:rPr>
          <w:b/>
          <w:bCs/>
        </w:rPr>
        <w:t xml:space="preserve">D: </w:t>
      </w:r>
      <w:r xmlns:w="http://schemas.openxmlformats.org/wordprocessingml/2006/main">
        <w:t xml:space="preserve">Hindi dinidikta ng pag-alis ng baraha ang tugon ng kalaban.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52"/>
    <w:bookmarkStart w:id="153" w:name="drill-sfft-ms3-09-003"/>
    <w:p>
      <w:pPr xmlns:w="http://schemas.openxmlformats.org/wordprocessingml/2006/main">
        <w:pStyle w:val="Heading3"/>
      </w:pPr>
      <w:r xmlns:w="http://schemas.openxmlformats.org/wordprocessingml/2006/main">
        <w:t xml:space="preserve">Drilling SFFT-MS3-09-003</w:t>
      </w:r>
    </w:p>
    <w:p>
      <w:pPr xmlns:w="http://schemas.openxmlformats.org/wordprocessingml/2006/main">
        <w:pStyle w:val="FirstParagraph"/>
      </w:pPr>
      <w:r xmlns:w="http://schemas.openxmlformats.org/wordprocessingml/2006/main">
        <w:t xml:space="preserve">Hinaharangan ng isang bluff-catcher ang mga malamang na bluff ng Kontrabida ngunit wala ni isa man sa mga ito ang mahalaga. Ano ang malamang na direksyon?</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Bumubuti ang tawag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Nagiging hindi gaanong kaakit-akit ang tawag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Walang epekto ayon sa kahulugan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Tiyak na may kalokohan ang bayani</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ratio ng halaga/bluff ay nagiging mas mahalaga.</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pagkawala ng mga bluff ay karaniwang nakakabawas sa win share ng Hero. - </w:t>
      </w:r>
      <w:r xmlns:w="http://schemas.openxmlformats.org/wordprocessingml/2006/main">
        <w:rPr>
          <w:b/>
          <w:bCs/>
        </w:rPr>
        <w:t xml:space="preserve">C: </w:t>
      </w:r>
      <w:r xmlns:w="http://schemas.openxmlformats.org/wordprocessingml/2006/main">
        <w:t xml:space="preserve">Ang mga blocker ay maaaring maging mahalaga sa bluff-catching. - </w:t>
      </w:r>
      <w:r xmlns:w="http://schemas.openxmlformats.org/wordprocessingml/2006/main">
        <w:rPr>
          <w:b/>
          <w:bCs/>
        </w:rPr>
        <w:t xml:space="preserve">D: </w:t>
      </w:r>
      <w:r xmlns:w="http://schemas.openxmlformats.org/wordprocessingml/2006/main">
        <w:t xml:space="preserve">Ang pag-alis ng baraha ay hindi ginagawang nuts ang isang hand.</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53"/>
    <w:bookmarkStart w:id="154" w:name="drill-sfft-ms3-09-004"/>
    <w:p>
      <w:pPr xmlns:w="http://schemas.openxmlformats.org/wordprocessingml/2006/main">
        <w:pStyle w:val="Heading3"/>
      </w:pPr>
      <w:r xmlns:w="http://schemas.openxmlformats.org/wordprocessingml/2006/main">
        <w:t xml:space="preserve">Drilling SFFT-MS3-09-004</w:t>
      </w:r>
    </w:p>
    <w:p>
      <w:pPr xmlns:w="http://schemas.openxmlformats.org/wordprocessingml/2006/main">
        <w:pStyle w:val="FirstParagraph"/>
      </w:pPr>
      <w:r xmlns:w="http://schemas.openxmlformats.org/wordprocessingml/2006/main">
        <w:t xml:space="preserve">Bakit ikukumpara ang mga kamay na may parehong ranggo sa showdown sa iba't ibang suit?</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Ang mga suit blocker ay maaaring magbunga ng iba't ibang EV kumpara sa isang range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mga suit ay nagbabago ng ranggo ng pares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isa ay awtomatikong ilegal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dealer ang nagpapalit ng blind</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Maaaring maalis ng parehong ranggo ang iba't ibang hawak ng kalaban.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ranggo ng pares ay hindi nakadepende sa mga suit. - </w:t>
      </w:r>
      <w:r xmlns:w="http://schemas.openxmlformats.org/wordprocessingml/2006/main">
        <w:rPr>
          <w:b/>
          <w:bCs/>
        </w:rPr>
        <w:t xml:space="preserve">C: </w:t>
      </w:r>
      <w:r xmlns:w="http://schemas.openxmlformats.org/wordprocessingml/2006/main">
        <w:t xml:space="preserve">Legal ang iba't ibang suit. - </w:t>
      </w:r>
      <w:r xmlns:w="http://schemas.openxmlformats.org/wordprocessingml/2006/main">
        <w:rPr>
          <w:b/>
          <w:bCs/>
        </w:rPr>
        <w:t xml:space="preserve">D: </w:t>
      </w:r>
      <w:r xmlns:w="http://schemas.openxmlformats.org/wordprocessingml/2006/main">
        <w:t xml:space="preserve">Ang mga blinds sa pagtaya ay walang kaugnayan sa suit ng Bayani.</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54"/>
    <w:bookmarkStart w:id="155" w:name="drill-sfft-ms3-09-005"/>
    <w:p>
      <w:pPr xmlns:w="http://schemas.openxmlformats.org/wordprocessingml/2006/main">
        <w:pStyle w:val="Heading3"/>
      </w:pPr>
      <w:r xmlns:w="http://schemas.openxmlformats.org/wordprocessingml/2006/main">
        <w:t xml:space="preserve">Drilling SFFT-MS3-09-005</w:t>
      </w:r>
    </w:p>
    <w:p>
      <w:pPr xmlns:w="http://schemas.openxmlformats.org/wordprocessingml/2006/main">
        <w:pStyle w:val="FirstParagraph"/>
      </w:pPr>
      <w:r xmlns:w="http://schemas.openxmlformats.org/wordprocessingml/2006/main">
        <w:t xml:space="preserve">Ang Hero at ang board ay magkasamang nagpapakita ng </w:t>
      </w:r>
      <w:r xmlns:w="http://schemas.openxmlformats.org/wordprocessingml/2006/main">
        <w:rPr>
          <w:b/>
          <w:bCs/>
        </w:rPr>
        <w:t xml:space="preserve">1 reyna </w:t>
      </w:r>
      <w:r xmlns:w="http://schemas.openxmlformats.org/wordprocessingml/2006/main">
        <w:t xml:space="preserve">. Ilang eksaktong kombinasyon ng QQ ang kaya pa ring hawak ng Kontrabida?</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3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6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1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4</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Tatlong reyna na lamang ang hindi nakikita, at ang isang pares ay isang hindi nakaayos na pagpipilian ng dalawa: C(3,2) = 3. Bilangin ang mga baraha, hindi ang mga class square.</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Anim na kumbinasyon ng QQ ang umiiral lamang bago maalis ang anumang reyna. - </w:t>
      </w:r>
      <w:r xmlns:w="http://schemas.openxmlformats.org/wordprocessingml/2006/main">
        <w:rPr>
          <w:b/>
          <w:bCs/>
        </w:rPr>
        <w:t xml:space="preserve">C: </w:t>
      </w:r>
      <w:r xmlns:w="http://schemas.openxmlformats.org/wordprocessingml/2006/main">
        <w:t xml:space="preserve">Tatlong kumbinasyon ng QQ ang nalalapat kapag eksaktong isang reyna ang nakikita. - </w:t>
      </w:r>
      <w:r xmlns:w="http://schemas.openxmlformats.org/wordprocessingml/2006/main">
        <w:rPr>
          <w:b/>
          <w:bCs/>
        </w:rPr>
        <w:t xml:space="preserve">D: </w:t>
      </w:r>
      <w:r xmlns:w="http://schemas.openxmlformats.org/wordprocessingml/2006/main">
        <w:t xml:space="preserve">Isang kumbinasyon ang nalalapat kapag eksaktong dalawang reyna ang nakikita.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55"/>
    <w:bookmarkStart w:id="156" w:name="drill-sfft-ms3-09-006"/>
    <w:p>
      <w:pPr xmlns:w="http://schemas.openxmlformats.org/wordprocessingml/2006/main">
        <w:pStyle w:val="Heading3"/>
      </w:pPr>
      <w:r xmlns:w="http://schemas.openxmlformats.org/wordprocessingml/2006/main">
        <w:t xml:space="preserve">Drilling SFFT-MS3-09-006</w:t>
      </w:r>
    </w:p>
    <w:p>
      <w:pPr xmlns:w="http://schemas.openxmlformats.org/wordprocessingml/2006/main">
        <w:pStyle w:val="FirstParagraph"/>
      </w:pPr>
      <w:r xmlns:w="http://schemas.openxmlformats.org/wordprocessingml/2006/main">
        <w:t xml:space="preserve">May </w:t>
      </w:r>
      <w:r xmlns:w="http://schemas.openxmlformats.org/wordprocessingml/2006/main">
        <w:rPr>
          <w:b/>
          <w:bCs/>
        </w:rPr>
        <w:t xml:space="preserve">purong bluff-catcher ang Hero </w:t>
      </w:r>
      <w:r xmlns:w="http://schemas.openxmlformats.org/wordprocessingml/2006/main">
        <w:t xml:space="preserve">sa isang heads-up river. Ang taya ay $100 bago ang $50 na taya. Ang tahasang modelo ng pagtaya ng kontrabida ay may 8 pantay na timbang na kombinasyon ng halaga na tatalo sa Hero at 4 na bluff na tatalo ng Hero, walang tabla o rake. Ano ang mas gusto ng modelong ito?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Tawag, +EV sa nakasaad na modelo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Tiklupin, ang tawag ay −EV sa nakasaad na modelo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Tawag, dahil ang anumang bluff ay ginagawang tama ang pagtawag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Itaas, dahil ang pot odds ay hindi mahalaga</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tawag ay nangangailangan ng 25.00%; Ang bayani ay mananalo ng 4/12=33.33%. EV(tawag)=0.333333×150−0.666667×50=$+16.67. Kaya tawagin ang modelong ito.</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Kinakailangan ng modelo ang paghahambing ng bahagi ng bluff sa eksaktong presyo. - </w:t>
      </w:r>
      <w:r xmlns:w="http://schemas.openxmlformats.org/wordprocessingml/2006/main">
        <w:rPr>
          <w:b/>
          <w:bCs/>
        </w:rPr>
        <w:t xml:space="preserve">C: </w:t>
      </w:r>
      <w:r xmlns:w="http://schemas.openxmlformats.org/wordprocessingml/2006/main">
        <w:t xml:space="preserve">Hindi sapat ang pagkakita ng anumang bluff; maaaring masyadong maliit ang bahagi ng bluff. - </w:t>
      </w:r>
      <w:r xmlns:w="http://schemas.openxmlformats.org/wordprocessingml/2006/main">
        <w:rPr>
          <w:b/>
          <w:bCs/>
        </w:rPr>
        <w:t xml:space="preserve">D: </w:t>
      </w:r>
      <w:r xmlns:w="http://schemas.openxmlformats.org/wordprocessingml/2006/main">
        <w:t xml:space="preserve">Ang pagtaas ay nangangailangan ng hiwalay na pagsusuri ng fold-equity/value, hindi isang pagtanggi na kalkulahin ang isang tawag.</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56"/>
    <w:bookmarkEnd w:id="157"/>
    <w:bookmarkEnd w:id="158"/>
    <w:bookmarkStart w:id="171" w:name="X0f0ab4d90ad6fdf3f2b8b366c4e9d0753ded8d8"/>
    <w:p>
      <w:pPr xmlns:w="http://schemas.openxmlformats.org/wordprocessingml/2006/main">
        <w:pStyle w:val="Heading1"/>
      </w:pPr>
      <w:r xmlns:w="http://schemas.openxmlformats.org/wordprocessingml/2006/main">
        <w:t xml:space="preserve">10. Polarisasyon, Pagsukat ng Taya, at Benepisyo ng Nut</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Nahihinuha kung paano maaaring baguhin ng iba't ibang laki ng taya ang isang saklaw ng pagtaya habang kinikilala ang mga eksepsiyon na partikular sa manlalaro.</w:t>
      </w:r>
    </w:p>
    <w:p>
      <w:pPr xmlns:w="http://schemas.openxmlformats.org/wordprocessingml/2006/main">
        <w:pStyle w:val="BodyText"/>
      </w:pPr>
      <w:r xmlns:w="http://schemas.openxmlformats.org/wordprocessingml/2006/main">
        <w:t xml:space="preserve">Ang isang </w:t>
      </w:r>
      <w:r xmlns:w="http://schemas.openxmlformats.org/wordprocessingml/2006/main">
        <w:rPr>
          <w:b/>
          <w:bCs/>
        </w:rPr>
        <w:t xml:space="preserve">polarized betting range </w:t>
      </w:r>
      <w:r xmlns:w="http://schemas.openxmlformats.org/wordprocessingml/2006/main">
        <w:t xml:space="preserve">ay nakatuon sa mga malalakas na value hands at piling mga bluff, na may medyo kaunting medium-strength holdings. Ang isang </w:t>
      </w:r>
      <w:r xmlns:w="http://schemas.openxmlformats.org/wordprocessingml/2006/main">
        <w:rPr>
          <w:b/>
          <w:bCs/>
        </w:rPr>
        <w:t xml:space="preserve">pinagsamang betting range </w:t>
      </w:r>
      <w:r xmlns:w="http://schemas.openxmlformats.org/wordprocessingml/2006/main">
        <w:t xml:space="preserve">ay maaaring tumaya sa malalakas, katamtamang lakas, at ilang manipis na value hands sa isang tuloy-tuloy na distribusyon. Pumipili ang mga manlalaro ng mga sukat upang maimpluwensyahan kung paano magpapatuloy ang kanilang mga kalaban; ang hitsura ng isang malaking taya ay hindi patunay ng polarization, ngunit ang malalaking taya ay kadalasang ginagawang estratehikong kaakit-akit ang mga partikular na polarized na konstruksyon sa ilalim ng mga balanseng pagpapalagay.</w:t>
      </w:r>
    </w:p>
    <w:p>
      <w:pPr xmlns:w="http://schemas.openxmlformats.org/wordprocessingml/2006/main">
        <w:pStyle w:val="BodyText"/>
      </w:pPr>
      <w:r xmlns:w="http://schemas.openxmlformats.org/wordprocessingml/2006/main">
        <w:t xml:space="preserve">Kung ang isang manlalaro ay tumaya ng $25 sa $100, ang pot odds ng defender ay iba sa mga tumataya ng $200 sa $100. Para sa maliit na taya, ang call ay nangangailangan ng </w:t>
      </w:r>
      <w:r xmlns:w="http://schemas.openxmlformats.org/wordprocessingml/2006/main">
        <w:rPr>
          <w:b/>
          <w:bCs/>
        </w:rPr>
        <w:t xml:space="preserve">25/(100+25+25)=16.67% </w:t>
      </w:r>
      <w:r xmlns:w="http://schemas.openxmlformats.org/wordprocessingml/2006/main">
        <w:t xml:space="preserve">showdown equity. Para sa double-pot bet, ang call ay nangangailangan ng </w:t>
      </w:r>
      <w:r xmlns:w="http://schemas.openxmlformats.org/wordprocessingml/2006/main">
        <w:rPr>
          <w:b/>
          <w:bCs/>
        </w:rPr>
        <w:t xml:space="preserve">200/(100+200+200)=40% </w:t>
      </w:r>
      <w:r xmlns:w="http://schemas.openxmlformats.org/wordprocessingml/2006/main">
        <w:t xml:space="preserve">. Hindi ipinapakita ng mga numerong ito ang saklaw ng taya, ngunit tinutukoy nito ang minimum na bahagi ng mga taya na dapat talunin ng isang purong bluff-catcher.</w:t>
      </w:r>
    </w:p>
    <w:bookmarkStart w:id="159" w:name="polarization-is-a-plan-across-streets"/>
    <w:p>
      <w:pPr xmlns:w="http://schemas.openxmlformats.org/wordprocessingml/2006/main">
        <w:pStyle w:val="Heading2"/>
      </w:pPr>
      <w:r xmlns:w="http://schemas.openxmlformats.org/wordprocessingml/2006/main">
        <w:t xml:space="preserve">Ang polarisasyon ay isang plano sa mga kalye</w:t>
      </w:r>
    </w:p>
    <w:p>
      <w:pPr xmlns:w="http://schemas.openxmlformats.org/wordprocessingml/2006/main">
        <w:pStyle w:val="FirstParagraph"/>
      </w:pPr>
      <w:r xmlns:w="http://schemas.openxmlformats.org/wordprocessingml/2006/main">
        <w:t xml:space="preserve">Ang isang manlalaro na makakapaglagay ng $500 pa sa isang $100 na pot sa turn ay maaaring lumikha ng matinding river leverage. Ang isang manlalaro na may $40 na lamang ang natitira ay hindi maaaring kapani-paniwalang magbanta sa parehong taya sa hinaharap. Samakatuwid, ang lalim ng stack ay bahagi ng kahulugan ng isang malaking taya. Gayundin ang distribusyon ng nut. Sa mga board kung saan ang isang manlalaro ay may maraming kombinasyon ng nut at ang isa ay hindi, ang ilang mga estratehiya sa overbet ay maaaring makatwiran sa istruktura. Laban sa isang kalaban na nag-o-overfold, ang isang bihasang mananaya ay maaaring pumili ng mas maraming bluff. Laban sa isang manlalaro na masyadong madalas tumawag, ang isang hanay na may halaga ay maaaring kumita ng mas malaki.</w:t>
      </w:r>
    </w:p>
    <w:p>
      <w:pPr xmlns:w="http://schemas.openxmlformats.org/wordprocessingml/2006/main">
        <w:pStyle w:val="BodyText"/>
      </w:pPr>
      <w:r xmlns:w="http://schemas.openxmlformats.org/wordprocessingml/2006/main">
        <w:t xml:space="preserve">Ito ay mga prinsipyo ng istratehiyang direksiyonal, hindi mga output ng tagalutas. Ang mga partikular na frequency ay nangangailangan ng mga tinukoy na saklaw at isang modelo ng solusyon.</w:t>
      </w:r>
    </w:p>
    <w:bookmarkEnd w:id="159"/>
    <w:bookmarkStart w:id="160" w:name="range-advantage-versus-nut-advantage"/>
    <w:p>
      <w:pPr xmlns:w="http://schemas.openxmlformats.org/wordprocessingml/2006/main">
        <w:pStyle w:val="Heading2"/>
      </w:pPr>
      <w:r xmlns:w="http://schemas.openxmlformats.org/wordprocessingml/2006/main">
        <w:t xml:space="preserve">Kalamangan sa saklaw kumpara sa kalamangan sa mani</w:t>
      </w:r>
    </w:p>
    <w:p>
      <w:pPr xmlns:w="http://schemas.openxmlformats.org/wordprocessingml/2006/main">
        <w:pStyle w:val="FirstParagraph"/>
      </w:pPr>
      <w:r xmlns:w="http://schemas.openxmlformats.org/wordprocessingml/2006/main">
        <w:t xml:space="preserve">Ipagpalagay na si Manlalaro A ay mayroong maraming kombinasyon ng top-pair habang si Manlalaro B ay mayroong mas maliit na range na may mas maraming straight. Ang Manlalaro A ay maaaring may mas malaking average equity laban sa buong range ni B ngunit maaaring mas madalas na hawak ni Manlalaro B ang mga nuts. Ang laki at dalas ng mga kumikitang taya ay maaaring depende sa parehong katotohanan at kung aling kalaban ang pinapayagang magtaas. Ang 'Mayroon akong range advantage' ay isang hindi kumpletong katwiran para sa pagtaya sa bawat kamay.</w:t>
      </w:r>
    </w:p>
    <w:bookmarkEnd w:id="160"/>
    <w:bookmarkStart w:id="161" w:name="river-indifference-in-a-simple-toy-game"/>
    <w:p>
      <w:pPr xmlns:w="http://schemas.openxmlformats.org/wordprocessingml/2006/main">
        <w:pStyle w:val="Heading2"/>
      </w:pPr>
      <w:r xmlns:w="http://schemas.openxmlformats.org/wordprocessingml/2006/main">
        <w:t xml:space="preserve">Kawalang-bahala sa ilog sa isang simpleng laruang laro</w:t>
      </w:r>
    </w:p>
    <w:p>
      <w:pPr xmlns:w="http://schemas.openxmlformats.org/wordprocessingml/2006/main">
        <w:pStyle w:val="FirstParagraph"/>
      </w:pPr>
      <w:r xmlns:w="http://schemas.openxmlformats.org/wordprocessingml/2006/main">
        <w:t xml:space="preserve">Sa isang heads-up polar river model na walang tabla, ang isang mananaya ay gagawa ng </w:t>
      </w:r>
      <w:r xmlns:w="http://schemas.openxmlformats.org/wordprocessingml/2006/main">
        <w:rPr>
          <w:b/>
          <w:bCs/>
        </w:rPr>
        <w:t xml:space="preserve">taya na kasinglaki ng pot </w:t>
      </w:r>
      <w:r xmlns:w="http://schemas.openxmlformats.org/wordprocessingml/2006/main">
        <w:t xml:space="preserve">na may 20 weighted value combinations na laging nananalo kung tawagin. Kung ang layunin ay gawing walang pakialam ang isang purong bluff-catcher, ang katumbas na bilang ng bluff ay </w:t>
      </w:r>
      <w:r xmlns:w="http://schemas.openxmlformats.org/wordprocessingml/2006/main">
        <w:rPr>
          <w:b/>
          <w:bCs/>
        </w:rPr>
        <w:t xml:space="preserve">10 </w:t>
      </w:r>
      <w:r xmlns:w="http://schemas.openxmlformats.org/wordprocessingml/2006/main">
        <w:t xml:space="preserve">, na nagbibigay sa mga bluff ng bahagi na </w:t>
      </w:r>
      <w:r xmlns:w="http://schemas.openxmlformats.org/wordprocessingml/2006/main">
        <w:rPr>
          <w:b/>
          <w:bCs/>
        </w:rPr>
        <w:t xml:space="preserve">10/30=33.33% </w:t>
      </w:r>
      <w:r xmlns:w="http://schemas.openxmlformats.org/wordprocessingml/2006/main">
        <w:t xml:space="preserve">ng mga taya. Bakit? Ang defender ay tatawag ng isang pot upang manalo sa huling pot na may tatlong pot at nangangailangan ng one-third equity. Dahil ang one-third ng mga taya ay bluff, ang bluff-catcher ay walang pakialam sa pagtawag o pag-fold nang walang ibang epekto.</w:t>
      </w:r>
    </w:p>
    <w:p>
      <w:pPr xmlns:w="http://schemas.openxmlformats.org/wordprocessingml/2006/main">
        <w:pStyle w:val="BodyText"/>
      </w:pPr>
      <w:r xmlns:w="http://schemas.openxmlformats.org/wordprocessingml/2006/main">
        <w:t xml:space="preserve">Ang laruang ekwilibriyo na ito ay hindi isang pangkalahatang instruksyon sa ilog. Ipinapalagay nito na ang mga kamay na may halaga ay laging natatalo ang tagasalo, ang mga bluff ay laging natatalo, walang tabla, walang rake, nakatakdang laki, at walang ikatlong aksyon o mga limitasyon sa early-street. Ang isang aktwal na kalaban ay maaaring tumaya ng ibang komposisyon, at ang pagsasamantala sa mga ito ay nangangahulugan ng pagkilala sa pag-alis.</w:t>
      </w:r>
    </w:p>
    <w:bookmarkEnd w:id="161"/>
    <w:bookmarkStart w:id="163" w:name="X904d3fb8d78da82d8b1675e1b38f7e0975b14ca"/>
    <w:p>
      <w:pPr xmlns:w="http://schemas.openxmlformats.org/wordprocessingml/2006/main">
        <w:pStyle w:val="Heading2"/>
      </w:pPr>
      <w:r xmlns:w="http://schemas.openxmlformats.org/wordprocessingml/2006/main">
        <w:t xml:space="preserve">Ang minimum na dalas ng depensa ay hindi isang tagubilin na tumawag nang walang taros</w:t>
      </w:r>
    </w:p>
    <w:p>
      <w:pPr xmlns:w="http://schemas.openxmlformats.org/wordprocessingml/2006/main">
        <w:pStyle w:val="FirstParagraph"/>
      </w:pPr>
      <w:r xmlns:w="http://schemas.openxmlformats.org/wordprocessingml/2006/main">
        <w:t xml:space="preserve">Ang isang karaniwang teoretikal na sanggunian ay </w:t>
      </w:r>
      <w:r xmlns:w="http://schemas.openxmlformats.org/wordprocessingml/2006/main">
        <w:rPr>
          <w:b/>
          <w:bCs/>
        </w:rPr>
        <w:t xml:space="preserve">MDF = P/(P+B) </w:t>
      </w:r>
      <w:r xmlns:w="http://schemas.openxmlformats.org/wordprocessingml/2006/main">
        <w:t xml:space="preserve">para sa isang single-street bluff sa isang pinasimpleng modelo, kung saan ang P ay ang pot bago ang taya at ang B ay ang bluff bet. Ang isang pot-sized na taya ay nagbibigay ng MDF ng 50%; ang half-pot bet ay nagbibigay ng 66.67%. Ngunit ang equilibrium defending frequency ay hindi katulad ng kinakailangang equity para sa isang </w:t>
      </w:r>
      <w:r xmlns:w="http://schemas.openxmlformats.org/wordprocessingml/2006/main">
        <w:rPr>
          <w:i/>
          <w:iCs/>
        </w:rPr>
        <w:t xml:space="preserve">partikular </w:t>
      </w:r>
      <w:r xmlns:w="http://schemas.openxmlformats.org/wordprocessingml/2006/main">
        <w:t xml:space="preserve">na tawag. Kung ang Villain ay nag-underbluff, ang pag-fold ng mas maraming hands ay maaaring maging kapaki-pakinabang. Huwag ipagkamali ang isang theory benchmark sa isang dokumentadong tendensya ng kalaban.</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Kung tataya ka sa taya na $200 sa isang $100 na pot, ano ang minimum call equity ng Hero (walang tabla/rake)? (A) 25%, (B) 33.33%, (C) 40%, (D) 66.67%. </w:t>
      </w:r>
      <w:r xmlns:w="http://schemas.openxmlformats.org/wordprocessingml/2006/main">
        <w:rPr>
          <w:b/>
          <w:bCs/>
        </w:rPr>
        <w:t xml:space="preserve">C: </w:t>
      </w:r>
      <w:r xmlns:w="http://schemas.openxmlformats.org/wordprocessingml/2006/main">
        <w:t xml:space="preserve">200/(100+200+200)=0.40. Ang B ay para sa taya na kasinglaki ng pot, hindi para sa taya na may dalawang pot.</w:t>
      </w:r>
    </w:p>
    <w:bookmarkStart w:id="162" w:name="change-the-conditions-9"/>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Bawasan ang taya sa $50 at gawing $100. Kailangan na ngayon ng Hero ng 25% equity. Kung ang Kontrabida ay mananatili sa parehong hanay ng pagtaya, mas maraming bluff-catcher ang maaaring kumita. Ngunit maaaring baguhin ng Kontrabida ang </w:t>
      </w:r>
      <w:r xmlns:w="http://schemas.openxmlformats.org/wordprocessingml/2006/main">
        <w:rPr>
          <w:i/>
          <w:iCs/>
        </w:rPr>
        <w:t xml:space="preserve">hanay </w:t>
      </w:r>
      <w:r xmlns:w="http://schemas.openxmlformats.org/wordprocessingml/2006/main">
        <w:t xml:space="preserve">kasabay ng </w:t>
      </w:r>
      <w:r xmlns:w="http://schemas.openxmlformats.org/wordprocessingml/2006/main">
        <w:rPr>
          <w:i/>
          <w:iCs/>
        </w:rPr>
        <w:t xml:space="preserve">laki </w:t>
      </w:r>
      <w:r xmlns:w="http://schemas.openxmlformats.org/wordprocessingml/2006/main">
        <w:t xml:space="preserve">; huwag panatilihing nakapirmi ang isang variable nang hindi sinasabi.</w:t>
      </w:r>
    </w:p>
    <w:p>
      <w:pPr xmlns:w="http://schemas.openxmlformats.org/wordprocessingml/2006/main">
        <w:pStyle w:val="BodyText"/>
      </w:pPr>
      <w:r xmlns:w="http://schemas.openxmlformats.org/wordprocessingml/2006/main">
        <w:rPr>
          <w:b/>
          <w:bCs/>
        </w:rPr>
        <w:t xml:space="preserve">Prinsipyo: </w:t>
      </w:r>
      <w:r xmlns:w="http://schemas.openxmlformats.org/wordprocessingml/2006/main">
        <w:t xml:space="preserve">Ang laki ng taya ang nagtatakda ng presyo. Maaari itong magpahiwatig ng komposisyon ng saklaw, ngunit tanging ang isang modelong nakabatay sa ebidensya ang makakapag-ugnay sa laki ng isang tunay na manlalaro sa kanilang mga hawak na taya.</w:t>
      </w:r>
    </w:p>
    <w:bookmarkEnd w:id="162"/>
    <w:bookmarkEnd w:id="163"/>
    <w:bookmarkStart w:id="170" w:name="chapter-10-six-verified-drills"/>
    <w:p>
      <w:pPr xmlns:w="http://schemas.openxmlformats.org/wordprocessingml/2006/main">
        <w:pStyle w:val="Heading2"/>
      </w:pPr>
      <w:r xmlns:w="http://schemas.openxmlformats.org/wordprocessingml/2006/main">
        <w:t xml:space="preserve">Kabanata 10: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164" w:name="drill-sfft-ms3-10-001"/>
    <w:p>
      <w:pPr xmlns:w="http://schemas.openxmlformats.org/wordprocessingml/2006/main">
        <w:pStyle w:val="Heading3"/>
      </w:pPr>
      <w:r xmlns:w="http://schemas.openxmlformats.org/wordprocessingml/2006/main">
        <w:t xml:space="preserve">Drilling SFFT-MS3-10-001</w:t>
      </w:r>
    </w:p>
    <w:p>
      <w:pPr xmlns:w="http://schemas.openxmlformats.org/wordprocessingml/2006/main">
        <w:pStyle w:val="FirstParagraph"/>
      </w:pPr>
      <w:r xmlns:w="http://schemas.openxmlformats.org/wordprocessingml/2006/main">
        <w:t xml:space="preserve">Ang isang polarized na hanay ng pagtaya ay karaniwang nakatuon sa…</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Malakas na halaga at piling mga bluff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Mga katamtamang pares lamang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Eksaktong magkaparehong suit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Lahat ng posibleng kamay sa pantay na dalas</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mga sukdulan ay kitang-kita kumpara sa mga kamay na nasa katamtamang lakas.</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Maaaring mas gusto ng mga pares na katamtaman ang laki ang mga tseke o mas maliit na sukat. - </w:t>
      </w:r>
      <w:r xmlns:w="http://schemas.openxmlformats.org/wordprocessingml/2006/main">
        <w:rPr>
          <w:b/>
          <w:bCs/>
        </w:rPr>
        <w:t xml:space="preserve">C: </w:t>
      </w:r>
      <w:r xmlns:w="http://schemas.openxmlformats.org/wordprocessingml/2006/main">
        <w:t xml:space="preserve">Hindi tinutukoy ng mga suit ang polarisasyon. - </w:t>
      </w:r>
      <w:r xmlns:w="http://schemas.openxmlformats.org/wordprocessingml/2006/main">
        <w:rPr>
          <w:b/>
          <w:bCs/>
        </w:rPr>
        <w:t xml:space="preserve">D: </w:t>
      </w:r>
      <w:r xmlns:w="http://schemas.openxmlformats.org/wordprocessingml/2006/main">
        <w:t xml:space="preserve">Hindi kailangang pare-pareho ang mga dalas ng taya.</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64"/>
    <w:bookmarkStart w:id="165" w:name="drill-sfft-ms3-10-002"/>
    <w:p>
      <w:pPr xmlns:w="http://schemas.openxmlformats.org/wordprocessingml/2006/main">
        <w:pStyle w:val="Heading3"/>
      </w:pPr>
      <w:r xmlns:w="http://schemas.openxmlformats.org/wordprocessingml/2006/main">
        <w:t xml:space="preserve">Drilling SFFT-MS3-10-002</w:t>
      </w:r>
    </w:p>
    <w:p>
      <w:pPr xmlns:w="http://schemas.openxmlformats.org/wordprocessingml/2006/main">
        <w:pStyle w:val="FirstParagraph"/>
      </w:pPr>
      <w:r xmlns:w="http://schemas.openxmlformats.org/wordprocessingml/2006/main">
        <w:t xml:space="preserve">Ano ang pagkakaiba ng nut at range advantage?</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Ang bentahe ng nut ay tumutukoy sa mga kamay na nasa itaas; ang bentahe ng range ay tumutukoy sa lakas ng buong range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Magkapareho ang ibig sabihin ng mga ito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Parehong nangangahulugang pinakamalalim na stack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Parehong nangangahulugang huling aksyon</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isa ay tungkol sa pinakamalakas na hawak; ang isa naman ay tungkol sa pangkalahatang distribusyon.</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mga ito ay magkakaibang katangiang estratehiko. - </w:t>
      </w:r>
      <w:r xmlns:w="http://schemas.openxmlformats.org/wordprocessingml/2006/main">
        <w:rPr>
          <w:b/>
          <w:bCs/>
        </w:rPr>
        <w:t xml:space="preserve">C: </w:t>
      </w:r>
      <w:r xmlns:w="http://schemas.openxmlformats.org/wordprocessingml/2006/main">
        <w:t xml:space="preserve">Ang mga stack ay magkakahiwalay. - </w:t>
      </w:r>
      <w:r xmlns:w="http://schemas.openxmlformats.org/wordprocessingml/2006/main">
        <w:rPr>
          <w:b/>
          <w:bCs/>
        </w:rPr>
        <w:t xml:space="preserve">D: </w:t>
      </w:r>
      <w:r xmlns:w="http://schemas.openxmlformats.org/wordprocessingml/2006/main">
        <w:t xml:space="preserve">Ang pagkakasunud-sunod ng aksyon lamang ay hindi lumilikha ng alinman sa mga ito.</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65"/>
    <w:bookmarkStart w:id="166" w:name="drill-sfft-ms3-10-003"/>
    <w:p>
      <w:pPr xmlns:w="http://schemas.openxmlformats.org/wordprocessingml/2006/main">
        <w:pStyle w:val="Heading3"/>
      </w:pPr>
      <w:r xmlns:w="http://schemas.openxmlformats.org/wordprocessingml/2006/main">
        <w:t xml:space="preserve">Drilling SFFT-MS3-10-003</w:t>
      </w:r>
    </w:p>
    <w:p>
      <w:pPr xmlns:w="http://schemas.openxmlformats.org/wordprocessingml/2006/main">
        <w:pStyle w:val="FirstParagraph"/>
      </w:pPr>
      <w:r xmlns:w="http://schemas.openxmlformats.org/wordprocessingml/2006/main">
        <w:t xml:space="preserve">Ang isang malaking tawiran ba sa ilog ay nagpapatunay ng polarisasyon?</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Oo, palagi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Hindi; gumamit ng ebidensya ng kalaban at configuration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Online lamang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Kapag ang pot ay wala pang $50</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mga totoong kalaban ay maaaring may hindi pangkaraniwan o pinagsamang saklaw ng pagtaya.</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malaking sukat ay nagpapahiwatig, hindi patunay. - </w:t>
      </w:r>
      <w:r xmlns:w="http://schemas.openxmlformats.org/wordprocessingml/2006/main">
        <w:rPr>
          <w:b/>
          <w:bCs/>
        </w:rPr>
        <w:t xml:space="preserve">C: </w:t>
      </w:r>
      <w:r xmlns:w="http://schemas.openxmlformats.org/wordprocessingml/2006/main">
        <w:t xml:space="preserve">Ang live at online ay parehong nagbibigay-daan sa iba't ibang estratehiya. - </w:t>
      </w:r>
      <w:r xmlns:w="http://schemas.openxmlformats.org/wordprocessingml/2006/main">
        <w:rPr>
          <w:b/>
          <w:bCs/>
        </w:rPr>
        <w:t xml:space="preserve">D: </w:t>
      </w:r>
      <w:r xmlns:w="http://schemas.openxmlformats.org/wordprocessingml/2006/main">
        <w:t xml:space="preserve">Ang ganap na laki ng pot ay hindi ang pangunahing katangian.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66"/>
    <w:bookmarkStart w:id="167" w:name="drill-sfft-ms3-10-004"/>
    <w:p>
      <w:pPr xmlns:w="http://schemas.openxmlformats.org/wordprocessingml/2006/main">
        <w:pStyle w:val="Heading3"/>
      </w:pPr>
      <w:r xmlns:w="http://schemas.openxmlformats.org/wordprocessingml/2006/main">
        <w:t xml:space="preserve">Drilling SFFT-MS3-10-004</w:t>
      </w:r>
    </w:p>
    <w:p>
      <w:pPr xmlns:w="http://schemas.openxmlformats.org/wordprocessingml/2006/main">
        <w:pStyle w:val="FirstParagraph"/>
      </w:pPr>
      <w:r xmlns:w="http://schemas.openxmlformats.org/wordprocessingml/2006/main">
        <w:t xml:space="preserve">Ano ang kalagayan ng MDF laban sa isang manlalarong bihirang mag-bluff?</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Porsyento ng mandatoryong depensa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Teoretikal na pamantayan na maaaring hindi pansinin nang may pakinabang at mapagsamantala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Patunay ng isang panlilinlang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Isang paraan ng pagraranggo gamit ang kamay</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kilos ng kalaban ay maaaring magbigay-katwiran sa mas malalawak na pagtiklop.</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mga rigid MDF call ay maaaring matalo laban sa mga underbluff. - </w:t>
      </w:r>
      <w:r xmlns:w="http://schemas.openxmlformats.org/wordprocessingml/2006/main">
        <w:rPr>
          <w:b/>
          <w:bCs/>
        </w:rPr>
        <w:t xml:space="preserve">C: </w:t>
      </w:r>
      <w:r xmlns:w="http://schemas.openxmlformats.org/wordprocessingml/2006/main">
        <w:t xml:space="preserve">Ang isang theoretical frequency ay hindi nagpapakita ng mga baraha. - </w:t>
      </w:r>
      <w:r xmlns:w="http://schemas.openxmlformats.org/wordprocessingml/2006/main">
        <w:rPr>
          <w:b/>
          <w:bCs/>
        </w:rPr>
        <w:t xml:space="preserve">D: </w:t>
      </w:r>
      <w:r xmlns:w="http://schemas.openxmlformats.org/wordprocessingml/2006/main">
        <w:t xml:space="preserve">Ang MDF ay isang strategic frequency, hindi isang showdown evaluation.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67"/>
    <w:bookmarkStart w:id="168" w:name="drill-sfft-ms3-10-005"/>
    <w:p>
      <w:pPr xmlns:w="http://schemas.openxmlformats.org/wordprocessingml/2006/main">
        <w:pStyle w:val="Heading3"/>
      </w:pPr>
      <w:r xmlns:w="http://schemas.openxmlformats.org/wordprocessingml/2006/main">
        <w:t xml:space="preserve">Drilling SFFT-MS3-10-005</w:t>
      </w:r>
    </w:p>
    <w:p>
      <w:pPr xmlns:w="http://schemas.openxmlformats.org/wordprocessingml/2006/main">
        <w:pStyle w:val="FirstParagraph"/>
      </w:pPr>
      <w:r xmlns:w="http://schemas.openxmlformats.org/wordprocessingml/2006/main">
        <w:t xml:space="preserve">Sa </w:t>
      </w:r>
      <w:r xmlns:w="http://schemas.openxmlformats.org/wordprocessingml/2006/main">
        <w:rPr>
          <w:b/>
          <w:bCs/>
        </w:rPr>
        <w:t xml:space="preserve">pinasimpleng single-street equilibrium model </w:t>
      </w:r>
      <w:r xmlns:w="http://schemas.openxmlformats.org/wordprocessingml/2006/main">
        <w:t xml:space="preserve">, isinasapanganib ng Kontrabida ang $60 na pagbluffing at maging $200. Ano ang minimum defense frequency benchmark (MDF) ng defender?</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76.92%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18.75%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23.08%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68.92%</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MDF = P/(P+B)=200/(200+60)=76.92%. Ito ay isang </w:t>
      </w:r>
      <w:r xmlns:w="http://schemas.openxmlformats.org/wordprocessingml/2006/main">
        <w:rPr>
          <w:i/>
          <w:iCs/>
        </w:rPr>
        <w:t xml:space="preserve">teoretikal na batayan </w:t>
      </w:r>
      <w:r xmlns:w="http://schemas.openxmlformats.org/wordprocessingml/2006/main">
        <w:t xml:space="preserve">, hindi isang tuntunin na gamitin ito nang madalas laban sa isang manlalarong mahina ang pag-iisip.</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Ito ay isang partikular na call-equity threshold, hindi ang MDF. - </w:t>
      </w:r>
      <w:r xmlns:w="http://schemas.openxmlformats.org/wordprocessingml/2006/main">
        <w:rPr>
          <w:b/>
          <w:bCs/>
        </w:rPr>
        <w:t xml:space="preserve">C: </w:t>
      </w:r>
      <w:r xmlns:w="http://schemas.openxmlformats.org/wordprocessingml/2006/main">
        <w:t xml:space="preserve">Ito ang purong bluff break-even fold frequency, hindi ang MDF. - </w:t>
      </w:r>
      <w:r xmlns:w="http://schemas.openxmlformats.org/wordprocessingml/2006/main">
        <w:rPr>
          <w:b/>
          <w:bCs/>
        </w:rPr>
        <w:t xml:space="preserve">D: </w:t>
      </w:r>
      <w:r xmlns:w="http://schemas.openxmlformats.org/wordprocessingml/2006/main">
        <w:t xml:space="preserve">Ito ang complement o isang generic fraction.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68"/>
    <w:bookmarkStart w:id="169" w:name="drill-sfft-ms3-10-006"/>
    <w:p>
      <w:pPr xmlns:w="http://schemas.openxmlformats.org/wordprocessingml/2006/main">
        <w:pStyle w:val="Heading3"/>
      </w:pPr>
      <w:r xmlns:w="http://schemas.openxmlformats.org/wordprocessingml/2006/main">
        <w:t xml:space="preserve">Drilling SFFT-MS3-10-006</w:t>
      </w:r>
    </w:p>
    <w:p>
      <w:pPr xmlns:w="http://schemas.openxmlformats.org/wordprocessingml/2006/main">
        <w:pStyle w:val="FirstParagraph"/>
      </w:pPr>
      <w:r xmlns:w="http://schemas.openxmlformats.org/wordprocessingml/2006/main">
        <w:t xml:space="preserve">Isinasaalang-alang ng Hero ang isang </w:t>
      </w:r>
      <w:r xmlns:w="http://schemas.openxmlformats.org/wordprocessingml/2006/main">
        <w:rPr>
          <w:b/>
          <w:bCs/>
        </w:rPr>
        <w:t xml:space="preserve">zero-showdown-value </w:t>
      </w:r>
      <w:r xmlns:w="http://schemas.openxmlformats.org/wordprocessingml/2006/main">
        <w:t xml:space="preserve">river bluff na $80 para sa isang $100 na pot. Maaaring mag-fold o mag-call ang kontrabida at talunin si Hero. Anong fold frequency ang magpapa-break even sa bluff, bago ang rake?</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44.44%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30.77%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80.00%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55.56%</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EV(bluff) = f×$100 − (1−f)×$80. Lutasin ang EV=0: f=80/(100+80) = 44.44%.</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Ito ay isang </w:t>
      </w:r>
      <w:r xmlns:w="http://schemas.openxmlformats.org/wordprocessingml/2006/main">
        <w:rPr>
          <w:i/>
          <w:iCs/>
        </w:rPr>
        <w:t xml:space="preserve">call </w:t>
      </w:r>
      <w:r xmlns:w="http://schemas.openxmlformats.org/wordprocessingml/2006/main">
        <w:t xml:space="preserve">equity equation, hindi isang zero-equity bluff threshold. - </w:t>
      </w:r>
      <w:r xmlns:w="http://schemas.openxmlformats.org/wordprocessingml/2006/main">
        <w:rPr>
          <w:b/>
          <w:bCs/>
        </w:rPr>
        <w:t xml:space="preserve">C: </w:t>
      </w:r>
      <w:r xmlns:w="http://schemas.openxmlformats.org/wordprocessingml/2006/main">
        <w:t xml:space="preserve">Hindi nito nalalampasan ang opportunity cost ng taya. - </w:t>
      </w:r>
      <w:r xmlns:w="http://schemas.openxmlformats.org/wordprocessingml/2006/main">
        <w:rPr>
          <w:b/>
          <w:bCs/>
        </w:rPr>
        <w:t xml:space="preserve">D: </w:t>
      </w:r>
      <w:r xmlns:w="http://schemas.openxmlformats.org/wordprocessingml/2006/main">
        <w:t xml:space="preserve">Ito ang complement o isang hindi kaugnay na frequency.</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69"/>
    <w:bookmarkEnd w:id="170"/>
    <w:bookmarkEnd w:id="171"/>
    <w:bookmarkStart w:id="185" w:name="weighted-ranges-and-evidence-quality"/>
    <w:p>
      <w:pPr xmlns:w="http://schemas.openxmlformats.org/wordprocessingml/2006/main">
        <w:pStyle w:val="Heading1"/>
      </w:pPr>
      <w:r xmlns:w="http://schemas.openxmlformats.org/wordprocessingml/2006/main">
        <w:t xml:space="preserve">11. Mga Tinimbang na Saklaw at Kalidad ng Ebidensya</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Bumuo ng mga transparent na timbang ng probabilidad, isaalang-alang ang limitadong ebidensya, at maiwasan ang maling katumpakan.</w:t>
      </w:r>
    </w:p>
    <w:p>
      <w:pPr xmlns:w="http://schemas.openxmlformats.org/wordprocessingml/2006/main">
        <w:pStyle w:val="BodyText"/>
      </w:pPr>
      <w:r xmlns:w="http://schemas.openxmlformats.org/wordprocessingml/2006/main">
        <w:t xml:space="preserve">Nakakaakit ang eksaktong bilang ng mga kombinasyon dahil mapapatunayan ang mga ito. Mas mahirap timbangin ang mga kombinasyong iyon. Dapat mong tantyahin kung gaano kadalas binubuksan ito ng isang manlalaro, tinatawag ang isang three-bet, tumataya ng flop, nag-check-raise ng turn, o nag-bluff sa isang partikular na river. Minsan mayroon kang database at isang malaking sample sa mga maihahambing na lugar. Minsan ay mayroon ka lamang ilang natatandaang showdown. Ang isang tapat na aklat sa poker ay nagtuturo sa mga mambabasa na makilala ang mga sitwasyong iyon at gumawa ng mas maliliit na pangako kapag ang kanilang tantiya sa saklaw ay marupok.</w:t>
      </w:r>
    </w:p>
    <w:bookmarkStart w:id="172" w:name="the-conditional-probability-structure"/>
    <w:p>
      <w:pPr xmlns:w="http://schemas.openxmlformats.org/wordprocessingml/2006/main">
        <w:pStyle w:val="Heading2"/>
      </w:pPr>
      <w:r xmlns:w="http://schemas.openxmlformats.org/wordprocessingml/2006/main">
        <w:t xml:space="preserve">Ang istrukturang kondisyonal na probabilidad</w:t>
      </w:r>
    </w:p>
    <w:p>
      <w:pPr xmlns:w="http://schemas.openxmlformats.org/wordprocessingml/2006/main">
        <w:pStyle w:val="FirstParagraph"/>
      </w:pPr>
      <w:r xmlns:w="http://schemas.openxmlformats.org/wordprocessingml/2006/main">
        <w:t xml:space="preserve">Ipagpalagay na ang isang kalaban ay may labindalawang posibleng kombinasyon ng malakas na halaga at walong posibleng kombinasyon ng bluff sa river. Bago obserbahan ang isang taya, ipagpalagay na lahat ay pantay ang timbang. Ipagpalagay din na ang manlalaro ay tumataya sa value hands ng 75% ng oras at sa bluffs ng 25% ng oras. Ang naobserbahang hanay ng pagtaya ay magiging 9 na weighted value at 2 weighted bluffs. Ang bluff share ng hanay ng </w:t>
      </w:r>
      <w:r xmlns:w="http://schemas.openxmlformats.org/wordprocessingml/2006/main">
        <w:rPr>
          <w:b/>
          <w:bCs/>
        </w:rPr>
        <w:t xml:space="preserve">pagtaya </w:t>
      </w:r>
      <w:r xmlns:w="http://schemas.openxmlformats.org/wordprocessingml/2006/main">
        <w:t xml:space="preserve">ay </w:t>
      </w:r>
      <w:r xmlns:w="http://schemas.openxmlformats.org/wordprocessingml/2006/main">
        <w:rPr>
          <w:b/>
          <w:bCs/>
        </w:rPr>
        <w:t xml:space="preserve">2/11 ≈ 18.18% </w:t>
      </w:r>
      <w:r xmlns:w="http://schemas.openxmlformats.org/wordprocessingml/2006/main">
        <w:t xml:space="preserve">. Kung sa halip ay tumaya sila ng bluffs ng 100% at may halagang 50%, ang hanay ng pagtaya ay magiging 6 na halaga kasama ang 8 bluffs, ibig sabihin ay </w:t>
      </w:r>
      <w:r xmlns:w="http://schemas.openxmlformats.org/wordprocessingml/2006/main">
        <w:rPr>
          <w:b/>
          <w:bCs/>
        </w:rPr>
        <w:t xml:space="preserve">8/14 ≈ 57.14% </w:t>
      </w:r>
      <w:r xmlns:w="http://schemas.openxmlformats.org/wordprocessingml/2006/main">
        <w:t xml:space="preserve">ng mga taya ay bluffs.</w:t>
      </w:r>
    </w:p>
    <w:p>
      <w:pPr xmlns:w="http://schemas.openxmlformats.org/wordprocessingml/2006/main">
        <w:pStyle w:val="BodyText"/>
      </w:pPr>
      <w:r xmlns:w="http://schemas.openxmlformats.org/wordprocessingml/2006/main">
        <w:t xml:space="preserve">Hindi nagbago ang mga unang bilang ng combo. Tanging ang patakaran sa ipinapalagay na aksyon lamang ang nagbago. Ito ay isang simpleng anyo ng Bayesian updateing: ang mga hypotheses ay nagiging mas malamang o mas maliit ang posibilidad na proporsyonal sa kung gaano kalakas ang kanilang paghula sa naobserbahan.</w:t>
      </w:r>
    </w:p>
    <w:bookmarkEnd w:id="172"/>
    <w:bookmarkStart w:id="174" w:name="X8e2438aa36c480b67b83b65bc266bc308ea7eb8"/>
    <w:p>
      <w:pPr xmlns:w="http://schemas.openxmlformats.org/wordprocessingml/2006/main">
        <w:pStyle w:val="Heading2"/>
      </w:pPr>
      <w:r xmlns:w="http://schemas.openxmlformats.org/wordprocessingml/2006/main">
        <w:t xml:space="preserve">Mga laki ng sample: bakit hindi sapat ang 'tatlo sa apat'</w:t>
      </w:r>
    </w:p>
    <w:p>
      <w:pPr xmlns:w="http://schemas.openxmlformats.org/wordprocessingml/2006/main">
        <w:pStyle w:val="FirstParagraph"/>
      </w:pPr>
      <w:r xmlns:w="http://schemas.openxmlformats.org/wordprocessingml/2006/main">
        <w:t xml:space="preserve">Ipagpalagay na nakakita ka na ng isang kalaban na nag-bluff nang tatlong beses sa apat </w:t>
      </w:r>
      <w:r xmlns:w="http://schemas.openxmlformats.org/wordprocessingml/2006/main">
        <w:rPr>
          <w:i/>
          <w:iCs/>
        </w:rPr>
        <w:t xml:space="preserve">na ipinakitang </w:t>
      </w:r>
      <w:r xmlns:w="http://schemas.openxmlformats.org/wordprocessingml/2006/main">
        <w:t xml:space="preserve">river bets. Ibig sabihin ba nito ay 75% ng kanilang mga river bets ay bluffs? Hindi naman kinakailangan. Mayroon kang napiling sample kung aling mga kamay ang umabot sa showdown, gaano kadalas tinawag ng kalaban, kung ang mga spots ay magkapareho, at kung nagbago ang kilos ng kalaban pagkatapos maobserbahan. Ang ipinapakitang bluff frequency mula sa isang maliit na sample ay dapat na i-annotate bilang lubos na hindi tiyak, hindi inilalathala bilang isang personal na katotohanan.</w:t>
      </w:r>
    </w:p>
    <w:p>
      <w:pPr xmlns:w="http://schemas.openxmlformats.org/wordprocessingml/2006/main">
        <w:pStyle w:val="BodyText"/>
      </w:pPr>
      <w:r xmlns:w="http://schemas.openxmlformats.org/wordprocessingml/2006/main">
        <w:t xml:space="preserve">Ang isang simpleng smoothing device ay ang magsimula sa isang hypothetical Beta(2,2) prior para sa isang generic </w:t>
      </w:r>
      <w:r xmlns:w="http://schemas.openxmlformats.org/wordprocessingml/2006/main">
        <w:rPr>
          <w:i/>
          <w:iCs/>
        </w:rPr>
        <w:t xml:space="preserve">binary behavior </w:t>
      </w:r>
      <w:r xmlns:w="http://schemas.openxmlformats.org/wordprocessingml/2006/main">
        <w:t xml:space="preserve">, pagkatapos ay i-update pagkatapos ng k success sa n maihahambing na naobserbahang opportunities. Ang posterior mean ay </w:t>
      </w:r>
      <w:r xmlns:w="http://schemas.openxmlformats.org/wordprocessingml/2006/main">
        <w:rPr>
          <w:b/>
          <w:bCs/>
        </w:rPr>
        <w:t xml:space="preserve">(k+2)/(n+4) </w:t>
      </w:r>
      <w:r xmlns:w="http://schemas.openxmlformats.org/wordprocessingml/2006/main">
        <w:t xml:space="preserve">. Para sa tatlong success sa apat, ito ay magbubunga ng </w:t>
      </w:r>
      <w:r xmlns:w="http://schemas.openxmlformats.org/wordprocessingml/2006/main">
        <w:rPr>
          <w:b/>
          <w:bCs/>
        </w:rPr>
        <w:t xml:space="preserve">5/8=62.5% </w:t>
      </w:r>
      <w:r xmlns:w="http://schemas.openxmlformats.org/wordprocessingml/2006/main">
        <w:t xml:space="preserve">, mas mababa sa 75%. Hindi nito mahiwagang itinatama ang selection bias at hindi isang napatunayang behavioral prior para sa mga kalaban sa poker. Ito ay isang demonstrasyon kung bakit ang mga pagtatantya mula sa maliliit na sample ay nararapat sa shrinkage at uncertainty ranges.</w:t>
      </w:r>
    </w:p>
    <w:bookmarkStart w:id="173" w:name="X9d0b6d70c0c548fd30dc64e946a7cbaa5a3c836"/>
    <w:p>
      <w:pPr xmlns:w="http://schemas.openxmlformats.org/wordprocessingml/2006/main">
        <w:pStyle w:val="Heading3"/>
      </w:pPr>
      <w:r xmlns:w="http://schemas.openxmlformats.org/wordprocessingml/2006/main">
        <w:t xml:space="preserve">Bakit mas mayaman ang isang kasaysayan ng kamay kaysa sa porsyento ng HUD</w:t>
      </w:r>
    </w:p>
    <w:p>
      <w:pPr xmlns:w="http://schemas.openxmlformats.org/wordprocessingml/2006/main">
        <w:pStyle w:val="FirstParagraph"/>
      </w:pPr>
      <w:r xmlns:w="http://schemas.openxmlformats.org/wordprocessingml/2006/main">
        <w:t xml:space="preserve">Maaaring maitala ng isang buod na istatistika na ang isang manlalaro ay may 12% na three-bet rate. Mas nakapagbibigay-kaalaman ito kaysa sa isang insidente, ngunit hindi pa rin kumpleto kung walang seat, stack, format, uri ng kalaban, sample, at rake. Ang isang manlalaro ay maaaring mag-three-bet nang malaki mula sa blinds laban sa button opens at bihira mula sa early position laban sa UTG raise. Ang pagsasama-sama ng mga ito sa isang porsyento ay nagtatago ng mga pangyayari na tumutukoy sa kanilang mga saklaw.</w:t>
      </w:r>
    </w:p>
    <w:bookmarkEnd w:id="173"/>
    <w:bookmarkEnd w:id="174"/>
    <w:bookmarkStart w:id="175" w:name="a-practical-confidence-scale"/>
    <w:p>
      <w:pPr xmlns:w="http://schemas.openxmlformats.org/wordprocessingml/2006/main">
        <w:pStyle w:val="Heading2"/>
      </w:pPr>
      <w:r xmlns:w="http://schemas.openxmlformats.org/wordprocessingml/2006/main">
        <w:t xml:space="preserve">Isang praktikal na sukatan ng kumpiyansa</w:t>
      </w:r>
    </w:p>
    <w:p>
      <w:pPr xmlns:w="http://schemas.openxmlformats.org/wordprocessingml/2006/main">
        <w:pStyle w:val="Compact"/>
        <w:numPr>
          <w:ilvl w:val="0"/>
          <w:numId w:val="1010"/>
        </w:numPr>
      </w:pPr>
      <w:r xmlns:w="http://schemas.openxmlformats.org/wordprocessingml/2006/main">
        <w:rPr>
          <w:b/>
          <w:bCs/>
        </w:rPr>
        <w:t xml:space="preserve">Isang anekdota na walang ipinakitang kamay </w:t>
      </w:r>
      <w:r xmlns:w="http://schemas.openxmlformats.org/wordprocessingml/2006/main">
        <w:t xml:space="preserve">— Iminumungkahing etiketa ng kumpiyansa: Napakababa; Angkop na gamit: Bumuo lamang ng mga hipotesis</w:t>
      </w:r>
    </w:p>
    <w:p>
      <w:pPr xmlns:w="http://schemas.openxmlformats.org/wordprocessingml/2006/main">
        <w:pStyle w:val="Compact"/>
        <w:numPr>
          <w:ilvl w:val="0"/>
          <w:numId w:val="1010"/>
        </w:numPr>
      </w:pPr>
      <w:r xmlns:w="http://schemas.openxmlformats.org/wordprocessingml/2006/main">
        <w:rPr>
          <w:b/>
          <w:bCs/>
        </w:rPr>
        <w:t xml:space="preserve">Ilang maihahambing na sitwasyon </w:t>
      </w:r>
      <w:r xmlns:w="http://schemas.openxmlformats.org/wordprocessingml/2006/main">
        <w:t xml:space="preserve">— Iminumungkahing label ng kumpiyansa: Mababa hanggang katamtaman; Angkop na paggamit: Maliliit na pagsasaayos; subaybayan ang karagdagang ebidensya</w:t>
      </w:r>
    </w:p>
    <w:p>
      <w:pPr xmlns:w="http://schemas.openxmlformats.org/wordprocessingml/2006/main">
        <w:pStyle w:val="Compact"/>
        <w:numPr>
          <w:ilvl w:val="0"/>
          <w:numId w:val="1010"/>
        </w:numPr>
      </w:pPr>
      <w:r xmlns:w="http://schemas.openxmlformats.org/wordprocessingml/2006/main">
        <w:rPr>
          <w:b/>
          <w:bCs/>
        </w:rPr>
        <w:t xml:space="preserve">Maraming maihahambing na pagkakataon at mga showdown </w:t>
      </w:r>
      <w:r xmlns:w="http://schemas.openxmlformats.org/wordprocessingml/2006/main">
        <w:t xml:space="preserve">— Iminumungkahing label ng kumpiyansa: Katamtaman hanggang mas malakas; Angkop na paggamit: Mas malaking pagbibigay-timbang, may kawalang-katiyakan pa rin</w:t>
      </w:r>
    </w:p>
    <w:p>
      <w:pPr xmlns:w="http://schemas.openxmlformats.org/wordprocessingml/2006/main">
        <w:pStyle w:val="Compact"/>
        <w:numPr>
          <w:ilvl w:val="0"/>
          <w:numId w:val="1010"/>
        </w:numPr>
      </w:pPr>
      <w:r xmlns:w="http://schemas.openxmlformats.org/wordprocessingml/2006/main">
        <w:rPr>
          <w:b/>
          <w:bCs/>
        </w:rPr>
        <w:t xml:space="preserve">Na-validate na configuration ng database/solver </w:t>
      </w:r>
      <w:r xmlns:w="http://schemas.openxmlformats.org/wordprocessingml/2006/main">
        <w:t xml:space="preserve">— Iminumungkahing confidence label: Depende sa kakayahang magamit; Angkop na paggamit: Sangguniang modelo, hindi patunay ng aksyon ng manlalarong ito sa hinaharap</w:t>
      </w:r>
    </w:p>
    <w:p>
      <w:pPr xmlns:w="http://schemas.openxmlformats.org/wordprocessingml/2006/main">
        <w:pStyle w:val="FirstParagraph"/>
      </w:pPr>
      <w:r xmlns:w="http://schemas.openxmlformats.org/wordprocessingml/2006/main">
        <w:t xml:space="preserve">Ito ay isang gabay na editoryal, hindi isang garantiyang pang-estadistika. Dapat mong iulat </w:t>
      </w:r>
      <w:r xmlns:w="http://schemas.openxmlformats.org/wordprocessingml/2006/main">
        <w:rPr>
          <w:i/>
          <w:iCs/>
        </w:rPr>
        <w:t xml:space="preserve">kung paano </w:t>
      </w:r>
      <w:r xmlns:w="http://schemas.openxmlformats.org/wordprocessingml/2006/main">
        <w:t xml:space="preserve">tinantya ang isang numero, hindi itago ang mga pagpapalagay sa isang porsyento.</w:t>
      </w:r>
    </w:p>
    <w:bookmarkEnd w:id="175"/>
    <w:bookmarkStart w:id="177" w:name="sensitivity-before-confidence"/>
    <w:p>
      <w:pPr xmlns:w="http://schemas.openxmlformats.org/wordprocessingml/2006/main">
        <w:pStyle w:val="Heading2"/>
      </w:pPr>
      <w:r xmlns:w="http://schemas.openxmlformats.org/wordprocessingml/2006/main">
        <w:t xml:space="preserve">Sensitibo bago ang kumpiyansa</w:t>
      </w:r>
    </w:p>
    <w:p>
      <w:pPr xmlns:w="http://schemas.openxmlformats.org/wordprocessingml/2006/main">
        <w:pStyle w:val="FirstParagraph"/>
      </w:pPr>
      <w:r xmlns:w="http://schemas.openxmlformats.org/wordprocessingml/2006/main">
        <w:t xml:space="preserve">Ang isang tawag na kumikita ng isang sentimo sa isang modelo na may daan-daang hindi tiyak na timbang ng kombinasyon ay hindi dapat ituring na isang kapana-panabik na pagsasamantala. Muling kalkulahin pagkatapos dagdagan ang mga dalas ng halaga ng 10%, hatiin ang mga dalas ng bluff sa kalahati, at isama ang rake. Kung paulit-ulit na magbago ang sagot, dapat kilalanin ng manlalaro ang isang desisyon na malapit na sa halip na isaulo ang isang rekomendasyon.</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Naobserbahan mo ang isang river bluff sa showdown at walang ibang ipinakitang maihahambing na kamay. Ano ang pinakamahusay na hinuha? (A) Na-bluff ng manlalaro ang 100% ng mga taya sa river; (B) </w:t>
      </w:r>
      <w:r xmlns:w="http://schemas.openxmlformats.org/wordprocessingml/2006/main">
        <w:rPr>
          <w:i/>
          <w:iCs/>
        </w:rPr>
        <w:t xml:space="preserve">maaaring </w:t>
      </w:r>
      <w:r xmlns:w="http://schemas.openxmlformats.org/wordprocessingml/2006/main">
        <w:t xml:space="preserve">mag-bluff ang manlalaro kahit man lang sa naobserbahang kontekstong ito; (C) tawagin ang bawat malaking taya; (D) ipagpalagay na balanse ang paglalaro. </w:t>
      </w:r>
      <w:r xmlns:w="http://schemas.openxmlformats.org/wordprocessingml/2006/main">
        <w:rPr>
          <w:b/>
          <w:bCs/>
        </w:rPr>
        <w:t xml:space="preserve">B. </w:t>
      </w:r>
      <w:r xmlns:w="http://schemas.openxmlformats.org/wordprocessingml/2006/main">
        <w:t xml:space="preserve">Ang isang naobserbahang bluff ay nagpapatunay ng posibilidad, hindi ng dalas.</w:t>
      </w:r>
    </w:p>
    <w:bookmarkStart w:id="176" w:name="change-the-conditions-10"/>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Kalaunan ay makakakita ka ng isang malaking hanay ng maihahambing na mga oportunidad sa ilog, na may sapat na ipinakitang mga kamay at maingat na paghihinuha ng saklaw upang matantya ang distribusyon. Gamitin ang mga datos na iyon upang i-update ang modelo, ngunit panatilihing nakikita ang kawalan ng katiyakan at ang mekanismo ng pagpili. Ang disiplinang iyon ay isang mas matibay na kalamangan kaysa sa kumpiyansa sa teatro.</w:t>
      </w:r>
    </w:p>
    <w:p>
      <w:pPr xmlns:w="http://schemas.openxmlformats.org/wordprocessingml/2006/main">
        <w:pStyle w:val="BodyText"/>
      </w:pPr>
      <w:r xmlns:w="http://schemas.openxmlformats.org/wordprocessingml/2006/main">
        <w:rPr>
          <w:b/>
          <w:bCs/>
        </w:rPr>
        <w:t xml:space="preserve">Pangunahing prinsipyo: </w:t>
      </w:r>
      <w:r xmlns:w="http://schemas.openxmlformats.org/wordprocessingml/2006/main">
        <w:t xml:space="preserve">Kung mas mabuti ang ebidensya, mas malakas ang maaaring pagtimbangin sa mga probabilidad. Ang katumpakan na walang ebidensya ay isa lamang mas detalyadong hula.</w:t>
      </w:r>
    </w:p>
    <w:bookmarkEnd w:id="176"/>
    <w:bookmarkEnd w:id="177"/>
    <w:bookmarkStart w:id="184" w:name="chapter-11-six-verified-drills"/>
    <w:p>
      <w:pPr xmlns:w="http://schemas.openxmlformats.org/wordprocessingml/2006/main">
        <w:pStyle w:val="Heading2"/>
      </w:pPr>
      <w:r xmlns:w="http://schemas.openxmlformats.org/wordprocessingml/2006/main">
        <w:t xml:space="preserve">Kabanata 11: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178" w:name="drill-sfft-ms3-11-001"/>
    <w:p>
      <w:pPr xmlns:w="http://schemas.openxmlformats.org/wordprocessingml/2006/main">
        <w:pStyle w:val="Heading3"/>
      </w:pPr>
      <w:r xmlns:w="http://schemas.openxmlformats.org/wordprocessingml/2006/main">
        <w:t xml:space="preserve">Drilling SFFT-MS3-11-001</w:t>
      </w:r>
    </w:p>
    <w:p>
      <w:pPr xmlns:w="http://schemas.openxmlformats.org/wordprocessingml/2006/main">
        <w:pStyle w:val="FirstParagraph"/>
      </w:pPr>
      <w:r xmlns:w="http://schemas.openxmlformats.org/wordprocessingml/2006/main">
        <w:t xml:space="preserve">Aling ebidensya ang pinakanagbibigay-katwiran sa isang may kumpiyansang pagbasa ng tiyak na saklaw?</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Isang mapanlikhang bluff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Malaki at maihahambing, maingat na naitala na datos ng aksyon-at-showdown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Edad ng kalaban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Isang matagumpay na tawag</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Sinusuportahan ng mga maihahambing na obserbasyon ang mas maipagtatanggol na mga timbang.</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Ang maliliit at dramatikong mga sample ay hindi matatag. - </w:t>
      </w:r>
      <w:r xmlns:w="http://schemas.openxmlformats.org/wordprocessingml/2006/main">
        <w:rPr>
          <w:b/>
          <w:bCs/>
        </w:rPr>
        <w:t xml:space="preserve">C: </w:t>
      </w:r>
      <w:r xmlns:w="http://schemas.openxmlformats.org/wordprocessingml/2006/main">
        <w:t xml:space="preserve">Ang edad ay hindi isang istatistika ng dalas. - </w:t>
      </w:r>
      <w:r xmlns:w="http://schemas.openxmlformats.org/wordprocessingml/2006/main">
        <w:rPr>
          <w:b/>
          <w:bCs/>
        </w:rPr>
        <w:t xml:space="preserve">D: </w:t>
      </w:r>
      <w:r xmlns:w="http://schemas.openxmlformats.org/wordprocessingml/2006/main">
        <w:t xml:space="preserve">Ang isang matagumpay na resulta ay maaaring swerte.</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78"/>
    <w:bookmarkStart w:id="179" w:name="drill-sfft-ms3-11-002"/>
    <w:p>
      <w:pPr xmlns:w="http://schemas.openxmlformats.org/wordprocessingml/2006/main">
        <w:pStyle w:val="Heading3"/>
      </w:pPr>
      <w:r xmlns:w="http://schemas.openxmlformats.org/wordprocessingml/2006/main">
        <w:t xml:space="preserve">Drilling SFFT-MS3-11-002</w:t>
      </w:r>
    </w:p>
    <w:p>
      <w:pPr xmlns:w="http://schemas.openxmlformats.org/wordprocessingml/2006/main">
        <w:pStyle w:val="FirstParagraph"/>
      </w:pPr>
      <w:r xmlns:w="http://schemas.openxmlformats.org/wordprocessingml/2006/main">
        <w:t xml:space="preserve">Ano ang selected-showdown bias?</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Ilan lamang sa mga river bet ang nagpapakita ng mga baraha, na nagpapabago sa naobserbahang bluff frequency.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Itinatapon ng dealer ang isang baraha </w:t>
      </w:r>
      <w:r xmlns:w="http://schemas.openxmlformats.org/wordprocessingml/2006/main">
        <w:br xmlns:w="http://schemas.openxmlformats.org/wordprocessingml/2006/main"/>
      </w:r>
      <w:r xmlns:w="http://schemas.openxmlformats.org/wordprocessingml/2006/main">
        <w:rPr>
          <w:b/>
          <w:bCs/>
        </w:rPr>
        <w:t xml:space="preserve">. C. </w:t>
      </w:r>
      <w:r xmlns:w="http://schemas.openxmlformats.org/wordprocessingml/2006/main">
        <w:t xml:space="preserve">Bawat kamay ay umaabot sa showdown.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Binago ng Rake ang deck.</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mga naobserbahang baraha ay hindi isang random na sample ng lahat ng taya.</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mga burn card ay magkakahiwalay. - </w:t>
      </w:r>
      <w:r xmlns:w="http://schemas.openxmlformats.org/wordprocessingml/2006/main">
        <w:rPr>
          <w:b/>
          <w:bCs/>
        </w:rPr>
        <w:t xml:space="preserve">C: </w:t>
      </w:r>
      <w:r xmlns:w="http://schemas.openxmlformats.org/wordprocessingml/2006/main">
        <w:t xml:space="preserve">Karamihan sa mga taya ay hindi naglalantad ng mga hole card. - </w:t>
      </w:r>
      <w:r xmlns:w="http://schemas.openxmlformats.org/wordprocessingml/2006/main">
        <w:rPr>
          <w:b/>
          <w:bCs/>
        </w:rPr>
        <w:t xml:space="preserve">D: </w:t>
      </w:r>
      <w:r xmlns:w="http://schemas.openxmlformats.org/wordprocessingml/2006/main">
        <w:t xml:space="preserve">Ang rake ay hindi nakakaapekto sa mga ibinigay na card.</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79"/>
    <w:bookmarkStart w:id="180" w:name="drill-sfft-ms3-11-003"/>
    <w:p>
      <w:pPr xmlns:w="http://schemas.openxmlformats.org/wordprocessingml/2006/main">
        <w:pStyle w:val="Heading3"/>
      </w:pPr>
      <w:r xmlns:w="http://schemas.openxmlformats.org/wordprocessingml/2006/main">
        <w:t xml:space="preserve">Drilling SFFT-MS3-11-003</w:t>
      </w:r>
    </w:p>
    <w:p>
      <w:pPr xmlns:w="http://schemas.openxmlformats.org/wordprocessingml/2006/main">
        <w:pStyle w:val="FirstParagraph"/>
      </w:pPr>
      <w:r xmlns:w="http://schemas.openxmlformats.org/wordprocessingml/2006/main">
        <w:t xml:space="preserve">Bakit dapat iulat ang saklaw ng kawalan ng katiyakan?</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Upang itago ang mga pagkakamali sa matematika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Upang ipakita kung gaano karupok ang isang tinantyang dalas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Upang garantiyahan ang kita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Upang palitan ang mga bilang ng kombinasyon</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mga hindi tumpak na pagtatantya ng pag-uugali ay nararapat sa malinaw na kawalan ng katiyakan.</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kawalan ng katiyakan ay hindi panakip sa mga pagkakamali sa aritmetika. - </w:t>
      </w:r>
      <w:r xmlns:w="http://schemas.openxmlformats.org/wordprocessingml/2006/main">
        <w:rPr>
          <w:b/>
          <w:bCs/>
        </w:rPr>
        <w:t xml:space="preserve">C: </w:t>
      </w:r>
      <w:r xmlns:w="http://schemas.openxmlformats.org/wordprocessingml/2006/main">
        <w:t xml:space="preserve">Walang pagtatantya ang garantiya ng mga resulta. - </w:t>
      </w:r>
      <w:r xmlns:w="http://schemas.openxmlformats.org/wordprocessingml/2006/main">
        <w:rPr>
          <w:b/>
          <w:bCs/>
        </w:rPr>
        <w:t xml:space="preserve">D: </w:t>
      </w:r>
      <w:r xmlns:w="http://schemas.openxmlformats.org/wordprocessingml/2006/main">
        <w:t xml:space="preserve">Ang eksaktong mga bilang at kawalan ng katiyakan sa pag-uugali ay magkakasamang umiiral.</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80"/>
    <w:bookmarkStart w:id="181" w:name="drill-sfft-ms3-11-004"/>
    <w:p>
      <w:pPr xmlns:w="http://schemas.openxmlformats.org/wordprocessingml/2006/main">
        <w:pStyle w:val="Heading3"/>
      </w:pPr>
      <w:r xmlns:w="http://schemas.openxmlformats.org/wordprocessingml/2006/main">
        <w:t xml:space="preserve">Drilling SFFT-MS3-11-004</w:t>
      </w:r>
    </w:p>
    <w:p>
      <w:pPr xmlns:w="http://schemas.openxmlformats.org/wordprocessingml/2006/main">
        <w:pStyle w:val="FirstParagraph"/>
      </w:pPr>
      <w:r xmlns:w="http://schemas.openxmlformats.org/wordprocessingml/2006/main">
        <w:t xml:space="preserve">Ano ang ginagawa ng Beta(2,2) smoothing sa halimbawa ng pagtuturo?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Ginagarantiyahan ang tunay na bluff rate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Pinapabagal ang mga tiny-sample extremes sa ilalim ng isang tahasang hypothetical prior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Ginagawang pantay ang lakas ng bawat baraha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Pinapatunayan ang kawastuhan ng solver</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Gumagawa ito ng hindi gaanong matinding posterior estimates mula sa maliliit na sample.</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mga prior ay mga pagpapalagay na pagmomodelo, hindi mga katotohanan sa pag-uugali. - </w:t>
      </w:r>
      <w:r xmlns:w="http://schemas.openxmlformats.org/wordprocessingml/2006/main">
        <w:rPr>
          <w:b/>
          <w:bCs/>
        </w:rPr>
        <w:t xml:space="preserve">C: </w:t>
      </w:r>
      <w:r xmlns:w="http://schemas.openxmlformats.org/wordprocessingml/2006/main">
        <w:t xml:space="preserve">Wala itong kaugnayan sa mga ranggo ng kamay sa poker. - </w:t>
      </w:r>
      <w:r xmlns:w="http://schemas.openxmlformats.org/wordprocessingml/2006/main">
        <w:rPr>
          <w:b/>
          <w:bCs/>
        </w:rPr>
        <w:t xml:space="preserve">D: </w:t>
      </w:r>
      <w:r xmlns:w="http://schemas.openxmlformats.org/wordprocessingml/2006/main">
        <w:t xml:space="preserve">Hindi ito pagpapatunay ng solver.</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81"/>
    <w:bookmarkStart w:id="182" w:name="drill-sfft-ms3-11-005"/>
    <w:p>
      <w:pPr xmlns:w="http://schemas.openxmlformats.org/wordprocessingml/2006/main">
        <w:pStyle w:val="Heading3"/>
      </w:pPr>
      <w:r xmlns:w="http://schemas.openxmlformats.org/wordprocessingml/2006/main">
        <w:t xml:space="preserve">Drilling SFFT-MS3-11-005</w:t>
      </w:r>
    </w:p>
    <w:p>
      <w:pPr xmlns:w="http://schemas.openxmlformats.org/wordprocessingml/2006/main">
        <w:pStyle w:val="FirstParagraph"/>
      </w:pP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14 na posibleng kombinasyon ng halaga at 8 posibleng kombinasyon ng bluff. Ginagawa nila ang naobserbahang taya na may halagang 100% at may bluffs sa 50% ng oras. Ilang bahagi ng </w:t>
      </w:r>
      <w:r xmlns:w="http://schemas.openxmlformats.org/wordprocessingml/2006/main">
        <w:rPr>
          <w:b/>
          <w:bCs/>
        </w:rPr>
        <w:t xml:space="preserve">kanilang mga taya </w:t>
      </w:r>
      <w:r xmlns:w="http://schemas.openxmlformats.org/wordprocessingml/2006/main">
        <w:t xml:space="preserve">ang bluffs?</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22.22%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36.36%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77.78%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50.00%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Tinimbang na halaga=14×1=14; tinimbang na mga bluff=8×0.5=4; bahagi ng bluff=4/(14+4)=22.22%. Dapat muling timbangin ng aksyon ang panimulang distribusyon.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bahagi ng bluff bago ang taya, hindi ang weighted betting range. - </w:t>
      </w:r>
      <w:r xmlns:w="http://schemas.openxmlformats.org/wordprocessingml/2006/main">
        <w:rPr>
          <w:b/>
          <w:bCs/>
        </w:rPr>
        <w:t xml:space="preserve">C: </w:t>
      </w:r>
      <w:r xmlns:w="http://schemas.openxmlformats.org/wordprocessingml/2006/main">
        <w:t xml:space="preserve">Ito ay isang value share o kung hindi man ay binabalewala ang action frequency. - </w:t>
      </w:r>
      <w:r xmlns:w="http://schemas.openxmlformats.org/wordprocessingml/2006/main">
        <w:rPr>
          <w:b/>
          <w:bCs/>
        </w:rPr>
        <w:t xml:space="preserve">D: </w:t>
      </w:r>
      <w:r xmlns:w="http://schemas.openxmlformats.org/wordprocessingml/2006/main">
        <w:t xml:space="preserve">Napagkakamalan nito ang conditional bet frequency sa bahagi ng mga taya na bluff.</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82"/>
    <w:bookmarkStart w:id="183" w:name="drill-sfft-ms3-11-006"/>
    <w:p>
      <w:pPr xmlns:w="http://schemas.openxmlformats.org/wordprocessingml/2006/main">
        <w:pStyle w:val="Heading3"/>
      </w:pPr>
      <w:r xmlns:w="http://schemas.openxmlformats.org/wordprocessingml/2006/main">
        <w:t xml:space="preserve">Drilling SFFT-MS3-11-006</w:t>
      </w:r>
    </w:p>
    <w:p>
      <w:pPr xmlns:w="http://schemas.openxmlformats.org/wordprocessingml/2006/main">
        <w:pStyle w:val="FirstParagraph"/>
      </w:pPr>
      <w:r xmlns:w="http://schemas.openxmlformats.org/wordprocessingml/2006/main">
        <w:t xml:space="preserve">May </w:t>
      </w:r>
      <w:r xmlns:w="http://schemas.openxmlformats.org/wordprocessingml/2006/main">
        <w:rPr>
          <w:b/>
          <w:bCs/>
        </w:rPr>
        <w:t xml:space="preserve">purong bluff-catcher ang Hero </w:t>
      </w:r>
      <w:r xmlns:w="http://schemas.openxmlformats.org/wordprocessingml/2006/main">
        <w:t xml:space="preserve">sa isang heads-up river. Ang taya ay $120 bago ang $70 na taya. Ang tahasang modelo ng pagtaya ng kontrabida ay may 7 pantay na timbang na kombinasyon ng halaga na tatalo sa Hero at 2 bluff na tatalo ng Hero, walang tabla o rake. Ano ang mas gusto ng modelong ito?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Tawag, +EV sa nakasaad na modelo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Tiklupin, ang tawag ay −EV sa nakasaad na modelo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Tawag, dahil ang anumang bluff ay ginagawang tama ang pagtawag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Itaas, dahil ang pot odds ay hindi mahalaga</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tawag ay nangangailangan ng 26.92%; Ang bayani ay mananalo ng 2/9=22.22%. EV(tawag)=0.222222×190−0.777778×70=$-12.22. Kaya i-fold in ang modelong ito.</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Hindi kumikita ang tawag kung ang model equity ay mas mababa sa presyo. - </w:t>
      </w:r>
      <w:r xmlns:w="http://schemas.openxmlformats.org/wordprocessingml/2006/main">
        <w:rPr>
          <w:b/>
          <w:bCs/>
        </w:rPr>
        <w:t xml:space="preserve">C: </w:t>
      </w:r>
      <w:r xmlns:w="http://schemas.openxmlformats.org/wordprocessingml/2006/main">
        <w:t xml:space="preserve">Hindi sapat ang makakita ng anumang bluff; maaaring masyadong maliit ang bluff share. - </w:t>
      </w:r>
      <w:r xmlns:w="http://schemas.openxmlformats.org/wordprocessingml/2006/main">
        <w:rPr>
          <w:b/>
          <w:bCs/>
        </w:rPr>
        <w:t xml:space="preserve">D: </w:t>
      </w:r>
      <w:r xmlns:w="http://schemas.openxmlformats.org/wordprocessingml/2006/main">
        <w:t xml:space="preserve">Ang pagtaas ng presyo ay nangangailangan ng hiwalay na fold-equity/value analysis, hindi isang pagtanggi na kalkulahin ang isang tawag.</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83"/>
    <w:bookmarkEnd w:id="184"/>
    <w:bookmarkEnd w:id="185"/>
    <w:bookmarkStart w:id="199" w:name="multiway-hands-and-live-cash-opponents"/>
    <w:p>
      <w:pPr xmlns:w="http://schemas.openxmlformats.org/wordprocessingml/2006/main">
        <w:pStyle w:val="Heading1"/>
      </w:pPr>
      <w:r xmlns:w="http://schemas.openxmlformats.org/wordprocessingml/2006/main">
        <w:t xml:space="preserve">12. Mga Kalaban na Multiway Hands at Live Cash</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Iakma ang pagbasa ng saklaw kapag mahigit sa dalawang manlalaro ang natitira at kapag ang mga tendensiya ng live cash ay nagbabago sa distribusyon ng aksyon.</w:t>
      </w:r>
    </w:p>
    <w:p>
      <w:pPr xmlns:w="http://schemas.openxmlformats.org/wordprocessingml/2006/main">
        <w:pStyle w:val="BodyText"/>
      </w:pPr>
      <w:r xmlns:w="http://schemas.openxmlformats.org/wordprocessingml/2006/main">
        <w:t xml:space="preserve">Isang heads-up river call ang nagtatanong kung ang isang kalaban ay madalas na nag-bluff. Sa isang three-way pot, maaaring kailanganin mong talunin ang dalawang manlalaro sa showdown. Ang bawat manlalaro ay may distribusyon ng mga kamay, at ang mga distribusyon na iyon ay hindi magkakahiwalay sa simpleng paraan na madalas na ipinapalagay ng mga nagsisimula: kung ang isang manlalaro ay may hawak na isang partikular na alas, ang isa naman ay hindi. Ang mga multiway equities at range count ay dapat sumunod sa parehong pisikal na deck.</w:t>
      </w:r>
    </w:p>
    <w:bookmarkStart w:id="187" w:name="Xf434363e05af1ad9bc6ebb9e633cb38a26b33bc"/>
    <w:p>
      <w:pPr xmlns:w="http://schemas.openxmlformats.org/wordprocessingml/2006/main">
        <w:pStyle w:val="Heading2"/>
      </w:pPr>
      <w:r xmlns:w="http://schemas.openxmlformats.org/wordprocessingml/2006/main">
        <w:t xml:space="preserve">Bakit ang isang multiway flop call ay naghahatid ng iba't ibang impormasyon</w:t>
      </w:r>
    </w:p>
    <w:p>
      <w:pPr xmlns:w="http://schemas.openxmlformats.org/wordprocessingml/2006/main">
        <w:pStyle w:val="FirstParagraph"/>
      </w:pPr>
      <w:r xmlns:w="http://schemas.openxmlformats.org/wordprocessingml/2006/main">
        <w:t xml:space="preserve">Ang isang manlalarong tumatawag ng malaking taya habang ang isa pang manlalaro ay kikilos pa ay maaaring hindi gaanong handang tumalon gamit ang mahinang kamay kumpara sa kung paano sila tatawag sa heads-up. Ang isang manlalarong tumataas sa dalawang kalaban ay kadalasang nararapat sa mas malakas na value weighting kaysa sa parehong heads-up raise—kahit man lang bilang isang pansamantalang population hypothesis. Ngunit maaaring baligtarin ito ng matinding recreational tendencies: ang ilang manlalarong tumataas ay pabaya sa mga draw o labis na nagpapahalaga sa isang pares. Huwag kailanman ihambing ang 'multiway' sa garantisadong lakas; binabago nito ang mga insentibo at samakatuwid ay ang inaasahang mga frequency.</w:t>
      </w:r>
    </w:p>
    <w:bookmarkStart w:id="186" w:name="three-players-one-board"/>
    <w:p>
      <w:pPr xmlns:w="http://schemas.openxmlformats.org/wordprocessingml/2006/main">
        <w:pStyle w:val="Heading3"/>
      </w:pPr>
      <w:r xmlns:w="http://schemas.openxmlformats.org/wordprocessingml/2006/main">
        <w:t xml:space="preserve">Tatlong manlalaro, isang board</w:t>
      </w:r>
    </w:p>
    <w:p>
      <w:pPr xmlns:w="http://schemas.openxmlformats.org/wordprocessingml/2006/main">
        <w:pStyle w:val="FirstParagraph"/>
      </w:pPr>
      <w:r xmlns:w="http://schemas.openxmlformats.org/wordprocessingml/2006/main">
        <w:t xml:space="preserve">Sa K♠T♠5♦, hawak ng Hero ang A♠Q♠. Ito ay isang malakas na kombinasyon ng draw: Ang Hero ay may flush draw at gutshot papuntang broadway sa pamamagitan ng jack (sa KT-5 na may AQ, ang jack ay kumukumpleto sa AKQJT). Ang J♠ ay kabilang sa parehong spade at straight-improvement sets, kaya kapag binibilang ang mga baraha na agad na nakakagawa ng kahit isang flush o straight, </w:t>
      </w:r>
      <w:r xmlns:w="http://schemas.openxmlformats.org/wordprocessingml/2006/main">
        <w:rPr>
          <w:b/>
          <w:bCs/>
        </w:rPr>
        <w:t xml:space="preserve">huwag itong bilangin nang dalawang beses </w:t>
      </w:r>
      <w:r xmlns:w="http://schemas.openxmlformats.org/wordprocessingml/2006/main">
        <w:t xml:space="preserve">. Mayroong siyam na hindi nakikitang spade at tatlong karagdagang non-spade jack, na nagbibigay ng labindalawang natatanging improvement card bago isama ang mga kalaban, dirty out, at redraw. Gayunpaman, laban sa dalawang kalaban na maaaring may hawak na sets, mas mataas na redraw, o blocker, ang labindalawang baraha na iyon ay hindi garantiya ng panalo sa kamay. Ang eksaktong equity ay nangangailangan ng pag-enumerate ng mga posibleng hawak ng parehong kalaban nang hindi dinoble ang mga baraha.</w:t>
      </w:r>
    </w:p>
    <w:bookmarkEnd w:id="186"/>
    <w:bookmarkEnd w:id="187"/>
    <w:bookmarkStart w:id="188" w:name="a-multiway-bluff-is-not-a-heads-up-bluff"/>
    <w:p>
      <w:pPr xmlns:w="http://schemas.openxmlformats.org/wordprocessingml/2006/main">
        <w:pStyle w:val="Heading2"/>
      </w:pPr>
      <w:r xmlns:w="http://schemas.openxmlformats.org/wordprocessingml/2006/main">
        <w:t xml:space="preserve">Ang multiway bluff ay hindi isang heads-up bluff</w:t>
      </w:r>
    </w:p>
    <w:p>
      <w:pPr xmlns:w="http://schemas.openxmlformats.org/wordprocessingml/2006/main">
        <w:pStyle w:val="FirstParagraph"/>
      </w:pPr>
      <w:r xmlns:w="http://schemas.openxmlformats.org/wordprocessingml/2006/main">
        <w:t xml:space="preserve">Ipagpalagay na ang isang $100 river pot ay na-check kay Hero, na ang $50 bluff ay walang showdown value. Sa isang pinasimpleng heads-up model, ang bluff ay masisira kahit na ang kalaban ay mag-fold nang hindi bababa sa </w:t>
      </w:r>
      <w:r xmlns:w="http://schemas.openxmlformats.org/wordprocessingml/2006/main">
        <w:rPr>
          <w:b/>
          <w:bCs/>
        </w:rPr>
        <w:t xml:space="preserve">50/(100+50)=33.33% </w:t>
      </w:r>
      <w:r xmlns:w="http://schemas.openxmlformats.org/wordprocessingml/2006/main">
        <w:t xml:space="preserve">ng oras. Sa isang three-way na sitwasyon kung saan dalawang kalaban ang hindi pa kumikilos, ang Hero ay mananalo lamang kung </w:t>
      </w:r>
      <w:r xmlns:w="http://schemas.openxmlformats.org/wordprocessingml/2006/main">
        <w:rPr>
          <w:b/>
          <w:bCs/>
        </w:rPr>
        <w:t xml:space="preserve">ang parehong mag-fold </w:t>
      </w:r>
      <w:r xmlns:w="http://schemas.openxmlformats.org/wordprocessingml/2006/main">
        <w:t xml:space="preserve">. Kung ang bawat isa ay nakapag-fold nang 60% sa isang hypothetical behavioral model, ang tsansa na ang parehong fold ay 0.6×0.6 = </w:t>
      </w:r>
      <w:r xmlns:w="http://schemas.openxmlformats.org/wordprocessingml/2006/main">
        <w:rPr>
          <w:b/>
          <w:bCs/>
        </w:rPr>
        <w:t xml:space="preserve">36% </w:t>
      </w:r>
      <w:r xmlns:w="http://schemas.openxmlformats.org/wordprocessingml/2006/main">
        <w:t xml:space="preserve">, at ang pinasimpleng bluff EV ay 0.36×100−0.64×50= </w:t>
      </w:r>
      <w:r xmlns:w="http://schemas.openxmlformats.org/wordprocessingml/2006/main">
        <w:rPr>
          <w:b/>
          <w:bCs/>
        </w:rPr>
        <w:t xml:space="preserve">+$4 </w:t>
      </w:r>
      <w:r xmlns:w="http://schemas.openxmlformats.org/wordprocessingml/2006/main">
        <w:t xml:space="preserve">bago ang rake. Kung ang bawat isa ay mag-fold ng 50%, ang probabilidad ng parehong fold ay 25% lamang, at ang parehong bluff ay matatalo ng </w:t>
      </w:r>
      <w:r xmlns:w="http://schemas.openxmlformats.org/wordprocessingml/2006/main">
        <w:rPr>
          <w:b/>
          <w:bCs/>
        </w:rPr>
        <w:t xml:space="preserve">$12.50 </w:t>
      </w:r>
      <w:r xmlns:w="http://schemas.openxmlformats.org/wordprocessingml/2006/main">
        <w:t xml:space="preserve">. Ang independence ay isang laruang palagay; ang mga totoong distribusyon ng card at mga strategic reaction ay maaaring mag-ugnay ng mga resulta. Inilalarawan ng halimbawa ang kahirapan ng pagbuo ng mga fold mula sa maraming kalaban.</w:t>
      </w:r>
    </w:p>
    <w:bookmarkEnd w:id="188"/>
    <w:bookmarkStart w:id="191" w:name="a-live-table-range-diary"/>
    <w:p>
      <w:pPr xmlns:w="http://schemas.openxmlformats.org/wordprocessingml/2006/main">
        <w:pStyle w:val="Heading2"/>
      </w:pPr>
      <w:r xmlns:w="http://schemas.openxmlformats.org/wordprocessingml/2006/main">
        <w:t xml:space="preserve">Isang talaarawan ng mga live-table range</w:t>
      </w:r>
    </w:p>
    <w:p>
      <w:pPr xmlns:w="http://schemas.openxmlformats.org/wordprocessingml/2006/main">
        <w:pStyle w:val="FirstParagraph"/>
      </w:pPr>
      <w:r xmlns:w="http://schemas.openxmlformats.org/wordprocessingml/2006/main">
        <w:t xml:space="preserve">Rekord na upuan, laki ng pagbubukas, gawi ng limp/call, mga showdown, epektibong stack, at kung ang mga naobserbahang taya ay kadalasang para sa halaga. Kung ang isang manlalaro ay paulit-ulit na tumawag gamit ang pangalawang pares, ayusin ang modelo ng pagtaya sa halaga; huwag ipalagay na awtomatikong nagfo-fold ang manlalaro sa mga raise. Kung ang isang manlalaro ay bihirang mag-bluff sa river sa mga ipinakitang kamay, higpitan ang mga pagtatantya sa paghuli ng river bluff, habang pinapanatili ang kawalan ng katiyakan tungkol sa mga hindi ipinakitang folds.</w:t>
      </w:r>
    </w:p>
    <w:bookmarkStart w:id="189" w:name="avoid-the-identity-trap"/>
    <w:p>
      <w:pPr xmlns:w="http://schemas.openxmlformats.org/wordprocessingml/2006/main">
        <w:pStyle w:val="Heading3"/>
      </w:pPr>
      <w:r xmlns:w="http://schemas.openxmlformats.org/wordprocessingml/2006/main">
        <w:t xml:space="preserve">Iwasan ang bitag ng pagkakakilanlan</w:t>
      </w:r>
    </w:p>
    <w:p>
      <w:pPr xmlns:w="http://schemas.openxmlformats.org/wordprocessingml/2006/main">
        <w:pStyle w:val="FirstParagraph"/>
      </w:pPr>
      <w:r xmlns:w="http://schemas.openxmlformats.org/wordprocessingml/2006/main">
        <w:t xml:space="preserve">Ang mga kathang-isip na tauhan ay may mga tendensiya, hindi mga tadhana. Maaaring maging mahusay si Mara sa isang disiplinadong pagtatanghal. Maaaring magbluff si Vince. Maaaring pigilan ni Lena ang isang halimaw. Ang buong ideya ng range reading ay ang pag-uugali ay lumilikha </w:t>
      </w:r>
      <w:r xmlns:w="http://schemas.openxmlformats.org/wordprocessingml/2006/main">
        <w:rPr>
          <w:i/>
          <w:iCs/>
        </w:rPr>
        <w:t xml:space="preserve">ng mga posibilidad </w:t>
      </w:r>
      <w:r xmlns:w="http://schemas.openxmlformats.org/wordprocessingml/2006/main">
        <w:t xml:space="preserve">, hindi ng mga moral na label o kaalaman sa saykiko. Ang isang dramatikong pangalan ay hindi ginagawang mas tumpak ang isang naimbentong action frequency.</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Dalawang magkahiwalay na kalaban ang parehong tiklop sa iminungkahing no-showdown-value river bluff ni Hero nang 50% ng oras sa isang hipotetikal na modelo. Ano ang probabilidad na pareho silang tiklop? (A) 100%, (B) 50%, (C) 33.33%, (D) 25%. </w:t>
      </w:r>
      <w:r xmlns:w="http://schemas.openxmlformats.org/wordprocessingml/2006/main">
        <w:rPr>
          <w:b/>
          <w:bCs/>
        </w:rPr>
        <w:t xml:space="preserve">D. </w:t>
      </w:r>
      <w:r xmlns:w="http://schemas.openxmlformats.org/wordprocessingml/2006/main">
        <w:t xml:space="preserve">Ang multiplikasyon ay nagbibigay ng 0.5×0.5=0.25. Dapat isaad ang palagay ng kalayaan.</w:t>
      </w:r>
    </w:p>
    <w:bookmarkEnd w:id="189"/>
    <w:bookmarkStart w:id="190" w:name="change-the-conditions-11"/>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Ngayon, parehong naka-fold ang parehong kalaban nang 70%. Ang probabilidad ng parehong pag-fold sa modelo ng laruan ay magiging 49%. Sa isang $50 na bluff na naging $100, ang EV ay .49×100−.51×50 = </w:t>
      </w:r>
      <w:r xmlns:w="http://schemas.openxmlformats.org/wordprocessingml/2006/main">
        <w:rPr>
          <w:b/>
          <w:bCs/>
        </w:rPr>
        <w:t xml:space="preserve">+$23.50 </w:t>
      </w:r>
      <w:r xmlns:w="http://schemas.openxmlformats.org/wordprocessingml/2006/main">
        <w:t xml:space="preserve">. Bago iyon gawing isang tunay na estratehiya, tanungin kung ang parehong manlalaro ay tunay na naka-fold ng 70% sa </w:t>
      </w:r>
      <w:r xmlns:w="http://schemas.openxmlformats.org/wordprocessingml/2006/main">
        <w:rPr>
          <w:i/>
          <w:iCs/>
        </w:rPr>
        <w:t xml:space="preserve">partikular </w:t>
      </w:r>
      <w:r xmlns:w="http://schemas.openxmlformats.org/wordprocessingml/2006/main">
        <w:t xml:space="preserve">na sitwasyong ito, kung kapani-paniwala ba ang kuwento ng Hero, at paano nakakaapekto ang range/card dependency sa pagtatantya.</w:t>
      </w:r>
    </w:p>
    <w:p>
      <w:pPr xmlns:w="http://schemas.openxmlformats.org/wordprocessingml/2006/main">
        <w:pStyle w:val="BodyText"/>
      </w:pPr>
      <w:r xmlns:w="http://schemas.openxmlformats.org/wordprocessingml/2006/main">
        <w:rPr>
          <w:b/>
          <w:bCs/>
        </w:rPr>
        <w:t xml:space="preserve">Prinsipyo ng Master: </w:t>
      </w:r>
      <w:r xmlns:w="http://schemas.openxmlformats.org/wordprocessingml/2006/main">
        <w:t xml:space="preserve">Sa isang multiway pot, bawat karagdagang manlalaro ay magdadala ng parehong mas maraming posibleng halaga ng kamay at isa pang kalaban na maaaring tumangging mag-fold.</w:t>
      </w:r>
    </w:p>
    <w:bookmarkEnd w:id="190"/>
    <w:bookmarkEnd w:id="191"/>
    <w:bookmarkStart w:id="198" w:name="chapter-12-six-verified-drills"/>
    <w:p>
      <w:pPr xmlns:w="http://schemas.openxmlformats.org/wordprocessingml/2006/main">
        <w:pStyle w:val="Heading2"/>
      </w:pPr>
      <w:r xmlns:w="http://schemas.openxmlformats.org/wordprocessingml/2006/main">
        <w:t xml:space="preserve">Kabanata 12: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192" w:name="drill-sfft-ms3-12-001"/>
    <w:p>
      <w:pPr xmlns:w="http://schemas.openxmlformats.org/wordprocessingml/2006/main">
        <w:pStyle w:val="Heading3"/>
      </w:pPr>
      <w:r xmlns:w="http://schemas.openxmlformats.org/wordprocessingml/2006/main">
        <w:t xml:space="preserve">Drilling SFFT-MS3-12-001</w:t>
      </w:r>
    </w:p>
    <w:p>
      <w:pPr xmlns:w="http://schemas.openxmlformats.org/wordprocessingml/2006/main">
        <w:pStyle w:val="FirstParagraph"/>
      </w:pPr>
      <w:r xmlns:w="http://schemas.openxmlformats.org/wordprocessingml/2006/main">
        <w:t xml:space="preserve">Kapag dalawang kalaban na lang ang natitira para tawagin ang bluff ni Hero, ano ang kailangang mangyari para sa isang walang kapantay na panalo?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Hindi bababa sa isa ang nakatiklop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Parehong nakatiklop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Ipinapakita ng Hero ang pinakamasamang baraha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Nagpapatakbo ang dealer ng isa pang baraha</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Dapat mag-fold ang parehong kalaban para sa no-showdown-value bluff upang agad na manalo.</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Isang tumatawag ay sapat na para makipagkumpetensya sa pusta. - </w:t>
      </w:r>
      <w:r xmlns:w="http://schemas.openxmlformats.org/wordprocessingml/2006/main">
        <w:rPr>
          <w:b/>
          <w:bCs/>
        </w:rPr>
        <w:t xml:space="preserve">C: </w:t>
      </w:r>
      <w:r xmlns:w="http://schemas.openxmlformats.org/wordprocessingml/2006/main">
        <w:t xml:space="preserve">Hindi kinakailangan ang pagpapakita kung lahat ay nag-fold. - </w:t>
      </w:r>
      <w:r xmlns:w="http://schemas.openxmlformats.org/wordprocessingml/2006/main">
        <w:rPr>
          <w:b/>
          <w:bCs/>
        </w:rPr>
        <w:t xml:space="preserve">D: </w:t>
      </w:r>
      <w:r xmlns:w="http://schemas.openxmlformats.org/wordprocessingml/2006/main">
        <w:t xml:space="preserve">Walang karagdagang board card na sumusunod sa river.</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92"/>
    <w:bookmarkStart w:id="193" w:name="drill-sfft-ms3-12-002"/>
    <w:p>
      <w:pPr xmlns:w="http://schemas.openxmlformats.org/wordprocessingml/2006/main">
        <w:pStyle w:val="Heading3"/>
      </w:pPr>
      <w:r xmlns:w="http://schemas.openxmlformats.org/wordprocessingml/2006/main">
        <w:t xml:space="preserve">Drilling SFFT-MS3-12-002</w:t>
      </w:r>
    </w:p>
    <w:p>
      <w:pPr xmlns:w="http://schemas.openxmlformats.org/wordprocessingml/2006/main">
        <w:pStyle w:val="FirstParagraph"/>
      </w:pPr>
      <w:r xmlns:w="http://schemas.openxmlformats.org/wordprocessingml/2006/main">
        <w:t xml:space="preserve">Bakit mapanganib ang isang heads-up bluff model kapag direktang inilapat sa maraming paraan?</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Hindi nito napapansin ang mga karagdagang tumatawag at ang pagdepende sa saklaw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Magkaiba ang sukat ng mga baraha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Hindi maaaring lumaki ang pot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Ipinagbabawal ng multiway poker ang bluffing</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pagkapanalo ay maaaring mangailangan ng maraming fold at mga conditional card effect.</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Gumagamit pa rin ng karaniwang deck. - </w:t>
      </w:r>
      <w:r xmlns:w="http://schemas.openxmlformats.org/wordprocessingml/2006/main">
        <w:rPr>
          <w:b/>
          <w:bCs/>
        </w:rPr>
        <w:t xml:space="preserve">C: </w:t>
      </w:r>
      <w:r xmlns:w="http://schemas.openxmlformats.org/wordprocessingml/2006/main">
        <w:t xml:space="preserve">Mas maraming manlalaro ang maaaring lumikha ng mas malalaking pot. - </w:t>
      </w:r>
      <w:r xmlns:w="http://schemas.openxmlformats.org/wordprocessingml/2006/main">
        <w:rPr>
          <w:b/>
          <w:bCs/>
        </w:rPr>
        <w:t xml:space="preserve">D: </w:t>
      </w:r>
      <w:r xmlns:w="http://schemas.openxmlformats.org/wordprocessingml/2006/main">
        <w:t xml:space="preserve">Legal pa rin ang bluffing.</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93"/>
    <w:bookmarkStart w:id="194" w:name="drill-sfft-ms3-12-003"/>
    <w:p>
      <w:pPr xmlns:w="http://schemas.openxmlformats.org/wordprocessingml/2006/main">
        <w:pStyle w:val="Heading3"/>
      </w:pPr>
      <w:r xmlns:w="http://schemas.openxmlformats.org/wordprocessingml/2006/main">
        <w:t xml:space="preserve">Drilling SFFT-MS3-12-003</w:t>
      </w:r>
    </w:p>
    <w:p>
      <w:pPr xmlns:w="http://schemas.openxmlformats.org/wordprocessingml/2006/main">
        <w:pStyle w:val="FirstParagraph"/>
      </w:pPr>
      <w:r xmlns:w="http://schemas.openxmlformats.org/wordprocessingml/2006/main">
        <w:t xml:space="preserve">Ang multiway flop raise ba ay nangangahulugang isang set?</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Oo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Hindi, ngunit ang halaga ay maaaring mas matimbang sa ilalim ng isang passive population hypothesis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Kung ang blind level ay $2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walang draws ay maaaring magpataas ng multiway</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Kadalasang pinapalakas ng mga multiway na insentibo ang isang pansamantalang halagang nabasa, hindi ang isang katiyakan.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Maaari ring maglaman ang hanay ng mga straight, two pair, draw, at bluff. - </w:t>
      </w:r>
      <w:r xmlns:w="http://schemas.openxmlformats.org/wordprocessingml/2006/main">
        <w:rPr>
          <w:b/>
          <w:bCs/>
        </w:rPr>
        <w:t xml:space="preserve">C: </w:t>
      </w:r>
      <w:r xmlns:w="http://schemas.openxmlformats.org/wordprocessingml/2006/main">
        <w:t xml:space="preserve">Hindi kayang patunayan ng stakes lamang ang mga baraha. - </w:t>
      </w:r>
      <w:r xmlns:w="http://schemas.openxmlformats.org/wordprocessingml/2006/main">
        <w:rPr>
          <w:b/>
          <w:bCs/>
        </w:rPr>
        <w:t xml:space="preserve">D: </w:t>
      </w:r>
      <w:r xmlns:w="http://schemas.openxmlformats.org/wordprocessingml/2006/main">
        <w:t xml:space="preserve">Kayang i-raise ng malalakas na kamay sa pagbunot.</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94"/>
    <w:bookmarkStart w:id="195" w:name="drill-sfft-ms3-12-004"/>
    <w:p>
      <w:pPr xmlns:w="http://schemas.openxmlformats.org/wordprocessingml/2006/main">
        <w:pStyle w:val="Heading3"/>
      </w:pPr>
      <w:r xmlns:w="http://schemas.openxmlformats.org/wordprocessingml/2006/main">
        <w:t xml:space="preserve">Drilling SFFT-MS3-12-004</w:t>
      </w:r>
    </w:p>
    <w:p>
      <w:pPr xmlns:w="http://schemas.openxmlformats.org/wordprocessingml/2006/main">
        <w:pStyle w:val="FirstParagraph"/>
      </w:pPr>
      <w:r xmlns:w="http://schemas.openxmlformats.org/wordprocessingml/2006/main">
        <w:t xml:space="preserve">Bakit hindi mo maaaring i-multiply ang probabilidad ng fold ng kalaban nang walang taros?</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Ang mga desisyon ng manlalaro at pamamahagi ng baraha ay maaaring nakadepende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Ang pagpaparami ay hindi kailanman pinahihintulutan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Palaging may pitong manlalaro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poker ay walang probabilidad</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kalayaan ay dapat ipagpalagay o huwaran, hindi tahimik na ipagpalagay.</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multiplikasyon ay kapaki-pakinabang sa isang may label na independent toy model. - </w:t>
      </w:r>
      <w:r xmlns:w="http://schemas.openxmlformats.org/wordprocessingml/2006/main">
        <w:rPr>
          <w:b/>
          <w:bCs/>
        </w:rPr>
        <w:t xml:space="preserve">C: </w:t>
      </w:r>
      <w:r xmlns:w="http://schemas.openxmlformats.org/wordprocessingml/2006/main">
        <w:t xml:space="preserve">Nag-iiba-iba ang bilang ng manlalaro. - </w:t>
      </w:r>
      <w:r xmlns:w="http://schemas.openxmlformats.org/wordprocessingml/2006/main">
        <w:rPr>
          <w:b/>
          <w:bCs/>
        </w:rPr>
        <w:t xml:space="preserve">D: </w:t>
      </w:r>
      <w:r xmlns:w="http://schemas.openxmlformats.org/wordprocessingml/2006/main">
        <w:t xml:space="preserve">Malawakang ginagamit ng poker ang probabilidad.</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95"/>
    <w:bookmarkStart w:id="196" w:name="drill-sfft-ms3-12-005"/>
    <w:p>
      <w:pPr xmlns:w="http://schemas.openxmlformats.org/wordprocessingml/2006/main">
        <w:pStyle w:val="Heading3"/>
      </w:pPr>
      <w:r xmlns:w="http://schemas.openxmlformats.org/wordprocessingml/2006/main">
        <w:t xml:space="preserve">Drilling SFFT-MS3-12-005</w:t>
      </w:r>
    </w:p>
    <w:p>
      <w:pPr xmlns:w="http://schemas.openxmlformats.org/wordprocessingml/2006/main">
        <w:pStyle w:val="FirstParagraph"/>
      </w:pPr>
      <w:r xmlns:w="http://schemas.openxmlformats.org/wordprocessingml/2006/main">
        <w:t xml:space="preserve">Sa isang </w:t>
      </w:r>
      <w:r xmlns:w="http://schemas.openxmlformats.org/wordprocessingml/2006/main">
        <w:rPr>
          <w:b/>
          <w:bCs/>
        </w:rPr>
        <w:t xml:space="preserve">modelo ng laruan na tahasang nagsasarili </w:t>
      </w:r>
      <w:r xmlns:w="http://schemas.openxmlformats.org/wordprocessingml/2006/main">
        <w:t xml:space="preserve">, ang Manlalaro A ay tiklop papunta sa river bluff ng Bayani nang 40% ng oras at ang Manlalaro B ay tiklop ng 70%. Ang Bayani ay mananalo lamang nang walang paligsahan kung </w:t>
      </w:r>
      <w:r xmlns:w="http://schemas.openxmlformats.org/wordprocessingml/2006/main">
        <w:rPr>
          <w:b/>
          <w:bCs/>
        </w:rPr>
        <w:t xml:space="preserve">pareho silang </w:t>
      </w:r>
      <w:r xmlns:w="http://schemas.openxmlformats.org/wordprocessingml/2006/main">
        <w:t xml:space="preserve">tiklop. Ano ang probabilidad ng both-fold?</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28.00%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40.00%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70.00%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55.00%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parehong tsansa ay 0.40×0.70=28.00%. Ang kalayaan ay isang nakasaad na pagpapasimpleng palagay, hindi isang garantiya tungkol sa mga live na hanay ng poker.</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Hindi sapat ang isang pag-fold ng kalaban para manalo sa multiway bluff na ito. - </w:t>
      </w:r>
      <w:r xmlns:w="http://schemas.openxmlformats.org/wordprocessingml/2006/main">
        <w:rPr>
          <w:b/>
          <w:bCs/>
        </w:rPr>
        <w:t xml:space="preserve">C: </w:t>
      </w:r>
      <w:r xmlns:w="http://schemas.openxmlformats.org/wordprocessingml/2006/main">
        <w:t xml:space="preserve">Ang frequency ng isang kalaban ay hindi ang joint probability. - </w:t>
      </w:r>
      <w:r xmlns:w="http://schemas.openxmlformats.org/wordprocessingml/2006/main">
        <w:rPr>
          <w:b/>
          <w:bCs/>
        </w:rPr>
        <w:t xml:space="preserve">D: </w:t>
      </w:r>
      <w:r xmlns:w="http://schemas.openxmlformats.org/wordprocessingml/2006/main">
        <w:t xml:space="preserve">Pinagsasama-sama nito ang mga pangyayari sa halip na pagtagpuin ang mga ito.</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96"/>
    <w:bookmarkStart w:id="197" w:name="drill-sfft-ms3-12-006"/>
    <w:p>
      <w:pPr xmlns:w="http://schemas.openxmlformats.org/wordprocessingml/2006/main">
        <w:pStyle w:val="Heading3"/>
      </w:pPr>
      <w:r xmlns:w="http://schemas.openxmlformats.org/wordprocessingml/2006/main">
        <w:t xml:space="preserve">Drilling SFFT-MS3-12-006</w:t>
      </w:r>
    </w:p>
    <w:p>
      <w:pPr xmlns:w="http://schemas.openxmlformats.org/wordprocessingml/2006/main">
        <w:pStyle w:val="FirstParagraph"/>
      </w:pPr>
      <w:r xmlns:w="http://schemas.openxmlformats.org/wordprocessingml/2006/main">
        <w:t xml:space="preserve">Isinasaalang-alang ng Hero ang isang </w:t>
      </w:r>
      <w:r xmlns:w="http://schemas.openxmlformats.org/wordprocessingml/2006/main">
        <w:rPr>
          <w:b/>
          <w:bCs/>
        </w:rPr>
        <w:t xml:space="preserve">zero-showdown-value </w:t>
      </w:r>
      <w:r xmlns:w="http://schemas.openxmlformats.org/wordprocessingml/2006/main">
        <w:t xml:space="preserve">river bluff na $70 para sa isang $200 na pot. Maaaring mag-fold o mag-call ang kontrabida at talunin si Hero. Anong fold frequency ang magpapa-break even sa bluff, bago ang rake?</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25.93%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20.59%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35.00%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74.07%</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EV(bluff) = f×$200 − (1−f)×$70. Lutasin ang EV=0: f=70/(200+70) = 25.93%.</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Ito ay isang </w:t>
      </w:r>
      <w:r xmlns:w="http://schemas.openxmlformats.org/wordprocessingml/2006/main">
        <w:rPr>
          <w:i/>
          <w:iCs/>
        </w:rPr>
        <w:t xml:space="preserve">call </w:t>
      </w:r>
      <w:r xmlns:w="http://schemas.openxmlformats.org/wordprocessingml/2006/main">
        <w:t xml:space="preserve">equity equation, hindi isang zero-equity bluff threshold. - </w:t>
      </w:r>
      <w:r xmlns:w="http://schemas.openxmlformats.org/wordprocessingml/2006/main">
        <w:rPr>
          <w:b/>
          <w:bCs/>
        </w:rPr>
        <w:t xml:space="preserve">C: </w:t>
      </w:r>
      <w:r xmlns:w="http://schemas.openxmlformats.org/wordprocessingml/2006/main">
        <w:t xml:space="preserve">Hindi nito nalalampasan ang opportunity cost ng taya. - </w:t>
      </w:r>
      <w:r xmlns:w="http://schemas.openxmlformats.org/wordprocessingml/2006/main">
        <w:rPr>
          <w:b/>
          <w:bCs/>
        </w:rPr>
        <w:t xml:space="preserve">D: </w:t>
      </w:r>
      <w:r xmlns:w="http://schemas.openxmlformats.org/wordprocessingml/2006/main">
        <w:t xml:space="preserve">Ito ang complement o isang hindi kaugnay na frequency.</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197"/>
    <w:bookmarkEnd w:id="198"/>
    <w:bookmarkEnd w:id="199"/>
    <w:bookmarkStart w:id="213" w:name="X9fb415e776f3a9bfa2876f7ddac12f937f7e394"/>
    <w:p>
      <w:pPr xmlns:w="http://schemas.openxmlformats.org/wordprocessingml/2006/main">
        <w:pStyle w:val="Heading1"/>
      </w:pPr>
      <w:r xmlns:w="http://schemas.openxmlformats.org/wordprocessingml/2006/main">
        <w:t xml:space="preserve">13. Paggamit ng mga Padron Nang Hindi Nag-iimbento ng mga Babasahin</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Pumili ng maliliit at maipagtatanggol na mga pagsasaayos na partikular sa kalaban at alamin kung kailan mas mahusay ang pagpipigil sa sarili.</w:t>
      </w:r>
    </w:p>
    <w:p>
      <w:pPr xmlns:w="http://schemas.openxmlformats.org/wordprocessingml/2006/main">
        <w:pStyle w:val="BodyText"/>
      </w:pPr>
      <w:r xmlns:w="http://schemas.openxmlformats.org/wordprocessingml/2006/main">
        <w:t xml:space="preserve">Ang mapagsamantalang poker ay ang disiplinadong pagtatangka na makinabang mula sa isang paglihis sa estratehiya ng isang kalaban. Hindi ito lisensya para gumawa ng makulay na kuwento tungkol sa kung bakit tumaya ang isang tao. Ang isang manlalarong labis na tumatawag ay kadalasang mas maliit ang value-bet at mas kaunti ang ma-bluff. Ang isang manlalarong masyadong malaki ang na-fold para mag-turn bet ay minsan mas malaki ang ma-bluff, lalo na sa mga holdings na nagpapanatili ng equity kapag tinawag. Ang isang manlalarong nag-underbluff sa malalaking river ay kadalasang maaaring pagsamantalahan sa pamamagitan ng pag-fold sa marginal bluff-catchers. Ngunit ang bawat pagsasaayos ay dapat na nakalakip sa distribusyon ng aksyon at sinusuportahan ng sapat na ebidensya.</w:t>
      </w:r>
    </w:p>
    <w:bookmarkStart w:id="200" w:name="a-simple-three-column-exploit-plan"/>
    <w:p>
      <w:pPr xmlns:w="http://schemas.openxmlformats.org/wordprocessingml/2006/main">
        <w:pStyle w:val="Heading2"/>
      </w:pPr>
      <w:r xmlns:w="http://schemas.openxmlformats.org/wordprocessingml/2006/main">
        <w:t xml:space="preserve">Isang simpleng plano ng pagsasamantala na may tatlong hanay</w:t>
      </w:r>
    </w:p>
    <w:p>
      <w:pPr xmlns:w="http://schemas.openxmlformats.org/wordprocessingml/2006/main">
        <w:pStyle w:val="Compact"/>
        <w:numPr>
          <w:ilvl w:val="0"/>
          <w:numId w:val="1011"/>
        </w:numPr>
      </w:pPr>
      <w:r xmlns:w="http://schemas.openxmlformats.org/wordprocessingml/2006/main">
        <w:rPr>
          <w:b/>
          <w:bCs/>
        </w:rPr>
        <w:t xml:space="preserve">Masyadong maraming tawag na may mga dominated na pares </w:t>
      </w:r>
      <w:r xmlns:w="http://schemas.openxmlformats.org/wordprocessingml/2006/main">
        <w:t xml:space="preserve">— Makatwirang tugon: Palawakin ang mga taya na may halaga gamit ang mga kamay na lumalampas sa calling range; Pangunahing panganib: Pagtaya ng maliit na halaga sa isang range na bumuti na</w:t>
      </w:r>
    </w:p>
    <w:p>
      <w:pPr xmlns:w="http://schemas.openxmlformats.org/wordprocessingml/2006/main">
        <w:pStyle w:val="Compact"/>
        <w:numPr>
          <w:ilvl w:val="0"/>
          <w:numId w:val="1011"/>
        </w:numPr>
      </w:pPr>
      <w:r xmlns:w="http://schemas.openxmlformats.org/wordprocessingml/2006/main">
        <w:rPr>
          <w:b/>
          <w:bCs/>
        </w:rPr>
        <w:t xml:space="preserve">Masyadong maraming tiklop sa mga partikular na laki </w:t>
      </w:r>
      <w:r xmlns:w="http://schemas.openxmlformats.org/wordprocessingml/2006/main">
        <w:t xml:space="preserve">— Makatwirang tugon: Galugarin ang maingat na piniling mga bluff; Pangunahing panganib: Umaangkop ang kalaban; ang sample ay may kinikilingan</w:t>
      </w:r>
    </w:p>
    <w:p>
      <w:pPr xmlns:w="http://schemas.openxmlformats.org/wordprocessingml/2006/main">
        <w:pStyle w:val="Compact"/>
        <w:numPr>
          <w:ilvl w:val="0"/>
          <w:numId w:val="1011"/>
        </w:numPr>
      </w:pPr>
      <w:r xmlns:w="http://schemas.openxmlformats.org/wordprocessingml/2006/main">
        <w:rPr>
          <w:b/>
          <w:bCs/>
        </w:rPr>
        <w:t xml:space="preserve">Napakakaunti ng malalaking bangin sa ilog </w:t>
      </w:r>
      <w:r xmlns:w="http://schemas.openxmlformats.org/wordprocessingml/2006/main">
        <w:t xml:space="preserve">— Makatwirang tugon: Itiklop nang mas malapit ang mga tagasalo ng bangin; Malaking panganib: Pagkakamaling isang maikling sample na may malaking halaga para sa isang permanenteng katangian</w:t>
      </w:r>
    </w:p>
    <w:p>
      <w:pPr xmlns:w="http://schemas.openxmlformats.org/wordprocessingml/2006/main">
        <w:pStyle w:val="Compact"/>
        <w:numPr>
          <w:ilvl w:val="0"/>
          <w:numId w:val="1011"/>
        </w:numPr>
      </w:pPr>
      <w:r xmlns:w="http://schemas.openxmlformats.org/wordprocessingml/2006/main">
        <w:rPr>
          <w:b/>
          <w:bCs/>
        </w:rPr>
        <w:t xml:space="preserve">Masyadong maraming preflop limps </w:t>
      </w:r>
      <w:r xmlns:w="http://schemas.openxmlformats.org/wordprocessingml/2006/main">
        <w:t xml:space="preserve">— Makatwirang tugon: Ihiwalay nang pili gamit ang mga kamay na mahusay na maglaro laban sa mga call; Pangunahing panganib: Ipagpalagay na ang bawat limper ay nakatiklop o may mahinang baraha</w:t>
      </w:r>
    </w:p>
    <w:p>
      <w:pPr xmlns:w="http://schemas.openxmlformats.org/wordprocessingml/2006/main">
        <w:pStyle w:val="Compact"/>
        <w:numPr>
          <w:ilvl w:val="0"/>
          <w:numId w:val="1011"/>
        </w:numPr>
      </w:pPr>
      <w:r xmlns:w="http://schemas.openxmlformats.org/wordprocessingml/2006/main">
        <w:rPr>
          <w:b/>
          <w:bCs/>
        </w:rPr>
        <w:t xml:space="preserve">Sobrang agresibong three-betting </w:t>
      </w:r>
      <w:r xmlns:w="http://schemas.openxmlformats.org/wordprocessingml/2006/main">
        <w:t xml:space="preserve">— Makatwirang tugon: Bumuo ng naaangkop na continuing at four-bet range; Pangunahing panganib: Masyadong malawak na pagdepensa sa labas ng posisyon gamit ang reverse implied odds</w:t>
      </w:r>
    </w:p>
    <w:bookmarkEnd w:id="200"/>
    <w:bookmarkStart w:id="201" w:name="the-one-adjustment-at-a-time-method"/>
    <w:p>
      <w:pPr xmlns:w="http://schemas.openxmlformats.org/wordprocessingml/2006/main">
        <w:pStyle w:val="Heading2"/>
      </w:pPr>
      <w:r xmlns:w="http://schemas.openxmlformats.org/wordprocessingml/2006/main">
        <w:t xml:space="preserve">Ang pamamaraang 'isang pagsasaayos sa bawat pagkakataon'</w:t>
      </w:r>
    </w:p>
    <w:p>
      <w:pPr xmlns:w="http://schemas.openxmlformats.org/wordprocessingml/2006/main">
        <w:pStyle w:val="FirstParagraph"/>
      </w:pPr>
      <w:r xmlns:w="http://schemas.openxmlformats.org/wordprocessingml/2006/main">
        <w:t xml:space="preserve">Ipagpalagay na haharap ka sa isang river bet na $75 pataas sa $100 at tantyahin na ang kalaban ay may pitong kombinasyon ng halaga at tatlong bluff. Ang isang bluff-catcher ay mananalo ng 3/10 = 30%, eksaktong break-even bago ang rake at tabla. Kung ang obserbasyon ay nagpapahiwatig na ang isang pasibong kalaban ay tataya lamang sa tatlong potensyal na bluff na iyon sa kalahati ng oras, ang hanay ng pagtaya ay naglalaman ng pitong weighted value at 1.5 weighted bluff. Ang win fraction ng bayani ay bumababa sa </w:t>
      </w:r>
      <w:r xmlns:w="http://schemas.openxmlformats.org/wordprocessingml/2006/main">
        <w:rPr>
          <w:b/>
          <w:bCs/>
        </w:rPr>
        <w:t xml:space="preserve">1.5/8.5 ≈ 17.65% </w:t>
      </w:r>
      <w:r xmlns:w="http://schemas.openxmlformats.org/wordprocessingml/2006/main">
        <w:t xml:space="preserve">, na ginagawang halos hindi kumikita ang tawag. Ang exploit ay hindi 'fold whenever this person touches chips'. Ito ay upang mabawasan ang bluff weights sa partikular na action line kung saan sinusuportahan ito ng ebidensya.</w:t>
      </w:r>
    </w:p>
    <w:bookmarkEnd w:id="201"/>
    <w:bookmarkStart w:id="203" w:name="beware-circular-inference"/>
    <w:p>
      <w:pPr xmlns:w="http://schemas.openxmlformats.org/wordprocessingml/2006/main">
        <w:pStyle w:val="Heading2"/>
      </w:pPr>
      <w:r xmlns:w="http://schemas.openxmlformats.org/wordprocessingml/2006/main">
        <w:t xml:space="preserve">Mag-ingat sa pabilog na hinuha</w:t>
      </w:r>
    </w:p>
    <w:p>
      <w:pPr xmlns:w="http://schemas.openxmlformats.org/wordprocessingml/2006/main">
        <w:pStyle w:val="FirstParagraph"/>
      </w:pPr>
      <w:r xmlns:w="http://schemas.openxmlformats.org/wordprocessingml/2006/main">
        <w:t xml:space="preserve">Nagsisimula ang isang klasikong patibong ng pangangatwiran: 'Hindi siya kailanman magbobola dito.' Ang manlalaro ay nagfo-fold at hindi na kailanman makikita ang mga nakatagong baraha. Sa susunod, ang hindi nakikitang fold ay ituturing na karagdagang patunay ng hindi sapat na bluffing. Walang bagong natutunan. Itala ang isang fold bilang isang fold, hindi bilang isang natuklasang value hand. Ang mga showdown, maingat na dinisenyong mga kasaysayan ng aksyon, at kapani-paniwalang mga prior ay maaaring magbigay-impormasyon sa mga frequency, ngunit ang isang hindi nakikitang hawak ay hindi maaaring ibunyag nang retroaktibo sa pamamagitan ng kumpiyansa.</w:t>
      </w:r>
    </w:p>
    <w:bookmarkStart w:id="202" w:name="exploit-quality-and-uncertainty"/>
    <w:p>
      <w:pPr xmlns:w="http://schemas.openxmlformats.org/wordprocessingml/2006/main">
        <w:pStyle w:val="Heading3"/>
      </w:pPr>
      <w:r xmlns:w="http://schemas.openxmlformats.org/wordprocessingml/2006/main">
        <w:t xml:space="preserve">Pagsasamantala sa kalidad at kawalan ng katiyakan</w:t>
      </w:r>
    </w:p>
    <w:p>
      <w:pPr xmlns:w="http://schemas.openxmlformats.org/wordprocessingml/2006/main">
        <w:pStyle w:val="FirstParagraph"/>
      </w:pPr>
      <w:r xmlns:w="http://schemas.openxmlformats.org/wordprocessingml/2006/main">
        <w:t xml:space="preserve">Dapat makayanan ng isang pagsasaayos ang mga maliliit na pagkakamali sa modelo. Ipagpalagay na ang pag-bluff sa isang river ay nagkakahalaga ng $80 para manalo ng $120. Ang no-equity bluff ay nangangailangan ng Villain na mag-fold nang higit sa </w:t>
      </w:r>
      <w:r xmlns:w="http://schemas.openxmlformats.org/wordprocessingml/2006/main">
        <w:rPr>
          <w:b/>
          <w:bCs/>
        </w:rPr>
        <w:t xml:space="preserve">80/(120+80)=40% </w:t>
      </w:r>
      <w:r xmlns:w="http://schemas.openxmlformats.org/wordprocessingml/2006/main">
        <w:t xml:space="preserve">. Kung ang pagtatantya ng iyong kalaban ay 41% fold batay sa tatlong pagkakataon lamang, ang maliwanag na kalamangan ay marupok. Kung ang isang maingat na sinukat na maihahambing na sample ay nagmumungkahi ng 65%, maaaring mas maganda ang laro. Isaalang-alang pa rin ang mga card blocker, mga kapani-paniwalang kwento, at mga kalaban na umaangkop sa iyong imahe.</w:t>
      </w:r>
    </w:p>
    <w:bookmarkEnd w:id="202"/>
    <w:bookmarkEnd w:id="203"/>
    <w:bookmarkStart w:id="205" w:name="build-a-session-review"/>
    <w:p>
      <w:pPr xmlns:w="http://schemas.openxmlformats.org/wordprocessingml/2006/main">
        <w:pStyle w:val="Heading2"/>
      </w:pPr>
      <w:r xmlns:w="http://schemas.openxmlformats.org/wordprocessingml/2006/main">
        <w:t xml:space="preserve">Gumawa ng pagsusuri ng sesyon</w:t>
      </w:r>
    </w:p>
    <w:p>
      <w:pPr xmlns:w="http://schemas.openxmlformats.org/wordprocessingml/2006/main">
        <w:pStyle w:val="FirstParagraph"/>
      </w:pPr>
      <w:r xmlns:w="http://schemas.openxmlformats.org/wordprocessingml/2006/main">
        <w:t xml:space="preserve">Pagkatapos ng isang sesyon, magtala ng tatlong kamay: isang value bet na nabayaran, isang bluff o call na ang EV ay hindi tiyak, at isang fold na iyong ipinagmamalaki. Para sa bawat isa, buuin muli ang range na mayroon ka </w:t>
      </w:r>
      <w:r xmlns:w="http://schemas.openxmlformats.org/wordprocessingml/2006/main">
        <w:rPr>
          <w:i/>
          <w:iCs/>
        </w:rPr>
        <w:t xml:space="preserve">noong panahong iyon </w:t>
      </w:r>
      <w:r xmlns:w="http://schemas.openxmlformats.org/wordprocessingml/2006/main">
        <w:t xml:space="preserve">, pagkatapos ay ihambing sa anumang bagong available na card o impormasyon. Huwag kailanman isulat muli ang iyong orihinal na nabasa na parang alam mo na ang showdown nang maaga. Ihiwalay ang kawastuhan ng proseso mula sa resulta.</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Isang river bluff ang sumusugal ng $80 para manalo ng kasalukuyang $120 na pot na walang showdown value. Anong fold frequency ang kailangan bago mag-rake? (A) 33.33%, (B) 40%, (C) 50%, (D) 66.67%. </w:t>
      </w:r>
      <w:r xmlns:w="http://schemas.openxmlformats.org/wordprocessingml/2006/main">
        <w:rPr>
          <w:b/>
          <w:bCs/>
        </w:rPr>
        <w:t xml:space="preserve">B </w:t>
      </w:r>
      <w:r xmlns:w="http://schemas.openxmlformats.org/wordprocessingml/2006/main">
        <w:t xml:space="preserve">; ang break-even ay B/(P+B)=80/200=40%.</w:t>
      </w:r>
    </w:p>
    <w:bookmarkStart w:id="204" w:name="change-the-conditions-12"/>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Ang iyong bluff ngayon ay nanganganib ng $120 para manalo ng $120. Kailangan nito ng higit sa </w:t>
      </w:r>
      <w:r xmlns:w="http://schemas.openxmlformats.org/wordprocessingml/2006/main">
        <w:rPr>
          <w:b/>
          <w:bCs/>
        </w:rPr>
        <w:t xml:space="preserve">50% </w:t>
      </w:r>
      <w:r xmlns:w="http://schemas.openxmlformats.org/wordprocessingml/2006/main">
        <w:t xml:space="preserve">na folds. Ang pagbabago ng sukat nang walang fold-frequency revision ay hindi awtomatikong pagbuti ng kita. Maaaring iba ang reaksyon ng kalaban sa mas malaking taya.</w:t>
      </w:r>
    </w:p>
    <w:p>
      <w:pPr xmlns:w="http://schemas.openxmlformats.org/wordprocessingml/2006/main">
        <w:pStyle w:val="BodyText"/>
      </w:pPr>
      <w:r xmlns:w="http://schemas.openxmlformats.org/wordprocessingml/2006/main">
        <w:rPr>
          <w:b/>
          <w:bCs/>
        </w:rPr>
        <w:t xml:space="preserve">Pangunahing prinsipyo: </w:t>
      </w:r>
      <w:r xmlns:w="http://schemas.openxmlformats.org/wordprocessingml/2006/main">
        <w:t xml:space="preserve">Ang isang mahusay na pagsasamantala ay isang tahasang, maaaring pabulaanan, at may kamalayang tugon sa panganib sa isang sinusukat na tendensiya.</w:t>
      </w:r>
    </w:p>
    <w:bookmarkEnd w:id="204"/>
    <w:bookmarkEnd w:id="205"/>
    <w:bookmarkStart w:id="212" w:name="chapter-13-six-verified-drills"/>
    <w:p>
      <w:pPr xmlns:w="http://schemas.openxmlformats.org/wordprocessingml/2006/main">
        <w:pStyle w:val="Heading2"/>
      </w:pPr>
      <w:r xmlns:w="http://schemas.openxmlformats.org/wordprocessingml/2006/main">
        <w:t xml:space="preserve">Kabanata 13: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206" w:name="drill-sfft-ms3-13-001"/>
    <w:p>
      <w:pPr xmlns:w="http://schemas.openxmlformats.org/wordprocessingml/2006/main">
        <w:pStyle w:val="Heading3"/>
      </w:pPr>
      <w:r xmlns:w="http://schemas.openxmlformats.org/wordprocessingml/2006/main">
        <w:t xml:space="preserve">Drilling SFFT-MS3-13-001</w:t>
      </w:r>
    </w:p>
    <w:p>
      <w:pPr xmlns:w="http://schemas.openxmlformats.org/wordprocessingml/2006/main">
        <w:pStyle w:val="FirstParagraph"/>
      </w:pPr>
      <w:r xmlns:w="http://schemas.openxmlformats.org/wordprocessingml/2006/main">
        <w:t xml:space="preserve">Ano ang isang pagsasamantala?</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Isang pagsasaayos batay sa ebidensya sa paglihis sa estratehiya ng isang kalaban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Isang akusasyon ng pandaraya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Anumang panloloko na nananalo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Isang garantiya mula sa isang HUD</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Binabago ng isang pagsasamantala ang estratehiya bilang tugon sa isang natukoy na tendensiya.</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patas na estratehikong adaptasyon ay hindi pandaraya. - </w:t>
      </w:r>
      <w:r xmlns:w="http://schemas.openxmlformats.org/wordprocessingml/2006/main">
        <w:rPr>
          <w:b/>
          <w:bCs/>
        </w:rPr>
        <w:t xml:space="preserve">C: </w:t>
      </w:r>
      <w:r xmlns:w="http://schemas.openxmlformats.org/wordprocessingml/2006/main">
        <w:t xml:space="preserve">Ang isang panalong resulta ay maaaring mahinang EV. - </w:t>
      </w:r>
      <w:r xmlns:w="http://schemas.openxmlformats.org/wordprocessingml/2006/main">
        <w:rPr>
          <w:b/>
          <w:bCs/>
        </w:rPr>
        <w:t xml:space="preserve">D: </w:t>
      </w:r>
      <w:r xmlns:w="http://schemas.openxmlformats.org/wordprocessingml/2006/main">
        <w:t xml:space="preserve">Ang mga kagamitan at sample ay maaaring mali.</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06"/>
    <w:bookmarkStart w:id="207" w:name="drill-sfft-ms3-13-002"/>
    <w:p>
      <w:pPr xmlns:w="http://schemas.openxmlformats.org/wordprocessingml/2006/main">
        <w:pStyle w:val="Heading3"/>
      </w:pPr>
      <w:r xmlns:w="http://schemas.openxmlformats.org/wordprocessingml/2006/main">
        <w:t xml:space="preserve">Drilling SFFT-MS3-13-002</w:t>
      </w:r>
    </w:p>
    <w:p>
      <w:pPr xmlns:w="http://schemas.openxmlformats.org/wordprocessingml/2006/main">
        <w:pStyle w:val="FirstParagraph"/>
      </w:pPr>
      <w:r xmlns:w="http://schemas.openxmlformats.org/wordprocessingml/2006/main">
        <w:t xml:space="preserve">Ano ang dapat mong gawin pagkatapos mong tumaya sa isang taya na ang mga baraha ay nananatiling nakatago?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Itala ang taya at i-fold; huwag angkinin na ang kamay ay may halaga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Ituring ang fold bilang isang revealed set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Ipagpalagay na ang taya ay palaging bluff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Burahin ang obserbasyon</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mga kamay na hindi naipakita ay nananatiling hindi naipapakita; itala ang mga magagamit na ebidensya.</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Hindi mo nakita ang set. - </w:t>
      </w:r>
      <w:r xmlns:w="http://schemas.openxmlformats.org/wordprocessingml/2006/main">
        <w:rPr>
          <w:b/>
          <w:bCs/>
        </w:rPr>
        <w:t xml:space="preserve">C: </w:t>
      </w:r>
      <w:r xmlns:w="http://schemas.openxmlformats.org/wordprocessingml/2006/main">
        <w:t xml:space="preserve">Wala ka ring nakitang bluff. - </w:t>
      </w:r>
      <w:r xmlns:w="http://schemas.openxmlformats.org/wordprocessingml/2006/main">
        <w:rPr>
          <w:b/>
          <w:bCs/>
        </w:rPr>
        <w:t xml:space="preserve">D: </w:t>
      </w:r>
      <w:r xmlns:w="http://schemas.openxmlformats.org/wordprocessingml/2006/main">
        <w:t xml:space="preserve">Ang obserbasyon ng aksyon ay nananatiling kapaki-pakinabang.</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07"/>
    <w:bookmarkStart w:id="208" w:name="drill-sfft-ms3-13-003"/>
    <w:p>
      <w:pPr xmlns:w="http://schemas.openxmlformats.org/wordprocessingml/2006/main">
        <w:pStyle w:val="Heading3"/>
      </w:pPr>
      <w:r xmlns:w="http://schemas.openxmlformats.org/wordprocessingml/2006/main">
        <w:t xml:space="preserve">Drilling SFFT-MS3-13-003</w:t>
      </w:r>
    </w:p>
    <w:p>
      <w:pPr xmlns:w="http://schemas.openxmlformats.org/wordprocessingml/2006/main">
        <w:pStyle w:val="FirstParagraph"/>
      </w:pPr>
      <w:r xmlns:w="http://schemas.openxmlformats.org/wordprocessingml/2006/main">
        <w:t xml:space="preserve">Laban sa isang madalas tumatawag, aling pagsasaayos ang kadalasang maganda?</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Pumili ng value bet gamit ang mas maraming kamay na nakakatalo sa mga tawag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Mas madalas na magbluff nang walang ebidensya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Balewalain ang lakas ng showdown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Palaging itulak ang bawat ilog</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Maaaring bumuti ang thin value kapag madalas na tumatawag ang mga mas mahinang kamay.</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Binabawasan ng mga maluwag na tumatawag ang purong tagumpay sa panloloko. - </w:t>
      </w:r>
      <w:r xmlns:w="http://schemas.openxmlformats.org/wordprocessingml/2006/main">
        <w:rPr>
          <w:b/>
          <w:bCs/>
        </w:rPr>
        <w:t xml:space="preserve">C: </w:t>
      </w:r>
      <w:r xmlns:w="http://schemas.openxmlformats.org/wordprocessingml/2006/main">
        <w:t xml:space="preserve">Ang halaga ay nakadepende sa saklaw ng pagtawag. - </w:t>
      </w:r>
      <w:r xmlns:w="http://schemas.openxmlformats.org/wordprocessingml/2006/main">
        <w:rPr>
          <w:b/>
          <w:bCs/>
        </w:rPr>
        <w:t xml:space="preserve">D: </w:t>
      </w:r>
      <w:r xmlns:w="http://schemas.openxmlformats.org/wordprocessingml/2006/main">
        <w:t xml:space="preserve">Ang pagsukat ay kondisyonal, hindi awtomatiko.</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08"/>
    <w:bookmarkStart w:id="209" w:name="drill-sfft-ms3-13-004"/>
    <w:p>
      <w:pPr xmlns:w="http://schemas.openxmlformats.org/wordprocessingml/2006/main">
        <w:pStyle w:val="Heading3"/>
      </w:pPr>
      <w:r xmlns:w="http://schemas.openxmlformats.org/wordprocessingml/2006/main">
        <w:t xml:space="preserve">Drilling SFFT-MS3-13-004</w:t>
      </w:r>
    </w:p>
    <w:p>
      <w:pPr xmlns:w="http://schemas.openxmlformats.org/wordprocessingml/2006/main">
        <w:pStyle w:val="FirstParagraph"/>
      </w:pPr>
      <w:r xmlns:w="http://schemas.openxmlformats.org/wordprocessingml/2006/main">
        <w:t xml:space="preserve">Ano ang nagpapahina sa isang pagsasamantala?</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Naglalaho ang bentahe nito pagkatapos ng mga katamtamang posibleng pagbabago sa mga pagpapalagay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Naglalaman ang pormula nito ng mga praksyon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Gumagamit ito ng legal na pagtaas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Nangangailangan ito ng pag-iisip</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Sinusukat ng pagsusuri sa sensitibidad ang kahinaan.</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Ang mga praksyon ay hindi isang kahinaan. - </w:t>
      </w:r>
      <w:r xmlns:w="http://schemas.openxmlformats.org/wordprocessingml/2006/main">
        <w:rPr>
          <w:b/>
          <w:bCs/>
        </w:rPr>
        <w:t xml:space="preserve">C: </w:t>
      </w:r>
      <w:r xmlns:w="http://schemas.openxmlformats.org/wordprocessingml/2006/main">
        <w:t xml:space="preserve">Ang mga legal na aksyon ay maaari pa ring maging matatag o marupok. - </w:t>
      </w:r>
      <w:r xmlns:w="http://schemas.openxmlformats.org/wordprocessingml/2006/main">
        <w:rPr>
          <w:b/>
          <w:bCs/>
        </w:rPr>
        <w:t xml:space="preserve">D: </w:t>
      </w:r>
      <w:r xmlns:w="http://schemas.openxmlformats.org/wordprocessingml/2006/main">
        <w:t xml:space="preserve">Ang pangangatwiran ay isang kalakasan.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09"/>
    <w:bookmarkStart w:id="210" w:name="drill-sfft-ms3-13-005"/>
    <w:p>
      <w:pPr xmlns:w="http://schemas.openxmlformats.org/wordprocessingml/2006/main">
        <w:pStyle w:val="Heading3"/>
      </w:pPr>
      <w:r xmlns:w="http://schemas.openxmlformats.org/wordprocessingml/2006/main">
        <w:t xml:space="preserve">Drilling SFFT-MS3-13-005</w:t>
      </w:r>
    </w:p>
    <w:p>
      <w:pPr xmlns:w="http://schemas.openxmlformats.org/wordprocessingml/2006/main">
        <w:pStyle w:val="FirstParagraph"/>
      </w:pPr>
      <w:r xmlns:w="http://schemas.openxmlformats.org/wordprocessingml/2006/main">
        <w:t xml:space="preserve">Isinasaalang-alang ng Hero ang isang </w:t>
      </w:r>
      <w:r xmlns:w="http://schemas.openxmlformats.org/wordprocessingml/2006/main">
        <w:rPr>
          <w:b/>
          <w:bCs/>
        </w:rPr>
        <w:t xml:space="preserve">zero-showdown-value </w:t>
      </w:r>
      <w:r xmlns:w="http://schemas.openxmlformats.org/wordprocessingml/2006/main">
        <w:t xml:space="preserve">river bluff na $40 para sa isang $180 na pot. Maaaring mag-fold o mag-call ang kontrabida at talunin si Hero. Anong fold frequency ang magpapa-break even sa bluff, bago ang rake?</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18.18%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15.38%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22.22%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81.82%</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EV(bluff) = f×$180 − (1−f)×$40. Lutasin ang EV=0: f=40/(180+40) = 18.18%.</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Ito ay isang </w:t>
      </w:r>
      <w:r xmlns:w="http://schemas.openxmlformats.org/wordprocessingml/2006/main">
        <w:rPr>
          <w:i/>
          <w:iCs/>
        </w:rPr>
        <w:t xml:space="preserve">call </w:t>
      </w:r>
      <w:r xmlns:w="http://schemas.openxmlformats.org/wordprocessingml/2006/main">
        <w:t xml:space="preserve">equity equation, hindi isang zero-equity bluff threshold. - </w:t>
      </w:r>
      <w:r xmlns:w="http://schemas.openxmlformats.org/wordprocessingml/2006/main">
        <w:rPr>
          <w:b/>
          <w:bCs/>
        </w:rPr>
        <w:t xml:space="preserve">C: </w:t>
      </w:r>
      <w:r xmlns:w="http://schemas.openxmlformats.org/wordprocessingml/2006/main">
        <w:t xml:space="preserve">Hindi nito nalalampasan ang opportunity cost ng taya. - </w:t>
      </w:r>
      <w:r xmlns:w="http://schemas.openxmlformats.org/wordprocessingml/2006/main">
        <w:rPr>
          <w:b/>
          <w:bCs/>
        </w:rPr>
        <w:t xml:space="preserve">D: </w:t>
      </w:r>
      <w:r xmlns:w="http://schemas.openxmlformats.org/wordprocessingml/2006/main">
        <w:t xml:space="preserve">Ito ang complement o isang hindi kaugnay na frequency.</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10"/>
    <w:bookmarkStart w:id="211" w:name="drill-sfft-ms3-13-006"/>
    <w:p>
      <w:pPr xmlns:w="http://schemas.openxmlformats.org/wordprocessingml/2006/main">
        <w:pStyle w:val="Heading3"/>
      </w:pPr>
      <w:r xmlns:w="http://schemas.openxmlformats.org/wordprocessingml/2006/main">
        <w:t xml:space="preserve">Drilling SFFT-MS3-13-006</w:t>
      </w:r>
    </w:p>
    <w:p>
      <w:pPr xmlns:w="http://schemas.openxmlformats.org/wordprocessingml/2006/main">
        <w:pStyle w:val="FirstParagraph"/>
      </w:pPr>
      <w:r xmlns:w="http://schemas.openxmlformats.org/wordprocessingml/2006/main">
        <w:t xml:space="preserve">May </w:t>
      </w:r>
      <w:r xmlns:w="http://schemas.openxmlformats.org/wordprocessingml/2006/main">
        <w:rPr>
          <w:b/>
          <w:bCs/>
        </w:rPr>
        <w:t xml:space="preserve">purong bluff-catcher ang Hero </w:t>
      </w:r>
      <w:r xmlns:w="http://schemas.openxmlformats.org/wordprocessingml/2006/main">
        <w:t xml:space="preserve">sa isang heads-up river. Ang pot ay $140 bago ang $90 na taya. Ang explicit betting model ng Villain ay may 6 na equally weighted value combo na tatalo sa Hero at 7 bluffs na tatalo sa Hero, walang tabla o rake. Ano ang mas gusto ng modelong ito?</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Tawag, +EV sa nakasaad na modelo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Tiklupin, ang tawag ay −EV sa nakasaad na modelo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Tawag, dahil ang anumang bluff ay ginagawang tama ang pagtawag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Itaas, dahil ang pot odds ay hindi mahalaga</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tawag ay nangangailangan ng 28.12%; Ang bayani ay mananalo ng 7/13=53.85%. EV(tawag)=0.538462×230−0.461538×90=$+82.31. Kaya tawagin ang modelong ito.</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Kinakailangan ng modelo ang paghahambing ng bahagi ng bluff sa eksaktong presyo. - </w:t>
      </w:r>
      <w:r xmlns:w="http://schemas.openxmlformats.org/wordprocessingml/2006/main">
        <w:rPr>
          <w:b/>
          <w:bCs/>
        </w:rPr>
        <w:t xml:space="preserve">C: </w:t>
      </w:r>
      <w:r xmlns:w="http://schemas.openxmlformats.org/wordprocessingml/2006/main">
        <w:t xml:space="preserve">Hindi sapat ang pagkakita ng anumang bluff; maaaring masyadong maliit ang bahagi ng bluff. - </w:t>
      </w:r>
      <w:r xmlns:w="http://schemas.openxmlformats.org/wordprocessingml/2006/main">
        <w:rPr>
          <w:b/>
          <w:bCs/>
        </w:rPr>
        <w:t xml:space="preserve">D: </w:t>
      </w:r>
      <w:r xmlns:w="http://schemas.openxmlformats.org/wordprocessingml/2006/main">
        <w:t xml:space="preserve">Ang pagtaas ay nangangailangan ng hiwalay na pagsusuri ng fold-equity/value, hindi isang pagtanggi na kalkulahin ang isang tawag.</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11"/>
    <w:bookmarkEnd w:id="212"/>
    <w:bookmarkEnd w:id="213"/>
    <w:bookmarkStart w:id="229" w:name="the-integrated-hand-reading-process"/>
    <w:p>
      <w:pPr xmlns:w="http://schemas.openxmlformats.org/wordprocessingml/2006/main">
        <w:pStyle w:val="Heading1"/>
      </w:pPr>
      <w:r xmlns:w="http://schemas.openxmlformats.org/wordprocessingml/2006/main">
        <w:t xml:space="preserve">14. Ang Pinagsamang Proseso ng Pagbasa ng Kamay</w:t>
      </w:r>
    </w:p>
    <w:p>
      <w:pPr xmlns:w="http://schemas.openxmlformats.org/wordprocessingml/2006/main">
        <w:pStyle w:val="FirstParagraph"/>
      </w:pPr>
      <w:r xmlns:w="http://schemas.openxmlformats.org/wordprocessingml/2006/main">
        <w:rPr>
          <w:b/>
          <w:bCs/>
        </w:rPr>
        <w:t xml:space="preserve">Layunin: </w:t>
      </w:r>
      <w:r xmlns:w="http://schemas.openxmlformats.org/wordprocessingml/2006/main">
        <w:t xml:space="preserve">Isagawa ang kumpletong pagsusuri ng saklaw mula preflop hanggang river, at tukuyin kung aling mga konklusyon ang eksakto laban sa kondisyonal.</w:t>
      </w:r>
    </w:p>
    <w:p>
      <w:pPr xmlns:w="http://schemas.openxmlformats.org/wordprocessingml/2006/main">
        <w:pStyle w:val="BodyText"/>
      </w:pPr>
      <w:r xmlns:w="http://schemas.openxmlformats.org/wordprocessingml/2006/main">
        <w:t xml:space="preserve">Ang isang manlalarong nakapag-aral na ng mga naunang kabanata ay nagtataglay ng mga kagamitan: pagbuo ng saklaw, bilang ng mga kumbinasyon, dalas ng aksyon, interaksyon sa board, mga blocker, presyo, at sensitibidad. Ang isang manlalarong isa-isang nag-deploy ng mga ito nang walang sistema ay maaari pa ring maligaw sa isang totoong laro. Ang layunin ng kabanatang ito ay upang pagsama-samahin ang pamamaraan sa isang paulit-ulit na gawain na maaaring isagawa nang dahan-dahan habang nag-aaral at mabilis, nang may angkop na pag-iingat, sa mesa.</w:t>
      </w:r>
    </w:p>
    <w:bookmarkStart w:id="217" w:name="the-seven-stage-audit"/>
    <w:p>
      <w:pPr xmlns:w="http://schemas.openxmlformats.org/wordprocessingml/2006/main">
        <w:pStyle w:val="Heading2"/>
      </w:pPr>
      <w:r xmlns:w="http://schemas.openxmlformats.org/wordprocessingml/2006/main">
        <w:t xml:space="preserve">Ang pitong yugtong pag-audit</w:t>
      </w:r>
    </w:p>
    <w:p>
      <w:pPr xmlns:w="http://schemas.openxmlformats.org/wordprocessingml/2006/main">
        <w:pStyle w:val="FirstParagraph"/>
      </w:pPr>
      <w:r xmlns:w="http://schemas.openxmlformats.org/wordprocessingml/2006/main">
        <w:rPr>
          <w:b/>
          <w:bCs/>
        </w:rPr>
        <w:t xml:space="preserve">1. Tukuyin ang laro. </w:t>
      </w:r>
      <w:r xmlns:w="http://schemas.openxmlformats.org/wordprocessingml/2006/main">
        <w:t xml:space="preserve">Sabihin ang format, mga upuan, aksyon bago ang flop, epektibong stack, at rake rule. Siguraduhing ang bawat kontribusyon ng chip ay isinasaalang-alang.</w:t>
      </w:r>
    </w:p>
    <w:p>
      <w:pPr xmlns:w="http://schemas.openxmlformats.org/wordprocessingml/2006/main">
        <w:pStyle w:val="BodyText"/>
      </w:pPr>
      <w:r xmlns:w="http://schemas.openxmlformats.org/wordprocessingml/2006/main">
        <w:rPr>
          <w:b/>
          <w:bCs/>
        </w:rPr>
        <w:t xml:space="preserve">2. Magtalaga ng panimulang saklaw. </w:t>
      </w:r>
      <w:r xmlns:w="http://schemas.openxmlformats.org/wordprocessingml/2006/main">
        <w:t xml:space="preserve">Gamitin ang posisyon at mga magagamit na obserbasyon. Markahan ito ng 'ilustratibo' kapag ito ay isang modelo sa halip na isang nasukat na distribusyon ng kalaban. Pag-iba-ibahin ang mga klase ng suited mula sa offsuit.</w:t>
      </w:r>
    </w:p>
    <w:p>
      <w:pPr xmlns:w="http://schemas.openxmlformats.org/wordprocessingml/2006/main">
        <w:pStyle w:val="BodyText"/>
      </w:pPr>
      <w:r xmlns:w="http://schemas.openxmlformats.org/wordprocessingml/2006/main">
        <w:rPr>
          <w:b/>
          <w:bCs/>
        </w:rPr>
        <w:t xml:space="preserve">3. Alisin ang mga imposibleng baraha. </w:t>
      </w:r>
      <w:r xmlns:w="http://schemas.openxmlformats.org/wordprocessingml/2006/main">
        <w:t xml:space="preserve">Gamitin ang mga baraha ng Bayani at bawat pampublikong baraha. Bilangin ang eksaktong mga kombinasyon na magagamit para sa mga kaugnay na hawak.</w:t>
      </w:r>
    </w:p>
    <w:p>
      <w:pPr xmlns:w="http://schemas.openxmlformats.org/wordprocessingml/2006/main">
        <w:pStyle w:val="BodyText"/>
      </w:pPr>
      <w:r xmlns:w="http://schemas.openxmlformats.org/wordprocessingml/2006/main">
        <w:rPr>
          <w:b/>
          <w:bCs/>
        </w:rPr>
        <w:t xml:space="preserve">4. I-update para sa bawat aksyon. </w:t>
      </w:r>
      <w:r xmlns:w="http://schemas.openxmlformats.org/wordprocessingml/2006/main">
        <w:t xml:space="preserve">Sa bawat kalye, paramihin ang mga kumbinasyon sa tinantyang frequency ng pagtaya, pagtawag, o pagsuri na naaangkop sa eksaktong aksyon at sukat na iyon. Huwag kailanman gumamit ng frequency ng pagliko na parang lahat ng flop holdings ay nanatili na hindi nagbabago.</w:t>
      </w:r>
    </w:p>
    <w:p>
      <w:pPr xmlns:w="http://schemas.openxmlformats.org/wordprocessingml/2006/main">
        <w:pStyle w:val="BodyText"/>
      </w:pPr>
      <w:r xmlns:w="http://schemas.openxmlformats.org/wordprocessingml/2006/main">
        <w:rPr>
          <w:b/>
          <w:bCs/>
        </w:rPr>
        <w:t xml:space="preserve">5. Muling uriin ang lakas. </w:t>
      </w:r>
      <w:r xmlns:w="http://schemas.openxmlformats.org/wordprocessingml/2006/main">
        <w:t xml:space="preserve">Kapag may dumating na bagong board card, muling ikategorya ang mga hawak bilang value, draws, marginal hands, o bluffs. Gawin ito </w:t>
      </w:r>
      <w:r xmlns:w="http://schemas.openxmlformats.org/wordprocessingml/2006/main">
        <w:rPr>
          <w:i/>
          <w:iCs/>
        </w:rPr>
        <w:t xml:space="preserve">bago </w:t>
      </w:r>
      <w:r xmlns:w="http://schemas.openxmlformats.org/wordprocessingml/2006/main">
        <w:t xml:space="preserve">ilapat ang susunod na frequency filter.</w:t>
      </w:r>
    </w:p>
    <w:p>
      <w:pPr xmlns:w="http://schemas.openxmlformats.org/wordprocessingml/2006/main">
        <w:pStyle w:val="BodyText"/>
      </w:pPr>
      <w:r xmlns:w="http://schemas.openxmlformats.org/wordprocessingml/2006/main">
        <w:rPr>
          <w:b/>
          <w:bCs/>
        </w:rPr>
        <w:t xml:space="preserve">6. Kalkulahin ang desisyon. </w:t>
      </w:r>
      <w:r xmlns:w="http://schemas.openxmlformats.org/wordprocessingml/2006/main">
        <w:t xml:space="preserve">Ang pot odds, EV, fold equity, rake, at remaining-stack exposure ay dapat tumutugma sa aktwal na pagpipilian. Ang agarang river bluff-catch ay hindi isang problema sa set-mining, at ang turn draw na nakaharap sa mga taya sa hinaharap ay hindi isang problema sa free two-card equity realization.</w:t>
      </w:r>
    </w:p>
    <w:p>
      <w:pPr xmlns:w="http://schemas.openxmlformats.org/wordprocessingml/2006/main">
        <w:pStyle w:val="BodyText"/>
      </w:pPr>
      <w:r xmlns:w="http://schemas.openxmlformats.org/wordprocessingml/2006/main">
        <w:rPr>
          <w:b/>
          <w:bCs/>
        </w:rPr>
        <w:t xml:space="preserve">7. I-stress-test ang sagot. </w:t>
      </w:r>
      <w:r xmlns:w="http://schemas.openxmlformats.org/wordprocessingml/2006/main">
        <w:t xml:space="preserve">Bawasan ang hindi tiyak na dalas ng bluff, magdagdag ng isa pang kapani-paniwalang halaga, baguhin ang laki ng taya, o baguhin ang rake. Iulat kung ang inirerekomendang aksyon ay mananatili. Kung hindi, uriin ang puwesto bilang malapit at sensitibo.</w:t>
      </w:r>
    </w:p>
    <w:p>
      <w:pPr>
        <w:pStyle w:val="CaptionedFigure"/>
      </w:pPr>
      <w:r>
        <w:drawing>
          <wp:inline>
            <wp:extent cx="6261100" cy="3565348"/>
            <wp:effectExtent b="0" l="0" r="0" t="0"/>
            <wp:docPr descr="Street-by-street range funnel" title="" id="215" name="Picture"/>
            <a:graphic>
              <a:graphicData uri="http://schemas.openxmlformats.org/drawingml/2006/picture">
                <pic:pic>
                  <pic:nvPicPr>
                    <pic:cNvPr descr="figures/range-funnel.png" id="216" name="Picture"/>
                    <pic:cNvPicPr>
                      <a:picLocks noChangeArrowheads="1" noChangeAspect="1"/>
                    </pic:cNvPicPr>
                  </pic:nvPicPr>
                  <pic:blipFill>
                    <a:blip r:embed="rId214"/>
                    <a:stretch>
                      <a:fillRect/>
                    </a:stretch>
                  </pic:blipFill>
                  <pic:spPr bwMode="auto">
                    <a:xfrm>
                      <a:off x="0" y="0"/>
                      <a:ext cx="6261100" cy="3565348"/>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Funnel ng saklaw ng kalye-kalye</w:t>
      </w:r>
    </w:p>
    <w:bookmarkEnd w:id="217"/>
    <w:bookmarkStart w:id="218" w:name="one-connected-river-model"/>
    <w:p>
      <w:pPr xmlns:w="http://schemas.openxmlformats.org/wordprocessingml/2006/main">
        <w:pStyle w:val="Heading2"/>
      </w:pPr>
      <w:r xmlns:w="http://schemas.openxmlformats.org/wordprocessingml/2006/main">
        <w:t xml:space="preserve">Isang konektadong modelo ng ilog</w:t>
      </w:r>
    </w:p>
    <w:p>
      <w:pPr xmlns:w="http://schemas.openxmlformats.org/wordprocessingml/2006/main">
        <w:pStyle w:val="FirstParagraph"/>
      </w:pPr>
      <w:r xmlns:w="http://schemas.openxmlformats.org/wordprocessingml/2006/main">
        <w:t xml:space="preserve">Kumuha ng paunang hula na $1/$2, mag-pot ng $120 sa river bago tumaya ang Villain ng $80, at ang Hero ay may hawak na marginal made hand na purong bluff-catcher kumpara sa ipinapalagay na distribusyon ng pagtaya. Kailangan ng Hero ng 80/(120+80+80)= </w:t>
      </w:r>
      <w:r xmlns:w="http://schemas.openxmlformats.org/wordprocessingml/2006/main">
        <w:rPr>
          <w:b/>
          <w:bCs/>
        </w:rPr>
        <w:t xml:space="preserve">28.57% </w:t>
      </w:r>
      <w:r xmlns:w="http://schemas.openxmlformats.org/wordprocessingml/2006/main">
        <w:t xml:space="preserve">na panalo. I-modelo ang taya bilang 11 weighted value combinations at limang weighted bluffs: Panalo ang Hero ng 5/16=31.25%, kaya EV(call)=5/16×200−11/16×80= </w:t>
      </w:r>
      <w:r xmlns:w="http://schemas.openxmlformats.org/wordprocessingml/2006/main">
        <w:rPr>
          <w:b/>
          <w:bCs/>
        </w:rPr>
        <w:t xml:space="preserve">+$7.50 </w:t>
      </w:r>
      <w:r xmlns:w="http://schemas.openxmlformats.org/wordprocessingml/2006/main">
        <w:t xml:space="preserve">bago mag-rake. Hatiin ang bluff weights sa 2.5 nang hindi binabago ang value: Panalo ang Hero ng 2.5/13.5≈18.52% at matatalo ang call ng humigit-kumulang </w:t>
      </w:r>
      <w:r xmlns:w="http://schemas.openxmlformats.org/wordprocessingml/2006/main">
        <w:rPr>
          <w:b/>
          <w:bCs/>
        </w:rPr>
        <w:t xml:space="preserve">$28.15 </w:t>
      </w:r>
      <w:r xmlns:w="http://schemas.openxmlformats.org/wordprocessingml/2006/main">
        <w:t xml:space="preserve">. Ito ay isang marupok na call, hindi isang pagkakataon para sa unqualified confidence.</w:t>
      </w:r>
    </w:p>
    <w:p>
      <w:pPr xmlns:w="http://schemas.openxmlformats.org/wordprocessingml/2006/main">
        <w:pStyle w:val="BodyText"/>
      </w:pPr>
      <w:r xmlns:w="http://schemas.openxmlformats.org/wordprocessingml/2006/main">
        <w:t xml:space="preserve">Dapat ding suriin ng isang analyst kung ang sinasabing limang bangin ay maaaring pisikal na umiral, kung nakarating ang mga ito sa ilog sa pamamagitan ng mga nakaraang aksyon, at kung hinaharangan ba ng Hero ang alinman sa mga ito. Kung hindi alam ang sagot sa mga tanong na iyon, ang resultang numerikal ay isang modelong senaryo, hindi isang natuklasang katotohanan tungkol sa Kontrabida.</w:t>
      </w:r>
    </w:p>
    <w:bookmarkEnd w:id="218"/>
    <w:bookmarkStart w:id="219" w:name="explain-instead-of-declaring"/>
    <w:p>
      <w:pPr xmlns:w="http://schemas.openxmlformats.org/wordprocessingml/2006/main">
        <w:pStyle w:val="Heading2"/>
      </w:pPr>
      <w:r xmlns:w="http://schemas.openxmlformats.org/wordprocessingml/2006/main">
        <w:t xml:space="preserve">Ipaliwanag sa halip na ipahayag</w:t>
      </w:r>
    </w:p>
    <w:p>
      <w:pPr xmlns:w="http://schemas.openxmlformats.org/wordprocessingml/2006/main">
        <w:pStyle w:val="FirstParagraph"/>
      </w:pPr>
      <w:r xmlns:w="http://schemas.openxmlformats.org/wordprocessingml/2006/main">
        <w:t xml:space="preserve">Mahinang sagot: 'Tumawag ka, siya ay polarized.' Malakas na sagot: 'Sa presyong ito kailangan ko ng 28.6%; ang aking modelo ay may limang weighted bluff sa labing-anim na taya, na nagbibigay ng 31.25%; maliit ang margin at nagiging fold kung ang mga bluff weight na iyon ay labis na tinantya.' Ang pangalawang sagot ay kapaki-pakinabang kahit na matalo ang kamay o kung ang ipinapalagay na saklaw ay lumabas na mali sa kalaunan. Ipinapahiwatig nito nang eksakto kung saan dapat ilapat ang mga bagong ebidensya.</w:t>
      </w:r>
    </w:p>
    <w:bookmarkEnd w:id="219"/>
    <w:bookmarkStart w:id="221" w:name="a-study-log-worth-keeping"/>
    <w:p>
      <w:pPr xmlns:w="http://schemas.openxmlformats.org/wordprocessingml/2006/main">
        <w:pStyle w:val="Heading2"/>
      </w:pPr>
      <w:r xmlns:w="http://schemas.openxmlformats.org/wordprocessingml/2006/main">
        <w:t xml:space="preserve">Isang talaan ng pag-aaral na sulit itago</w:t>
      </w:r>
    </w:p>
    <w:p>
      <w:pPr xmlns:w="http://schemas.openxmlformats.org/wordprocessingml/2006/main">
        <w:pStyle w:val="FirstParagraph"/>
      </w:pPr>
      <w:r xmlns:w="http://schemas.openxmlformats.org/wordprocessingml/2006/main">
        <w:t xml:space="preserve">Dapat itala ng bawat sinuring kamay ang hand ID, petsa, format ng laro, mga posisyon, stack, mga kilalang baraha, pot ledger, mga grupo ng assumed range, mga frequency ng aksyon, eksaktong blocker, nakalkulang presyo, mga kandidatong aksyon, ginustong aksyon sa ilalim ng mga pagpapalagay, pagkakaiba-iba ng sensitivity, at kung anong ebidensya ang maaaring magpabago sa modelo. Iwasan ang pag-save ng mga pribadong detalye tungkol sa mga taong walang kaugnayan sa paglalaro. Ang isang pampublikong pang-edukasyon na kasaysayan ng kamay ay maaaring gumamit ng mga composite character sa halip na tukuyin ang mga totoong manlalaro nang walang pahintulot.</w:t>
      </w:r>
    </w:p>
    <w:p>
      <w:pPr xmlns:w="http://schemas.openxmlformats.org/wordprocessingml/2006/main">
        <w:pStyle w:val="BodyText"/>
      </w:pPr>
      <w:r xmlns:w="http://schemas.openxmlformats.org/wordprocessingml/2006/main">
        <w:rPr>
          <w:b/>
          <w:bCs/>
        </w:rPr>
        <w:t xml:space="preserve">Checkpoint ng desisyon. </w:t>
      </w:r>
      <w:r xmlns:w="http://schemas.openxmlformats.org/wordprocessingml/2006/main">
        <w:t xml:space="preserve">Aling hakbang ang dapat gawin bago timbangin ang taya sa river ng Kontrabida? (A) Ideklara ang taya sa river bilang isang bluff; (B) isama ang bawat maiisip na hawak bago ang flop; (C) tanggalin ang mga nakalantad na baraha at buuin muli kung aling mga kamay ang maaaring umabot sa river; (D) kopyahin ang isang generic na MDF chart nang walang konteksto. </w:t>
      </w:r>
      <w:r xmlns:w="http://schemas.openxmlformats.org/wordprocessingml/2006/main">
        <w:rPr>
          <w:b/>
          <w:bCs/>
        </w:rPr>
        <w:t xml:space="preserve">C. </w:t>
      </w:r>
      <w:r xmlns:w="http://schemas.openxmlformats.org/wordprocessingml/2006/main">
        <w:t xml:space="preserve">Nilalaktawan ng iba pang mga pagpipilian ang pangunahing hinuha.</w:t>
      </w:r>
    </w:p>
    <w:bookmarkStart w:id="220" w:name="change-the-conditions-13"/>
    <w:p>
      <w:pPr xmlns:w="http://schemas.openxmlformats.org/wordprocessingml/2006/main">
        <w:pStyle w:val="Heading3"/>
      </w:pPr>
      <w:r xmlns:w="http://schemas.openxmlformats.org/wordprocessingml/2006/main">
        <w:t xml:space="preserve">Baguhin ang mga kondisyon</w:t>
      </w:r>
    </w:p>
    <w:p>
      <w:pPr xmlns:w="http://schemas.openxmlformats.org/wordprocessingml/2006/main">
        <w:pStyle w:val="FirstParagraph"/>
      </w:pPr>
      <w:r xmlns:w="http://schemas.openxmlformats.org/wordprocessingml/2006/main">
        <w:t xml:space="preserve">Nagpakita ang kalaban ng isang nakakagulat na bluff. Huwag baguhin ang nakaraan para magmukhang hindi maiiwasan ang iyong resulta. Idagdag ang bagong obserbasyon sa iyong evidence ledger at maingat na baguhin ang mga pagtatantya ng dalas sa hinaharap. Ganito nagiging mas tumpak ang isang estudyante ng poker sa paglipas ng panahon.</w:t>
      </w:r>
    </w:p>
    <w:p>
      <w:pPr xmlns:w="http://schemas.openxmlformats.org/wordprocessingml/2006/main">
        <w:pStyle w:val="BodyText"/>
      </w:pPr>
      <w:r xmlns:w="http://schemas.openxmlformats.org/wordprocessingml/2006/main">
        <w:rPr>
          <w:b/>
          <w:bCs/>
        </w:rPr>
        <w:t xml:space="preserve">Prinsipyo: </w:t>
      </w:r>
      <w:r xmlns:w="http://schemas.openxmlformats.org/wordprocessingml/2006/main">
        <w:t xml:space="preserve">Ang pinakamalakas na mambabasang mano-mano ay yaong ang mga palagay, bilang, at dahilan ay maaaring suriin nang nakapag-iisa.</w:t>
      </w:r>
    </w:p>
    <w:bookmarkEnd w:id="220"/>
    <w:bookmarkEnd w:id="221"/>
    <w:bookmarkStart w:id="228" w:name="chapter-14-six-verified-drills"/>
    <w:p>
      <w:pPr xmlns:w="http://schemas.openxmlformats.org/wordprocessingml/2006/main">
        <w:pStyle w:val="Heading2"/>
      </w:pPr>
      <w:r xmlns:w="http://schemas.openxmlformats.org/wordprocessingml/2006/main">
        <w:t xml:space="preserve">Kabanata 14: Anim na Napatunayang Pagsasanay</w:t>
      </w:r>
    </w:p>
    <w:p>
      <w:pPr xmlns:w="http://schemas.openxmlformats.org/wordprocessingml/2006/main">
        <w:pStyle w:val="FirstParagraph"/>
      </w:pPr>
      <w:r xmlns:w="http://schemas.openxmlformats.org/wordprocessingml/2006/main">
        <w:t xml:space="preserve">Isulat ang iyong sagot bago basahin ang paliwanag. Ang mga problemang numerikal ay gumagamit ng mga nakasaad na pagpapalagay, huwag pansinin ang rake maliban kung ibinigay, at hindi dapat gawing pangkalahatan sa isang tunay na kalaban.</w:t>
      </w:r>
    </w:p>
    <w:bookmarkStart w:id="222" w:name="drill-sfft-ms3-14-001"/>
    <w:p>
      <w:pPr xmlns:w="http://schemas.openxmlformats.org/wordprocessingml/2006/main">
        <w:pStyle w:val="Heading3"/>
      </w:pPr>
      <w:r xmlns:w="http://schemas.openxmlformats.org/wordprocessingml/2006/main">
        <w:t xml:space="preserve">Drilling SFFT-MS3-14-001</w:t>
      </w:r>
    </w:p>
    <w:p>
      <w:pPr xmlns:w="http://schemas.openxmlformats.org/wordprocessingml/2006/main">
        <w:pStyle w:val="FirstParagraph"/>
      </w:pPr>
      <w:r xmlns:w="http://schemas.openxmlformats.org/wordprocessingml/2006/main">
        <w:t xml:space="preserve">Ano ang tamang pagkakasunod-sunod ng pagbasa sa bawat kalye?</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Magsimula sa river, mag-imbento ng UTG range pagkatapos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Preflop range → pag-alis ng known-card → sequential action updates → current price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Balewalain ang mga check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Ilapat ang final showdown sa mga naunang unknown card</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mga pansala ng impormasyon at aksyon ay dapat ilapat nang sunod-sunod.</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Hindi mapapalitan ng pagbabalik-tanaw ang kronolohiya. - </w:t>
      </w:r>
      <w:r xmlns:w="http://schemas.openxmlformats.org/wordprocessingml/2006/main">
        <w:rPr>
          <w:b/>
          <w:bCs/>
        </w:rPr>
        <w:t xml:space="preserve">C: </w:t>
      </w:r>
      <w:r xmlns:w="http://schemas.openxmlformats.org/wordprocessingml/2006/main">
        <w:t xml:space="preserve">Ang mga pagsusuri ay mga obserbasyon din. - </w:t>
      </w:r>
      <w:r xmlns:w="http://schemas.openxmlformats.org/wordprocessingml/2006/main">
        <w:rPr>
          <w:b/>
          <w:bCs/>
        </w:rPr>
        <w:t xml:space="preserve">D: </w:t>
      </w:r>
      <w:r xmlns:w="http://schemas.openxmlformats.org/wordprocessingml/2006/main">
        <w:t xml:space="preserve">Ang desisyon ay dapat tasahin gamit ang napapanahong impormasyon.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22"/>
    <w:bookmarkStart w:id="223" w:name="drill-sfft-ms3-14-002"/>
    <w:p>
      <w:pPr xmlns:w="http://schemas.openxmlformats.org/wordprocessingml/2006/main">
        <w:pStyle w:val="Heading3"/>
      </w:pPr>
      <w:r xmlns:w="http://schemas.openxmlformats.org/wordprocessingml/2006/main">
        <w:t xml:space="preserve">Drilling SFFT-MS3-14-002</w:t>
      </w:r>
    </w:p>
    <w:p>
      <w:pPr xmlns:w="http://schemas.openxmlformats.org/wordprocessingml/2006/main">
        <w:pStyle w:val="FirstParagraph"/>
      </w:pPr>
      <w:r xmlns:w="http://schemas.openxmlformats.org/wordprocessingml/2006/main">
        <w:t xml:space="preserve">Bakit babaguhin ang isang baryabol pagkatapos malutas ang isang kamay?</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Upang makita kung paano nakasalalay ang desisyon sa mga pagpapalagay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Upang magarantiya ang isa pang panalong linya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Upang alisin ang rake sa lahat ng laro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Upang makagawa ng mas magagandang baraha</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Ipinapakita ng sensitibidad kung aling mga salik ang nagtutulak sa rekomendasyon.</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Hindi garantisado ang mga resulta. - </w:t>
      </w:r>
      <w:r xmlns:w="http://schemas.openxmlformats.org/wordprocessingml/2006/main">
        <w:rPr>
          <w:b/>
          <w:bCs/>
        </w:rPr>
        <w:t xml:space="preserve">C: </w:t>
      </w:r>
      <w:r xmlns:w="http://schemas.openxmlformats.org/wordprocessingml/2006/main">
        <w:t xml:space="preserve">Ang mga tuntunin sa pag-rake ay totoo at iba-iba. - </w:t>
      </w:r>
      <w:r xmlns:w="http://schemas.openxmlformats.org/wordprocessingml/2006/main">
        <w:rPr>
          <w:b/>
          <w:bCs/>
        </w:rPr>
        <w:t xml:space="preserve">D: </w:t>
      </w:r>
      <w:r xmlns:w="http://schemas.openxmlformats.org/wordprocessingml/2006/main">
        <w:t xml:space="preserve">Hindi maaaring palitan ng presentasyon ang pagsusuri.</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23"/>
    <w:bookmarkStart w:id="224" w:name="drill-sfft-ms3-14-003"/>
    <w:p>
      <w:pPr xmlns:w="http://schemas.openxmlformats.org/wordprocessingml/2006/main">
        <w:pStyle w:val="Heading3"/>
      </w:pPr>
      <w:r xmlns:w="http://schemas.openxmlformats.org/wordprocessingml/2006/main">
        <w:t xml:space="preserve">Drilling SFFT-MS3-14-003</w:t>
      </w:r>
    </w:p>
    <w:p>
      <w:pPr xmlns:w="http://schemas.openxmlformats.org/wordprocessingml/2006/main">
        <w:pStyle w:val="FirstParagraph"/>
      </w:pPr>
      <w:r xmlns:w="http://schemas.openxmlformats.org/wordprocessingml/2006/main">
        <w:t xml:space="preserve">Paano mo inuuri ang isang bahagya +EV na tawag sa ilog batay sa tinantyang timbang?</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Walang kundisyong kumikita magpakailanman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Sensitibo at posibleng marupok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Awtomatikong pagtaas ng suweldo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Isang napatunayang solusyon sa paglutas</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Maaaring mawala ang margin ng modelo sa pamamagitan ng bahagyang pagbabago.</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S: </w:t>
      </w:r>
      <w:r xmlns:w="http://schemas.openxmlformats.org/wordprocessingml/2006/main">
        <w:t xml:space="preserve">Ang kawalan ng katiyakan sa pag-uugali ay maaaring makadaig sa isang maliit na kalamangan ng modelo. - </w:t>
      </w:r>
      <w:r xmlns:w="http://schemas.openxmlformats.org/wordprocessingml/2006/main">
        <w:rPr>
          <w:b/>
          <w:bCs/>
        </w:rPr>
        <w:t xml:space="preserve">C: </w:t>
      </w:r>
      <w:r xmlns:w="http://schemas.openxmlformats.org/wordprocessingml/2006/main">
        <w:t xml:space="preserve">Ang pagpapataas ay nangangailangan ng hiwalay na EV at mga saklaw. - </w:t>
      </w:r>
      <w:r xmlns:w="http://schemas.openxmlformats.org/wordprocessingml/2006/main">
        <w:rPr>
          <w:b/>
          <w:bCs/>
        </w:rPr>
        <w:t xml:space="preserve">D: </w:t>
      </w:r>
      <w:r xmlns:w="http://schemas.openxmlformats.org/wordprocessingml/2006/main">
        <w:t xml:space="preserve">Ang isang pagtatantya ay hindi isang sertipikasyon para sa tagalutas.</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24"/>
    <w:bookmarkStart w:id="225" w:name="drill-sfft-ms3-14-004"/>
    <w:p>
      <w:pPr xmlns:w="http://schemas.openxmlformats.org/wordprocessingml/2006/main">
        <w:pStyle w:val="Heading3"/>
      </w:pPr>
      <w:r xmlns:w="http://schemas.openxmlformats.org/wordprocessingml/2006/main">
        <w:t xml:space="preserve">Drilling SFFT-MS3-14-004</w:t>
      </w:r>
    </w:p>
    <w:p>
      <w:pPr xmlns:w="http://schemas.openxmlformats.org/wordprocessingml/2006/main">
        <w:pStyle w:val="FirstParagraph"/>
      </w:pPr>
      <w:r xmlns:w="http://schemas.openxmlformats.org/wordprocessingml/2006/main">
        <w:t xml:space="preserve">Ano ang dapat kasama sa isang kumpletong sulat-kamay?</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Kung sino lamang ang nanalo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Mga posisyon, stack, baraha, legal na aksyon, pot ledger, mga saklaw, mga pagpapalagay, EV, sensitibidad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Ang river card lamang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Ang diumano'y nagsasabi lamang ng Kontrabida</w:t>
      </w:r>
    </w:p>
    <w:p>
      <w:pPr xmlns:w="http://schemas.openxmlformats.org/wordprocessingml/2006/main">
        <w:pStyle w:val="BodyText"/>
      </w:pPr>
      <w:r xmlns:w="http://schemas.openxmlformats.org/wordprocessingml/2006/main">
        <w:rPr>
          <w:b/>
          <w:bCs/>
        </w:rPr>
        <w:t xml:space="preserve">Sagot: B. </w:t>
      </w:r>
      <w:r xmlns:w="http://schemas.openxmlformats.org/wordprocessingml/2006/main">
        <w:t xml:space="preserve">Ang buong pagsusuri ay ginagawang maaaring ulitin ang hinuha.</w:t>
      </w:r>
    </w:p>
    <w:p>
      <w:pPr xmlns:w="http://schemas.openxmlformats.org/wordprocessingml/2006/main">
        <w:pStyle w:val="BodyText"/>
      </w:pPr>
      <w:r xmlns:w="http://schemas.openxmlformats.org/wordprocessingml/2006/main">
        <w:rPr>
          <w:b/>
          <w:bCs/>
        </w:rPr>
        <w:t xml:space="preserve">Bakit nabibigo ang mga alternatibo: </w:t>
      </w:r>
      <w:r xmlns:w="http://schemas.openxmlformats.org/wordprocessingml/2006/main">
        <w:t xml:space="preserve">- </w:t>
      </w:r>
      <w:r xmlns:w="http://schemas.openxmlformats.org/wordprocessingml/2006/main">
        <w:rPr>
          <w:b/>
          <w:bCs/>
        </w:rPr>
        <w:t xml:space="preserve">A: </w:t>
      </w:r>
      <w:r xmlns:w="http://schemas.openxmlformats.org/wordprocessingml/2006/main">
        <w:t xml:space="preserve">Hindi kasama sa resulta lamang ang konteksto ng desisyon. - </w:t>
      </w:r>
      <w:r xmlns:w="http://schemas.openxmlformats.org/wordprocessingml/2006/main">
        <w:rPr>
          <w:b/>
          <w:bCs/>
        </w:rPr>
        <w:t xml:space="preserve">C: </w:t>
      </w:r>
      <w:r xmlns:w="http://schemas.openxmlformats.org/wordprocessingml/2006/main">
        <w:t xml:space="preserve">Hindi sapat ang isang baraha. - </w:t>
      </w:r>
      <w:r xmlns:w="http://schemas.openxmlformats.org/wordprocessingml/2006/main">
        <w:rPr>
          <w:b/>
          <w:bCs/>
        </w:rPr>
        <w:t xml:space="preserve">D: </w:t>
      </w:r>
      <w:r xmlns:w="http://schemas.openxmlformats.org/wordprocessingml/2006/main">
        <w:t xml:space="preserve">Hindi kumpletong ebidensya ang mga hindi na-verify na pahayag.</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25"/>
    <w:bookmarkStart w:id="226" w:name="drill-sfft-ms3-14-005"/>
    <w:p>
      <w:pPr xmlns:w="http://schemas.openxmlformats.org/wordprocessingml/2006/main">
        <w:pStyle w:val="Heading3"/>
      </w:pPr>
      <w:r xmlns:w="http://schemas.openxmlformats.org/wordprocessingml/2006/main">
        <w:t xml:space="preserve">Drilling SFFT-MS3-14-005</w:t>
      </w:r>
    </w:p>
    <w:p>
      <w:pPr xmlns:w="http://schemas.openxmlformats.org/wordprocessingml/2006/main">
        <w:pStyle w:val="FirstParagraph"/>
      </w:pPr>
      <w:r xmlns:w="http://schemas.openxmlformats.org/wordprocessingml/2006/main">
        <w:t xml:space="preserve">Ang isang heads-up river pot ay mayroong $160 </w:t>
      </w:r>
      <w:r xmlns:w="http://schemas.openxmlformats.org/wordprocessingml/2006/main">
        <w:rPr>
          <w:b/>
          <w:bCs/>
        </w:rPr>
        <w:t xml:space="preserve">bago </w:t>
      </w:r>
      <w:r xmlns:w="http://schemas.openxmlformats.org/wordprocessingml/2006/main">
        <w:t xml:space="preserve">tumaya ang Kontrabida ng $80. Tatapusin ng Hero ang aksyon at maaaring tumawag ng $80; ipagpalagay na walang tabla o rake. Anong eksaktong showdown-equity threshold ang kinakailangan ng isang tawag?</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25.00%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33.33%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50.00%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75.00%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Ang huling puhunan pagkatapos ng isang tawag ay $160+$80+$80=$320; ang tawag ay nagkakahalaga ng $80, kaya ang kinakailangang equity ay 80/320 = 25.00%.</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Mali: binabalewala nito ang kontribusyon ng Hero sa huling pot. - </w:t>
      </w:r>
      <w:r xmlns:w="http://schemas.openxmlformats.org/wordprocessingml/2006/main">
        <w:rPr>
          <w:b/>
          <w:bCs/>
        </w:rPr>
        <w:t xml:space="preserve">C: </w:t>
      </w:r>
      <w:r xmlns:w="http://schemas.openxmlformats.org/wordprocessingml/2006/main">
        <w:t xml:space="preserve">Mali: inihahambing nito ang call cost sa pot bago ang taya at call. - </w:t>
      </w:r>
      <w:r xmlns:w="http://schemas.openxmlformats.org/wordprocessingml/2006/main">
        <w:rPr>
          <w:b/>
          <w:bCs/>
        </w:rPr>
        <w:t xml:space="preserve">D: </w:t>
      </w:r>
      <w:r xmlns:w="http://schemas.openxmlformats.org/wordprocessingml/2006/main">
        <w:t xml:space="preserve">Mali: ito ang complement o isang hindi kaugnay na fraction.</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26"/>
    <w:bookmarkStart w:id="227" w:name="drill-sfft-ms3-14-006"/>
    <w:p>
      <w:pPr xmlns:w="http://schemas.openxmlformats.org/wordprocessingml/2006/main">
        <w:pStyle w:val="Heading3"/>
      </w:pPr>
      <w:r xmlns:w="http://schemas.openxmlformats.org/wordprocessingml/2006/main">
        <w:t xml:space="preserve">Drilling SFFT-MS3-14-006</w:t>
      </w:r>
    </w:p>
    <w:p>
      <w:pPr xmlns:w="http://schemas.openxmlformats.org/wordprocessingml/2006/main">
        <w:pStyle w:val="FirstParagraph"/>
      </w:pP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10 posibleng kombinasyon ng halaga at 10 posibleng kombinasyon ng bluff. Ginagawa nila ang naobserbahang taya na may halagang 50% at 25% ng oras na may bluff. Ilang bahagi ng </w:t>
      </w:r>
      <w:r xmlns:w="http://schemas.openxmlformats.org/wordprocessingml/2006/main">
        <w:rPr>
          <w:b/>
          <w:bCs/>
        </w:rPr>
        <w:t xml:space="preserve">kanilang mga taya </w:t>
      </w:r>
      <w:r xmlns:w="http://schemas.openxmlformats.org/wordprocessingml/2006/main">
        <w:t xml:space="preserve">ang bluff?</w:t>
      </w:r>
    </w:p>
    <w:p>
      <w:pPr xmlns:w="http://schemas.openxmlformats.org/wordprocessingml/2006/main">
        <w:pStyle w:val="BodyText"/>
      </w:pPr>
      <w:r xmlns:w="http://schemas.openxmlformats.org/wordprocessingml/2006/main">
        <w:rPr>
          <w:b/>
          <w:bCs/>
        </w:rPr>
        <w:t xml:space="preserve">A. </w:t>
      </w:r>
      <w:r xmlns:w="http://schemas.openxmlformats.org/wordprocessingml/2006/main">
        <w:t xml:space="preserve">33.33% </w:t>
      </w:r>
      <w:r xmlns:w="http://schemas.openxmlformats.org/wordprocessingml/2006/main">
        <w:br xmlns:w="http://schemas.openxmlformats.org/wordprocessingml/2006/main"/>
      </w:r>
      <w:r xmlns:w="http://schemas.openxmlformats.org/wordprocessingml/2006/main">
        <w:rPr>
          <w:b/>
          <w:bCs/>
        </w:rPr>
        <w:t xml:space="preserve">B. </w:t>
      </w:r>
      <w:r xmlns:w="http://schemas.openxmlformats.org/wordprocessingml/2006/main">
        <w:t xml:space="preserve">50.00% </w:t>
      </w:r>
      <w:r xmlns:w="http://schemas.openxmlformats.org/wordprocessingml/2006/main">
        <w:br xmlns:w="http://schemas.openxmlformats.org/wordprocessingml/2006/main"/>
      </w:r>
      <w:r xmlns:w="http://schemas.openxmlformats.org/wordprocessingml/2006/main">
        <w:rPr>
          <w:b/>
          <w:bCs/>
        </w:rPr>
        <w:t xml:space="preserve">C. </w:t>
      </w:r>
      <w:r xmlns:w="http://schemas.openxmlformats.org/wordprocessingml/2006/main">
        <w:t xml:space="preserve">66.67% </w:t>
      </w:r>
      <w:r xmlns:w="http://schemas.openxmlformats.org/wordprocessingml/2006/main">
        <w:br xmlns:w="http://schemas.openxmlformats.org/wordprocessingml/2006/main"/>
      </w:r>
      <w:r xmlns:w="http://schemas.openxmlformats.org/wordprocessingml/2006/main">
        <w:rPr>
          <w:b/>
          <w:bCs/>
        </w:rPr>
        <w:t xml:space="preserve">D. </w:t>
      </w:r>
      <w:r xmlns:w="http://schemas.openxmlformats.org/wordprocessingml/2006/main">
        <w:t xml:space="preserve">25.00%</w:t>
      </w:r>
    </w:p>
    <w:p>
      <w:pPr xmlns:w="http://schemas.openxmlformats.org/wordprocessingml/2006/main">
        <w:pStyle w:val="BodyText"/>
      </w:pPr>
      <w:r xmlns:w="http://schemas.openxmlformats.org/wordprocessingml/2006/main">
        <w:rPr>
          <w:b/>
          <w:bCs/>
        </w:rPr>
        <w:t xml:space="preserve">Sagot: A. </w:t>
      </w:r>
      <w:r xmlns:w="http://schemas.openxmlformats.org/wordprocessingml/2006/main">
        <w:t xml:space="preserve">Tinimbang na halaga=10×0.5=5; tinimbang na mga bluff=10×0.25=2.5; bahagi ng bluff=2.5/(5+2.5)=33.33%. Dapat muling timbangin ng aksyon ang panimulang distribusyon.</w:t>
      </w:r>
    </w:p>
    <w:p>
      <w:pPr xmlns:w="http://schemas.openxmlformats.org/wordprocessingml/2006/main">
        <w:pStyle w:val="BodyText"/>
      </w:pPr>
      <w:r xmlns:w="http://schemas.openxmlformats.org/wordprocessingml/2006/main">
        <w:rPr>
          <w:b/>
          <w:bCs/>
        </w:rPr>
        <w:t xml:space="preserve">Bakit nabigo ang mga alternatibo: </w:t>
      </w:r>
      <w:r xmlns:w="http://schemas.openxmlformats.org/wordprocessingml/2006/main">
        <w:t xml:space="preserve">- </w:t>
      </w:r>
      <w:r xmlns:w="http://schemas.openxmlformats.org/wordprocessingml/2006/main">
        <w:rPr>
          <w:b/>
          <w:bCs/>
        </w:rPr>
        <w:t xml:space="preserve">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bahagi ng bluff bago ang taya, hindi ang weighted betting range. - </w:t>
      </w:r>
      <w:r xmlns:w="http://schemas.openxmlformats.org/wordprocessingml/2006/main">
        <w:rPr>
          <w:b/>
          <w:bCs/>
        </w:rPr>
        <w:t xml:space="preserve">C: </w:t>
      </w:r>
      <w:r xmlns:w="http://schemas.openxmlformats.org/wordprocessingml/2006/main">
        <w:t xml:space="preserve">Ito ay isang value share o kung hindi man ay binabalewala ang action frequency. - </w:t>
      </w:r>
      <w:r xmlns:w="http://schemas.openxmlformats.org/wordprocessingml/2006/main">
        <w:rPr>
          <w:b/>
          <w:bCs/>
        </w:rPr>
        <w:t xml:space="preserve">D: </w:t>
      </w:r>
      <w:r xmlns:w="http://schemas.openxmlformats.org/wordprocessingml/2006/main">
        <w:t xml:space="preserve">Napagkakamalan nito ang conditional bet frequency sa bahagi ng mga taya na bluff.</w:t>
      </w:r>
    </w:p>
    <w:p>
      <w:pPr xmlns:w="http://schemas.openxmlformats.org/wordprocessingml/2006/main">
        <w:pStyle w:val="BodyText"/>
      </w:pPr>
      <w:r xmlns:w="http://schemas.openxmlformats.org/wordprocessingml/2006/main">
        <w:rPr>
          <w:b/>
          <w:bCs/>
        </w:rPr>
        <w:t xml:space="preserve">Pagsasanay sa paglilipat: </w:t>
      </w:r>
      <w:r xmlns:w="http://schemas.openxmlformats.org/wordprocessingml/2006/main">
        <w:t xml:space="preserve">Baguhin ang dalas ng aksyon, alam na baraha, bilang ng kalaban, o kaugnay na laki ng taya. Muling kalkulahin bago magdesisyon kung mananatili ang parehong sagot.</w:t>
      </w:r>
    </w:p>
    <w:bookmarkEnd w:id="227"/>
    <w:bookmarkEnd w:id="228"/>
    <w:bookmarkEnd w:id="229"/>
    <w:bookmarkStart w:id="278" w:name="X47fb74c725ad1ec0a777d93f8dff21378f902a2"/>
    <w:p>
      <w:pPr xmlns:w="http://schemas.openxmlformats.org/wordprocessingml/2006/main">
        <w:pStyle w:val="Heading1"/>
      </w:pPr>
      <w:r xmlns:w="http://schemas.openxmlformats.org/wordprocessingml/2006/main">
        <w:t xml:space="preserve">15. Ang Mga Pangunahing Kaso: Labindalawang Imbestigasyon</w:t>
      </w:r>
    </w:p>
    <w:p>
      <w:pPr xmlns:w="http://schemas.openxmlformats.org/wordprocessingml/2006/main">
        <w:pStyle w:val="FirstParagraph"/>
      </w:pPr>
      <w:r xmlns:w="http://schemas.openxmlformats.org/wordprocessingml/2006/main">
        <w:rPr>
          <w:b/>
          <w:bCs/>
        </w:rPr>
        <w:t xml:space="preserve">Protokol sa laboratoryo: </w:t>
      </w:r>
      <w:r xmlns:w="http://schemas.openxmlformats.org/wordprocessingml/2006/main">
        <w:t xml:space="preserve">Ang mga taya sa bawat file ay $1/$2 no-limit hold'em, walang ante o straddle, at lahat ng pot total ay </w:t>
      </w:r>
      <w:r xmlns:w="http://schemas.openxmlformats.org/wordprocessingml/2006/main">
        <w:rPr>
          <w:b/>
          <w:bCs/>
        </w:rPr>
        <w:t xml:space="preserve">pre-rake </w:t>
      </w:r>
      <w:r xmlns:w="http://schemas.openxmlformats.org/wordprocessingml/2006/main">
        <w:t xml:space="preserve">. Ang mga stack ay ipinapalagay na sapat para sa mga ipinapakitang taya at call. Ang mga boluntaryong kontribusyon ng mga nakatiklop na manlalaro ay mananatili sa pot. Ang mga numerical value/bluff distribution ay mga kathang-isip na weighted model, hindi mga pag-aangkin tungkol sa mga live na populasyon ng manlalaro. Para sa mga decision-point river, ang ipinapakitang Villain hand, kung mayroon man, ay isisiwalat </w:t>
      </w:r>
      <w:r xmlns:w="http://schemas.openxmlformats.org/wordprocessingml/2006/main">
        <w:rPr>
          <w:b/>
          <w:bCs/>
        </w:rPr>
        <w:t xml:space="preserve">lamang pagkatapos </w:t>
      </w:r>
      <w:r xmlns:w="http://schemas.openxmlformats.org/wordprocessingml/2006/main">
        <w:t xml:space="preserve">ng desisyon batay sa modelo upang maiwasan ang pagtuturo na nakatuon sa resulta.</w:t>
      </w:r>
    </w:p>
    <w:bookmarkStart w:id="233" w:name="Xd40194dc861ceb42eff03d6af99a862a3cf599b"/>
    <w:p>
      <w:pPr xmlns:w="http://schemas.openxmlformats.org/wordprocessingml/2006/main">
        <w:pStyle w:val="Heading2"/>
      </w:pPr>
      <w:r xmlns:w="http://schemas.openxmlformats.org/wordprocessingml/2006/main">
        <w:t xml:space="preserve">File 01 — Isang Masikip na Ilog na Dapat Manatiling Masikip</w:t>
      </w:r>
    </w:p>
    <w:p>
      <w:pPr>
        <w:pStyle w:val="CaptionedFigure"/>
      </w:pPr>
      <w:r>
        <w:drawing>
          <wp:inline>
            <wp:extent cx="6261100" cy="3600132"/>
            <wp:effectExtent b="0" l="0" r="0" t="0"/>
            <wp:docPr descr="Card-verified teaching tableau for Master Hand File 01" title="" id="231" name="Picture"/>
            <a:graphic>
              <a:graphicData uri="http://schemas.openxmlformats.org/drawingml/2006/picture">
                <pic:pic>
                  <pic:nvPicPr>
                    <pic:cNvPr descr="figures/hand-01.png" id="232" name="Picture"/>
                    <pic:cNvPicPr>
                      <a:picLocks noChangeArrowheads="1" noChangeAspect="1"/>
                    </pic:cNvPicPr>
                  </pic:nvPicPr>
                  <pic:blipFill>
                    <a:blip r:embed="rId230"/>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01</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K♦ J♦ · </w:t>
      </w:r>
      <w:r xmlns:w="http://schemas.openxmlformats.org/wordprocessingml/2006/main">
        <w:rPr>
          <w:b/>
          <w:bCs/>
        </w:rPr>
        <w:t xml:space="preserve">Kontrabida na ipinakita (pagkatapos ng desisyon): </w:t>
      </w:r>
      <w:r xmlns:w="http://schemas.openxmlformats.org/wordprocessingml/2006/main">
        <w:t xml:space="preserve">Hindi isiniwalat · </w:t>
      </w:r>
      <w:r xmlns:w="http://schemas.openxmlformats.org/wordprocessingml/2006/main">
        <w:rPr>
          <w:b/>
          <w:bCs/>
        </w:rPr>
        <w:t xml:space="preserve">Lupon: </w:t>
      </w:r>
      <w:r xmlns:w="http://schemas.openxmlformats.org/wordprocessingml/2006/main">
        <w:t xml:space="preserve">K♠ 9♣ 6♥ 3♦ 2♠</w:t>
      </w:r>
    </w:p>
    <w:p>
      <w:pPr xmlns:w="http://schemas.openxmlformats.org/wordprocessingml/2006/main">
        <w:pStyle w:val="BodyText"/>
      </w:pPr>
      <w:r xmlns:w="http://schemas.openxmlformats.org/wordprocessingml/2006/main">
        <w:rPr>
          <w:b/>
          <w:bCs/>
        </w:rPr>
        <w:t xml:space="preserve">Bago ang pagkatalo: </w:t>
      </w:r>
      <w:r xmlns:w="http://schemas.openxmlformats.org/wordprocessingml/2006/main">
        <w:t xml:space="preserve">Tumaas ang UTG sa $12; Tumawag ang BTN ng $12; nakatiklop ang blinds.</w:t>
      </w:r>
    </w:p>
    <w:p>
      <w:pPr xmlns:w="http://schemas.openxmlformats.org/wordprocessingml/2006/main">
        <w:pStyle w:val="BodyText"/>
      </w:pPr>
      <w:r xmlns:w="http://schemas.openxmlformats.org/wordprocessingml/2006/main">
        <w:rPr>
          <w:b/>
          <w:bCs/>
        </w:rPr>
        <w:t xml:space="preserve">Pot ledger (walang kalaykay):</w:t>
      </w:r>
    </w:p>
    <w:p>
      <w:pPr xmlns:w="http://schemas.openxmlformats.org/wordprocessingml/2006/main">
        <w:pStyle w:val="Compact"/>
        <w:numPr>
          <w:ilvl w:val="0"/>
          <w:numId w:val="1012"/>
        </w:numPr>
      </w:pPr>
      <w:r xmlns:w="http://schemas.openxmlformats.org/wordprocessingml/2006/main">
        <w:rPr>
          <w:b/>
          <w:bCs/>
        </w:rPr>
        <w:t xml:space="preserve">Preflop </w:t>
      </w:r>
      <w:r xmlns:w="http://schemas.openxmlformats.org/wordprocessingml/2006/main">
        <w:t xml:space="preserve">— Mga Aksyon: Tumataas ang UTG sa $12; Tumawag ang BTN ng $12; nakatiklop ang blinds.; Pot pagkatapos makumpleto ang mga aksyon: $27</w:t>
      </w:r>
    </w:p>
    <w:p>
      <w:pPr xmlns:w="http://schemas.openxmlformats.org/wordprocessingml/2006/main">
        <w:pStyle w:val="Compact"/>
        <w:numPr>
          <w:ilvl w:val="0"/>
          <w:numId w:val="1012"/>
        </w:numPr>
      </w:pPr>
      <w:r xmlns:w="http://schemas.openxmlformats.org/wordprocessingml/2006/main">
        <w:rPr>
          <w:b/>
          <w:bCs/>
        </w:rPr>
        <w:t xml:space="preserve">Flop </w:t>
      </w:r>
      <w:r xmlns:w="http://schemas.openxmlformats.org/wordprocessingml/2006/main">
        <w:t xml:space="preserve">— Mga Aksyon: Mga taya sa UTG na $16; Mga tawag sa BTN na $16; Pot pagkatapos makumpleto ang mga aksyon: $59</w:t>
      </w:r>
    </w:p>
    <w:p>
      <w:pPr xmlns:w="http://schemas.openxmlformats.org/wordprocessingml/2006/main">
        <w:pStyle w:val="Compact"/>
        <w:numPr>
          <w:ilvl w:val="0"/>
          <w:numId w:val="1012"/>
        </w:numPr>
      </w:pPr>
      <w:r xmlns:w="http://schemas.openxmlformats.org/wordprocessingml/2006/main">
        <w:rPr>
          <w:b/>
          <w:bCs/>
        </w:rPr>
        <w:t xml:space="preserve">Turn </w:t>
      </w:r>
      <w:r xmlns:w="http://schemas.openxmlformats.org/wordprocessingml/2006/main">
        <w:t xml:space="preserve">— Mga Aksyon: Mga tseke ng UTG; Mga tseke ng BTN; Pot pagkatapos makumpleto ang mga aksyon: $59</w:t>
      </w:r>
    </w:p>
    <w:p>
      <w:pPr xmlns:w="http://schemas.openxmlformats.org/wordprocessingml/2006/main">
        <w:pStyle w:val="Compact"/>
        <w:numPr>
          <w:ilvl w:val="0"/>
          <w:numId w:val="1012"/>
        </w:numPr>
      </w:pPr>
      <w:r xmlns:w="http://schemas.openxmlformats.org/wordprocessingml/2006/main">
        <w:rPr>
          <w:b/>
          <w:bCs/>
        </w:rPr>
        <w:t xml:space="preserve">Ilog </w:t>
      </w:r>
      <w:r xmlns:w="http://schemas.openxmlformats.org/wordprocessingml/2006/main">
        <w:t xml:space="preserve">— Mga Aksyon: Mga taya sa UTG na $40; Pot pagkatapos makumpleto ang mga aksyon: $99</w:t>
      </w:r>
    </w:p>
    <w:p>
      <w:pPr xmlns:w="http://schemas.openxmlformats.org/wordprocessingml/2006/main">
        <w:pStyle w:val="FirstParagraph"/>
      </w:pPr>
      <w:r xmlns:w="http://schemas.openxmlformats.org/wordprocessingml/2006/main">
        <w:rPr>
          <w:b/>
          <w:bCs/>
        </w:rPr>
        <w:t xml:space="preserve">Nakabinbing desisyon ng Bayani sa river: </w:t>
      </w:r>
      <w:r xmlns:w="http://schemas.openxmlformats.org/wordprocessingml/2006/main">
        <w:t xml:space="preserve">Tumaya lang ang kontrabida ng $40 sa pot na $59 bago ang taya. Ang tawag ay nagkakahalaga ng $40, at ang huling pot ay magiging </w:t>
      </w:r>
      <m:oMath xmlns:m="http://schemas.openxmlformats.org/officeDocument/2006/math">
        <m:r>
          <m:t>139</m:t>
        </m:r>
        <m:r>
          <m:rPr>
            <m:sty m:val="p"/>
          </m:rPr>
          <m:t>*</m:t>
        </m:r>
        <m:r>
          <m:rPr>
            <m:sty m:val="p"/>
          </m:rPr>
          <m:t>*</m:t>
        </m:r>
        <m:r>
          <m:rPr>
            <m:sty m:val="p"/>
          </m:rPr>
          <m:t>.</m:t>
        </m:r>
        <m:r>
          <m:t>R</m:t>
        </m:r>
        <m:r>
          <m:t>e</m:t>
        </m:r>
        <m:r>
          <m:t>q</m:t>
        </m:r>
        <m:r>
          <m:t>u</m:t>
        </m:r>
        <m:r>
          <m:t>i</m:t>
        </m:r>
        <m:r>
          <m:t>r</m:t>
        </m:r>
        <m:r>
          <m:t>e</m:t>
        </m:r>
        <m:r>
          <m:t>d</m:t>
        </m:r>
        <m:r>
          <m:t>w</m:t>
        </m:r>
        <m:r>
          <m:t>i</m:t>
        </m:r>
        <m:r>
          <m:t>n</m:t>
        </m:r>
        <m:r>
          <m:t>s</m:t>
        </m:r>
        <m:r>
          <m:t>h</m:t>
        </m:r>
        <m:r>
          <m:t>a</m:t>
        </m:r>
        <m:r>
          <m:t>r</m:t>
        </m:r>
        <m:r>
          <m:t>e</m:t>
        </m:r>
        <m:r>
          <m:rPr>
            <m:sty m:val="p"/>
          </m:rPr>
          <m:t>:</m:t>
        </m:r>
        <m:r>
          <m:rPr>
            <m:sty m:val="p"/>
          </m:rPr>
          <m:t>*</m:t>
        </m:r>
        <m:r>
          <m:rPr>
            <m:sty m:val="p"/>
          </m:rPr>
          <m:t>*</m:t>
        </m:r>
        <m:r>
          <m:t>28.78</m:t>
        </m:r>
      </m:oMath>
      <w:r xmlns:w="http://schemas.openxmlformats.org/wordprocessingml/2006/main">
        <w:rPr>
          <w:b/>
          <w:bCs/>
        </w:rPr>
        <w:t xml:space="preserve">-5.25 EV </w:t>
      </w:r>
      <w:r xmlns:w="http://schemas.openxmlformats.org/wordprocessingml/2006/main">
        <w:t xml:space="preserve">bago ang rake. Ang kaukulang rekomendasyon ng toy-model ay </w:t>
      </w:r>
      <w:r xmlns:w="http://schemas.openxmlformats.org/wordprocessingml/2006/main">
        <w:rPr>
          <w:b/>
          <w:bCs/>
        </w:rPr>
        <w:t xml:space="preserve">fold </w:t>
      </w:r>
      <w:r xmlns:w="http://schemas.openxmlformats.org/wordprocessingml/2006/main">
        <w:t xml:space="preserve">, depende sa pagiging kapani-paniwala ng modelo.</w:t>
      </w:r>
    </w:p>
    <w:p>
      <w:pPr xmlns:w="http://schemas.openxmlformats.org/wordprocessingml/2006/main">
        <w:pStyle w:val="BodyText"/>
      </w:pPr>
      <w:r xmlns:w="http://schemas.openxmlformats.org/wordprocessingml/2006/main">
        <w:rPr>
          <w:b/>
          <w:bCs/>
        </w:rPr>
        <w:t xml:space="preserve">Pagsusuri. </w:t>
      </w:r>
      <w:r xmlns:w="http://schemas.openxmlformats.org/wordprocessingml/2006/main">
        <w:t xml:space="preserve">Ang preflop open ay isang dahilan para timbangin ang malalakas na broadway at pares, hindi para italaga ang ace-king nang paisa-isa. Ang flop continuation bet ay maaaring magsama ng overcards at draws, ngunit ang turn check ay nag-aalis lamang ng ilang agresibong kombinasyon kung ang manlalaro ay karaniwang nag-barrel ng mga holdings na iyon. Ang river ay isang blangko sa mga tuntunin ng texture, ngunit ang naobserbahang malaking taya ay dapat timbangin sa kung gaano kadalas nagpapakawala ng mga missed draws ang partikular na kalaban na ito.</w:t>
      </w:r>
    </w:p>
    <w:p>
      <w:pPr xmlns:w="http://schemas.openxmlformats.org/wordprocessingml/2006/main">
        <w:pStyle w:val="BodyText"/>
      </w:pPr>
      <w:r xmlns:w="http://schemas.openxmlformats.org/wordprocessingml/2006/main">
        <w:rPr>
          <w:b/>
          <w:bCs/>
        </w:rPr>
        <w:t xml:space="preserve">Ang mahalagang interpretasyon. </w:t>
      </w:r>
      <w:r xmlns:w="http://schemas.openxmlformats.org/wordprocessingml/2006/main">
        <w:t xml:space="preserve">Ang isang mahigpit na kalaban na dati nang nagpakita ng mga river na maraming puntos ay maaaring may sapat na malalakas na kings at set para mapabilis ang laro ng nangungunang pares ng Hero na may jack kicker. Huwag ipagpalagay na ang nine-versus-three range ay naitatatag sa pamamagitan ng isang naaalalang showdown.</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Kung apat na karagdagang kapani-paniwalang bluff ang idadagdag habang ang halaga ay nananatiling siyam, ang Hero ay mananalo sa pito sa labing-anim na taya at ang isang tawag ay magiging lubos na kumikita sa modelo ng laruan.</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r>
        <w:pict>
          <v:rect style="width:0;height:1.5pt" o:hralign="center" o:hrstd="t" o:hr="t"/>
        </w:pict>
      </w:r>
    </w:p>
    <w:bookmarkEnd w:id="233"/>
    <w:bookmarkStart w:id="237" w:name="X4cbff4e32aff0d0ef516b7c254e83163d26efcb"/>
    <w:p>
      <w:pPr xmlns:w="http://schemas.openxmlformats.org/wordprocessingml/2006/main">
        <w:pStyle w:val="Heading2"/>
      </w:pPr>
      <w:r xmlns:w="http://schemas.openxmlformats.org/wordprocessingml/2006/main">
        <w:t xml:space="preserve">File 02 — Isang Bluff-Catch Laban sa Isang Aktibong Big Blind</w:t>
      </w:r>
    </w:p>
    <w:p>
      <w:pPr>
        <w:pStyle w:val="CaptionedFigure"/>
      </w:pPr>
      <w:r>
        <w:drawing>
          <wp:inline>
            <wp:extent cx="6261100" cy="3600132"/>
            <wp:effectExtent b="0" l="0" r="0" t="0"/>
            <wp:docPr descr="Card-verified teaching tableau for Master Hand File 02" title="" id="235" name="Picture"/>
            <a:graphic>
              <a:graphicData uri="http://schemas.openxmlformats.org/drawingml/2006/picture">
                <pic:pic>
                  <pic:nvPicPr>
                    <pic:cNvPr descr="figures/hand-02.png" id="236" name="Picture"/>
                    <pic:cNvPicPr>
                      <a:picLocks noChangeArrowheads="1" noChangeAspect="1"/>
                    </pic:cNvPicPr>
                  </pic:nvPicPr>
                  <pic:blipFill>
                    <a:blip r:embed="rId234"/>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02</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K♣ J♣ · </w:t>
      </w:r>
      <w:r xmlns:w="http://schemas.openxmlformats.org/wordprocessingml/2006/main">
        <w:rPr>
          <w:b/>
          <w:bCs/>
        </w:rPr>
        <w:t xml:space="preserve">Kontrabida na ipinapakita (pagkatapos ng desisyon): </w:t>
      </w:r>
      <w:r xmlns:w="http://schemas.openxmlformats.org/wordprocessingml/2006/main">
        <w:t xml:space="preserve">Q♥ T♥ · </w:t>
      </w:r>
      <w:r xmlns:w="http://schemas.openxmlformats.org/wordprocessingml/2006/main">
        <w:rPr>
          <w:b/>
          <w:bCs/>
        </w:rPr>
        <w:t xml:space="preserve">Lupon: </w:t>
      </w:r>
      <w:r xmlns:w="http://schemas.openxmlformats.org/wordprocessingml/2006/main">
        <w:t xml:space="preserve">K♦ 9♠ 6♥ 3♣ 2♦</w:t>
      </w:r>
    </w:p>
    <w:p>
      <w:pPr xmlns:w="http://schemas.openxmlformats.org/wordprocessingml/2006/main">
        <w:pStyle w:val="BodyText"/>
      </w:pPr>
      <w:r xmlns:w="http://schemas.openxmlformats.org/wordprocessingml/2006/main">
        <w:rPr>
          <w:b/>
          <w:bCs/>
        </w:rPr>
        <w:t xml:space="preserve">Bago ang pagkatalo: </w:t>
      </w:r>
      <w:r xmlns:w="http://schemas.openxmlformats.org/wordprocessingml/2006/main">
        <w:t xml:space="preserve">Magbubukas ang BTN sa $8; maliliit na blind fold; tatawag si BB ng $6 pa.</w:t>
      </w:r>
    </w:p>
    <w:p>
      <w:pPr xmlns:w="http://schemas.openxmlformats.org/wordprocessingml/2006/main">
        <w:pStyle w:val="BodyText"/>
      </w:pPr>
      <w:r xmlns:w="http://schemas.openxmlformats.org/wordprocessingml/2006/main">
        <w:rPr>
          <w:b/>
          <w:bCs/>
        </w:rPr>
        <w:t xml:space="preserve">Pot ledger (walang kalaykay):</w:t>
      </w:r>
    </w:p>
    <w:p>
      <w:pPr xmlns:w="http://schemas.openxmlformats.org/wordprocessingml/2006/main">
        <w:pStyle w:val="Compact"/>
        <w:numPr>
          <w:ilvl w:val="0"/>
          <w:numId w:val="1013"/>
        </w:numPr>
      </w:pPr>
      <w:r xmlns:w="http://schemas.openxmlformats.org/wordprocessingml/2006/main">
        <w:rPr>
          <w:b/>
          <w:bCs/>
        </w:rPr>
        <w:t xml:space="preserve">Preflop </w:t>
      </w:r>
      <w:r xmlns:w="http://schemas.openxmlformats.org/wordprocessingml/2006/main">
        <w:t xml:space="preserve">— Mga Aksyon: Ang BTN ay magbubukas sa $8; maliliit na blind fold; ang BB ay tatawag ng $6 pa.; Pot pagkatapos makumpleto ang mga aksyon: $17</w:t>
      </w:r>
    </w:p>
    <w:p>
      <w:pPr xmlns:w="http://schemas.openxmlformats.org/wordprocessingml/2006/main">
        <w:pStyle w:val="Compact"/>
        <w:numPr>
          <w:ilvl w:val="0"/>
          <w:numId w:val="1013"/>
        </w:numPr>
      </w:pPr>
      <w:r xmlns:w="http://schemas.openxmlformats.org/wordprocessingml/2006/main">
        <w:rPr>
          <w:b/>
          <w:bCs/>
        </w:rPr>
        <w:t xml:space="preserve">Flop </w:t>
      </w:r>
      <w:r xmlns:w="http://schemas.openxmlformats.org/wordprocessingml/2006/main">
        <w:t xml:space="preserve">— Mga Aksyon: Mga tseke ng BB; Mga taya sa BTN $10; Mga tawag ng BB $10; Pot pagkatapos makumpleto ang mga aksyon: $37</w:t>
      </w:r>
    </w:p>
    <w:p>
      <w:pPr xmlns:w="http://schemas.openxmlformats.org/wordprocessingml/2006/main">
        <w:pStyle w:val="Compact"/>
        <w:numPr>
          <w:ilvl w:val="0"/>
          <w:numId w:val="1013"/>
        </w:numPr>
      </w:pPr>
      <w:r xmlns:w="http://schemas.openxmlformats.org/wordprocessingml/2006/main">
        <w:rPr>
          <w:b/>
          <w:bCs/>
        </w:rPr>
        <w:t xml:space="preserve">Turn </w:t>
      </w:r>
      <w:r xmlns:w="http://schemas.openxmlformats.org/wordprocessingml/2006/main">
        <w:t xml:space="preserve">— Mga Aksyon: Mga tseke ng BB; Mga tseke ng BTN; Pot pagkatapos makumpleto ang mga aksyon: $37</w:t>
      </w:r>
    </w:p>
    <w:p>
      <w:pPr xmlns:w="http://schemas.openxmlformats.org/wordprocessingml/2006/main">
        <w:pStyle w:val="Compact"/>
        <w:numPr>
          <w:ilvl w:val="0"/>
          <w:numId w:val="1013"/>
        </w:numPr>
      </w:pPr>
      <w:r xmlns:w="http://schemas.openxmlformats.org/wordprocessingml/2006/main">
        <w:rPr>
          <w:b/>
          <w:bCs/>
        </w:rPr>
        <w:t xml:space="preserve">Ilog </w:t>
      </w:r>
      <w:r xmlns:w="http://schemas.openxmlformats.org/wordprocessingml/2006/main">
        <w:t xml:space="preserve">— Mga Aksyon: BB taya $25; BTN tawag $25; Pot pagkatapos makumpleto ang mga aksyon: $87</w:t>
      </w:r>
    </w:p>
    <w:p>
      <w:pPr xmlns:w="http://schemas.openxmlformats.org/wordprocessingml/2006/main">
        <w:pStyle w:val="FirstParagraph"/>
      </w:pPr>
      <w:r xmlns:w="http://schemas.openxmlformats.org/wordprocessingml/2006/main">
        <w:rPr>
          <w:b/>
          <w:bCs/>
        </w:rPr>
        <w:t xml:space="preserve">Pagsusuri. </w:t>
      </w:r>
      <w:r xmlns:w="http://schemas.openxmlformats.org/wordprocessingml/2006/main">
        <w:t xml:space="preserve">Ang turn check ng Hero ay nakakaiwas sa hindi kinakailangang malaking pot na may mahinang top pair. Ang big blind ay maaaring mag-value-bet ng dalawang pares at set; ang mga kandidato sa bluff ay dapat legal na nag-call ng flop at pagkatapos ay tumaya sa river. Tinatanggal ng mga Hero's club ang ilang kombinasyon na naglalaman ng club, ngunit walang club flush na magagamit sa rainbow river na ito.</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Maaaring maabot ng big blind ang river dahil sa mga hindi natabla na draw at mas mahinang broadway. Dahil sa nakasaad na four-bluff/six-value betting model, pinahihintulutan ng presyo ang isang call. Ang nakalantad na Q♥T♥ ay isang naglalarawang bluff, hindi ebidensya na lahat ng kalaban ay nag-bluff gamit ang kamay na iyon.</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Kung halos hindi kailanman tinatanggap ng kalaban ang river stab gamit ang QT at mga katulad na mahinang hawak, bawasan ang bluff weights sa dalawa: ang tawag ay mayroon pa ring ibang EV at dapat muling kalkulahin sa halip na depensahan ng aktwal na ipinakitang kamay.</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Pares ng pinakamahusay na kamay sa kategoryang one ng Hero, pinakamataas na baraha ng Villain; Mananalo o tabla </w:t>
      </w:r>
      <w:r xmlns:w="http://schemas.openxmlformats.org/wordprocessingml/2006/main">
        <w:rPr>
          <w:b/>
          <w:bCs/>
        </w:rPr>
        <w:t xml:space="preserve">ang Hero </w:t>
      </w:r>
      <w:r xmlns:w="http://schemas.openxmlformats.org/wordprocessingml/2006/main">
        <w:t xml:space="preserve">ayon sa masusing pagsusuri ng lima mula sa pitong baraha. Ang ipinakitang baraha ay isang resulta, hindi ebidensya na awtomatikong tama ang orihinal na desisyon.</w:t>
      </w:r>
    </w:p>
    <w:p>
      <w:r>
        <w:pict>
          <v:rect style="width:0;height:1.5pt" o:hralign="center" o:hrstd="t" o:hr="t"/>
        </w:pict>
      </w:r>
    </w:p>
    <w:bookmarkEnd w:id="237"/>
    <w:bookmarkStart w:id="241" w:name="Xdf651e153aecada14676899f37604398dfc2bed"/>
    <w:p>
      <w:pPr xmlns:w="http://schemas.openxmlformats.org/wordprocessingml/2006/main">
        <w:pStyle w:val="Heading2"/>
      </w:pPr>
      <w:r xmlns:w="http://schemas.openxmlformats.org/wordprocessingml/2006/main">
        <w:t xml:space="preserve">File 03 — Nasa Ilalim ng Presyon ang Three-Bet Broadway</w:t>
      </w:r>
    </w:p>
    <w:p>
      <w:pPr>
        <w:pStyle w:val="CaptionedFigure"/>
      </w:pPr>
      <w:r>
        <w:drawing>
          <wp:inline>
            <wp:extent cx="6261100" cy="3600132"/>
            <wp:effectExtent b="0" l="0" r="0" t="0"/>
            <wp:docPr descr="Card-verified teaching tableau for Master Hand File 03" title="" id="239" name="Picture"/>
            <a:graphic>
              <a:graphicData uri="http://schemas.openxmlformats.org/drawingml/2006/picture">
                <pic:pic>
                  <pic:nvPicPr>
                    <pic:cNvPr descr="figures/hand-03.png" id="240" name="Picture"/>
                    <pic:cNvPicPr>
                      <a:picLocks noChangeArrowheads="1" noChangeAspect="1"/>
                    </pic:cNvPicPr>
                  </pic:nvPicPr>
                  <pic:blipFill>
                    <a:blip r:embed="rId238"/>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03</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A♠ K♠ · </w:t>
      </w:r>
      <w:r xmlns:w="http://schemas.openxmlformats.org/wordprocessingml/2006/main">
        <w:rPr>
          <w:b/>
          <w:bCs/>
        </w:rPr>
        <w:t xml:space="preserve">Kontrabida na ipinapakita (pagkatapos ng desisyon): </w:t>
      </w:r>
      <w:r xmlns:w="http://schemas.openxmlformats.org/wordprocessingml/2006/main">
        <w:t xml:space="preserve">Q♥ Q♦ · </w:t>
      </w:r>
      <w:r xmlns:w="http://schemas.openxmlformats.org/wordprocessingml/2006/main">
        <w:rPr>
          <w:b/>
          <w:bCs/>
        </w:rPr>
        <w:t xml:space="preserve">Lupon: </w:t>
      </w:r>
      <w:r xmlns:w="http://schemas.openxmlformats.org/wordprocessingml/2006/main">
        <w:t xml:space="preserve">Q♠ J♠ 4♦ 2♣ T♦</w:t>
      </w:r>
    </w:p>
    <w:p>
      <w:pPr xmlns:w="http://schemas.openxmlformats.org/wordprocessingml/2006/main">
        <w:pStyle w:val="BodyText"/>
      </w:pPr>
      <w:r xmlns:w="http://schemas.openxmlformats.org/wordprocessingml/2006/main">
        <w:rPr>
          <w:b/>
          <w:bCs/>
        </w:rPr>
        <w:t xml:space="preserve">Preflop: </w:t>
      </w:r>
      <w:r xmlns:w="http://schemas.openxmlformats.org/wordprocessingml/2006/main">
        <w:t xml:space="preserve">Ang UTG ay magbubukas sa $12; ang BTN ay tatluhang taya sa $42; ang blinds fold; ang UTG ay tatawag ng karagdagang $30.</w:t>
      </w:r>
    </w:p>
    <w:p>
      <w:pPr xmlns:w="http://schemas.openxmlformats.org/wordprocessingml/2006/main">
        <w:pStyle w:val="BodyText"/>
      </w:pPr>
      <w:r xmlns:w="http://schemas.openxmlformats.org/wordprocessingml/2006/main">
        <w:rPr>
          <w:b/>
          <w:bCs/>
        </w:rPr>
        <w:t xml:space="preserve">Pot ledger (walang kalaykay):</w:t>
      </w:r>
    </w:p>
    <w:p>
      <w:pPr xmlns:w="http://schemas.openxmlformats.org/wordprocessingml/2006/main">
        <w:pStyle w:val="Compact"/>
        <w:numPr>
          <w:ilvl w:val="0"/>
          <w:numId w:val="1014"/>
        </w:numPr>
      </w:pPr>
      <w:r xmlns:w="http://schemas.openxmlformats.org/wordprocessingml/2006/main">
        <w:rPr>
          <w:b/>
          <w:bCs/>
        </w:rPr>
        <w:t xml:space="preserve">Preflop </w:t>
      </w:r>
      <w:r xmlns:w="http://schemas.openxmlformats.org/wordprocessingml/2006/main">
        <w:t xml:space="preserve">— Mga Aksyon: Ang UTG ay magbubukas sa $12; Ang BTN ay may tatlong taya sa $42; ang blinds fold; Ang UTG ay tatawag ng $30 pa.; Ang pot pagkatapos makumpleto ang mga aksyon: $87</w:t>
      </w:r>
    </w:p>
    <w:p>
      <w:pPr xmlns:w="http://schemas.openxmlformats.org/wordprocessingml/2006/main">
        <w:pStyle w:val="Compact"/>
        <w:numPr>
          <w:ilvl w:val="0"/>
          <w:numId w:val="1014"/>
        </w:numPr>
      </w:pPr>
      <w:r xmlns:w="http://schemas.openxmlformats.org/wordprocessingml/2006/main">
        <w:rPr>
          <w:b/>
          <w:bCs/>
        </w:rPr>
        <w:t xml:space="preserve">Flop </w:t>
      </w:r>
      <w:r xmlns:w="http://schemas.openxmlformats.org/wordprocessingml/2006/main">
        <w:t xml:space="preserve">— Mga Aksyon: Mga tseke ng UTG; Mga taya sa BTN $40; Mga tawag sa UTG $40; Pot pagkatapos makumpleto ang mga aksyon: $167</w:t>
      </w:r>
    </w:p>
    <w:p>
      <w:pPr xmlns:w="http://schemas.openxmlformats.org/wordprocessingml/2006/main">
        <w:pStyle w:val="Compact"/>
        <w:numPr>
          <w:ilvl w:val="0"/>
          <w:numId w:val="1014"/>
        </w:numPr>
      </w:pPr>
      <w:r xmlns:w="http://schemas.openxmlformats.org/wordprocessingml/2006/main">
        <w:rPr>
          <w:b/>
          <w:bCs/>
        </w:rPr>
        <w:t xml:space="preserve">Turn </w:t>
      </w:r>
      <w:r xmlns:w="http://schemas.openxmlformats.org/wordprocessingml/2006/main">
        <w:t xml:space="preserve">— Mga Aksyon: Mga tseke ng UTG; Mga tseke ng BTN; Pot pagkatapos makumpleto ang mga aksyon: $167</w:t>
      </w:r>
    </w:p>
    <w:p>
      <w:pPr xmlns:w="http://schemas.openxmlformats.org/wordprocessingml/2006/main">
        <w:pStyle w:val="Compact"/>
        <w:numPr>
          <w:ilvl w:val="0"/>
          <w:numId w:val="1014"/>
        </w:numPr>
      </w:pPr>
      <w:r xmlns:w="http://schemas.openxmlformats.org/wordprocessingml/2006/main">
        <w:rPr>
          <w:b/>
          <w:bCs/>
        </w:rPr>
        <w:t xml:space="preserve">Ilog </w:t>
      </w:r>
      <w:r xmlns:w="http://schemas.openxmlformats.org/wordprocessingml/2006/main">
        <w:t xml:space="preserve">— Mga Aksyon: Ang taya ng UTG ay $100; Ang tawag ng BTN ay $100; Ang pot pagkatapos makumpleto ang mga aksyon: $367</w:t>
      </w:r>
    </w:p>
    <w:p>
      <w:pPr xmlns:w="http://schemas.openxmlformats.org/wordprocessingml/2006/main">
        <w:pStyle w:val="FirstParagraph"/>
      </w:pPr>
      <w:r xmlns:w="http://schemas.openxmlformats.org/wordprocessingml/2006/main">
        <w:rPr>
          <w:b/>
          <w:bCs/>
        </w:rPr>
        <w:t xml:space="preserve">Pagsusuri. </w:t>
      </w:r>
      <w:r xmlns:w="http://schemas.openxmlformats.org/wordprocessingml/2006/main">
        <w:t xml:space="preserve">Ang pambungad, tatlong-taya, at tawag ay dapat mauna sa pagsusuri ng board. Sa Q♠J♠4♦, ang Hero ay may siyam na spade card at tatlong karagdagang non-spade tens na tataas sa isang flush o Broadway sa turn, depende sa range ng kalaban at mga redraw. Ang turn check ay nagpapanatili ng alternatibong linya sa hinaharap; ang river Q♥Q♦ ay mananatiling isang set, natalo sa natapos na Broadway straight.</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Malaki ang posibilidad na matalo ang Hero sa flop at makarating sa Broadway sa tabi ng ilog. Ang isang grupo ng mga reyna ay maaaring tumaya sa river nang may natatalong halaga. Inilalarawan ng kamay na ito kung bakit ang pagiging malakas sa flop ay hindi garantiya ng pagiging pinakamalakas sa river.</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Palitan ang T♦ ng 7♥: Hindi nakapasok ang bayani sa straight at spade flush, kaya ang isang $100 river call na may ace-high ay mangangailangan ng ibang distribusyon ng bluffing.</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Bayani sa kategoryang best-hand straight, Kontrabida sa three-of-a-kind; Mananalo o tabla </w:t>
      </w:r>
      <w:r xmlns:w="http://schemas.openxmlformats.org/wordprocessingml/2006/main">
        <w:rPr>
          <w:b/>
          <w:bCs/>
        </w:rPr>
        <w:t xml:space="preserve">ang Bayani </w:t>
      </w:r>
      <w:r xmlns:w="http://schemas.openxmlformats.org/wordprocessingml/2006/main">
        <w:t xml:space="preserve">ayon sa masusing five-from-seven na pagsusuri ng mga nakasaad na baraha. Ang ipinakitang baraha ay isang resulta, hindi ebidensya na ang orihinal na desisyon ay awtomatikong tama.</w:t>
      </w:r>
    </w:p>
    <w:p>
      <w:r>
        <w:pict>
          <v:rect style="width:0;height:1.5pt" o:hralign="center" o:hrstd="t" o:hr="t"/>
        </w:pict>
      </w:r>
    </w:p>
    <w:bookmarkEnd w:id="241"/>
    <w:bookmarkStart w:id="245" w:name="file-04-the-six-way-cheap-flop"/>
    <w:p>
      <w:pPr xmlns:w="http://schemas.openxmlformats.org/wordprocessingml/2006/main">
        <w:pStyle w:val="Heading2"/>
      </w:pPr>
      <w:r xmlns:w="http://schemas.openxmlformats.org/wordprocessingml/2006/main">
        <w:t xml:space="preserve">File 04 — Ang Anim na Paraan ng Murang Pagkabigo</w:t>
      </w:r>
    </w:p>
    <w:p>
      <w:pPr>
        <w:pStyle w:val="CaptionedFigure"/>
      </w:pPr>
      <w:r>
        <w:drawing>
          <wp:inline>
            <wp:extent cx="6261100" cy="3600132"/>
            <wp:effectExtent b="0" l="0" r="0" t="0"/>
            <wp:docPr descr="Card-verified teaching tableau for Master Hand File 04" title="" id="243" name="Picture"/>
            <a:graphic>
              <a:graphicData uri="http://schemas.openxmlformats.org/drawingml/2006/picture">
                <pic:pic>
                  <pic:nvPicPr>
                    <pic:cNvPr descr="figures/hand-04.png" id="244" name="Picture"/>
                    <pic:cNvPicPr>
                      <a:picLocks noChangeArrowheads="1" noChangeAspect="1"/>
                    </pic:cNvPicPr>
                  </pic:nvPicPr>
                  <pic:blipFill>
                    <a:blip r:embed="rId242"/>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04</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8♠ 7♠ · </w:t>
      </w:r>
      <w:r xmlns:w="http://schemas.openxmlformats.org/wordprocessingml/2006/main">
        <w:rPr>
          <w:b/>
          <w:bCs/>
        </w:rPr>
        <w:t xml:space="preserve">Kontrabida na ipinakita (pagkatapos ng desisyon): </w:t>
      </w:r>
      <w:r xmlns:w="http://schemas.openxmlformats.org/wordprocessingml/2006/main">
        <w:t xml:space="preserve">K♥ 9♥ · </w:t>
      </w:r>
      <w:r xmlns:w="http://schemas.openxmlformats.org/wordprocessingml/2006/main">
        <w:rPr>
          <w:b/>
          <w:bCs/>
        </w:rPr>
        <w:t xml:space="preserve">Lupon: </w:t>
      </w:r>
      <w:r xmlns:w="http://schemas.openxmlformats.org/wordprocessingml/2006/main">
        <w:t xml:space="preserve">K♠ 9♠ 2♦ 6♣ T♦</w:t>
      </w:r>
    </w:p>
    <w:p>
      <w:pPr xmlns:w="http://schemas.openxmlformats.org/wordprocessingml/2006/main">
        <w:pStyle w:val="BodyText"/>
      </w:pPr>
      <w:r xmlns:w="http://schemas.openxmlformats.org/wordprocessingml/2006/main">
        <w:rPr>
          <w:b/>
          <w:bCs/>
        </w:rPr>
        <w:t xml:space="preserve">Bago ang Flop: </w:t>
      </w:r>
      <w:r xmlns:w="http://schemas.openxmlformats.org/wordprocessingml/2006/main">
        <w:t xml:space="preserve">Ang UTG, MP, CO, BTN, at SB ay parehong maglalagay ng $2; ang BB ay maglalagay ng tseke. Anim na manlalaro ang makakakita ng $12 na flop.</w:t>
      </w:r>
    </w:p>
    <w:p>
      <w:pPr xmlns:w="http://schemas.openxmlformats.org/wordprocessingml/2006/main">
        <w:pStyle w:val="BodyText"/>
      </w:pPr>
      <w:r xmlns:w="http://schemas.openxmlformats.org/wordprocessingml/2006/main">
        <w:rPr>
          <w:b/>
          <w:bCs/>
        </w:rPr>
        <w:t xml:space="preserve">Pot ledger (walang kalaykay):</w:t>
      </w:r>
    </w:p>
    <w:p>
      <w:pPr xmlns:w="http://schemas.openxmlformats.org/wordprocessingml/2006/main">
        <w:pStyle w:val="Compact"/>
        <w:numPr>
          <w:ilvl w:val="0"/>
          <w:numId w:val="1015"/>
        </w:numPr>
      </w:pPr>
      <w:r xmlns:w="http://schemas.openxmlformats.org/wordprocessingml/2006/main">
        <w:rPr>
          <w:b/>
          <w:bCs/>
        </w:rPr>
        <w:t xml:space="preserve">Preflop </w:t>
      </w:r>
      <w:r xmlns:w="http://schemas.openxmlformats.org/wordprocessingml/2006/main">
        <w:t xml:space="preserve">— Mga Aksyon: Ang UTG, MP, CO, BTN, at SB ay parehong naglagay ng $2; Mga tseke ng BB. Anim na manlalaro ang makakakita ng $12 na flop.; Pot pagkatapos makumpleto ang mga aksyon: $12</w:t>
      </w:r>
    </w:p>
    <w:p>
      <w:pPr xmlns:w="http://schemas.openxmlformats.org/wordprocessingml/2006/main">
        <w:pStyle w:val="Compact"/>
        <w:numPr>
          <w:ilvl w:val="0"/>
          <w:numId w:val="1015"/>
        </w:numPr>
      </w:pPr>
      <w:r xmlns:w="http://schemas.openxmlformats.org/wordprocessingml/2006/main">
        <w:rPr>
          <w:b/>
          <w:bCs/>
        </w:rPr>
        <w:t xml:space="preserve">Flop </w:t>
      </w:r>
      <w:r xmlns:w="http://schemas.openxmlformats.org/wordprocessingml/2006/main">
        <w:t xml:space="preserve">— Mga Aksyon: SB checks; BB bets $8; UTG folds; MP calls $8; CO folds; BTN calls $8; SB folds; Pot pagkatapos makumpleto ang mga aksyon: $36</w:t>
      </w:r>
    </w:p>
    <w:p>
      <w:pPr xmlns:w="http://schemas.openxmlformats.org/wordprocessingml/2006/main">
        <w:pStyle w:val="Compact"/>
        <w:numPr>
          <w:ilvl w:val="0"/>
          <w:numId w:val="1015"/>
        </w:numPr>
      </w:pPr>
      <w:r xmlns:w="http://schemas.openxmlformats.org/wordprocessingml/2006/main">
        <w:rPr>
          <w:b/>
          <w:bCs/>
        </w:rPr>
        <w:t xml:space="preserve">Turn </w:t>
      </w:r>
      <w:r xmlns:w="http://schemas.openxmlformats.org/wordprocessingml/2006/main">
        <w:t xml:space="preserve">— Mga Aksyon: BB bets $18; MP folds; BTN calls $18; Pot pagkatapos makumpleto ang mga aksyon: $72</w:t>
      </w:r>
    </w:p>
    <w:p>
      <w:pPr xmlns:w="http://schemas.openxmlformats.org/wordprocessingml/2006/main">
        <w:pStyle w:val="Compact"/>
        <w:numPr>
          <w:ilvl w:val="0"/>
          <w:numId w:val="1015"/>
        </w:numPr>
      </w:pPr>
      <w:r xmlns:w="http://schemas.openxmlformats.org/wordprocessingml/2006/main">
        <w:rPr>
          <w:b/>
          <w:bCs/>
        </w:rPr>
        <w:t xml:space="preserve">Ilog </w:t>
      </w:r>
      <w:r xmlns:w="http://schemas.openxmlformats.org/wordprocessingml/2006/main">
        <w:t xml:space="preserve">— Mga Aksyon: Mga tseke ng BB; Mga taya sa BTN $50; Mga tawag ng BB $50; Pot pagkatapos makumpleto ang mga aksyon: $172</w:t>
      </w:r>
    </w:p>
    <w:p>
      <w:pPr xmlns:w="http://schemas.openxmlformats.org/wordprocessingml/2006/main">
        <w:pStyle w:val="FirstParagraph"/>
      </w:pPr>
      <w:r xmlns:w="http://schemas.openxmlformats.org/wordprocessingml/2006/main">
        <w:rPr>
          <w:b/>
          <w:bCs/>
        </w:rPr>
        <w:t xml:space="preserve">Pagsusuri. </w:t>
      </w:r>
      <w:r xmlns:w="http://schemas.openxmlformats.org/wordprocessingml/2006/main">
        <w:t xml:space="preserve">Sa flop, ang 8♠7♠ ay may nine-card spade flush draw, kasama ang gutshot sa lima? Sa board na K♠9♠2♦, ang 8-7 ay nangangailangan ng 6 at T para makagawa ng straight, kaya WALANG one-card straight draw sa flop na ito. Sa turn na 6♣, lumilikha ang isang open-ended straight draw: ang 5 o T ay kumukumpleto ng isang straight, habang ang mga spade ay nananatiling flush out na maaaring ma-redraw. Ang river T♦ ay kumukumpleto ng 6-7-8-9-T, isang ten-high straight. Huwag mag-imbento ng flop straight draw hangga't wala pa.</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Ang isang murang entry ay maaaring lumikha ng mahahalagang oportunidad sa hinaharap gamit ang isang maayos at mapag-isip na kamay, ngunit ang kalamangan ay may kondisyon. Dito, nakumpleto ni Hero ang isang sampung-mataas na straight sa river at nakatanggap ng tawag mula sa dalawang pares, isang sadyang paborableng resulta.</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Kung ang river ay ipares ang K sa K♦, ang Hero ay hindi makaka-straight at ang dalawang pares ng kalaban ay magiging full house. Ang taya sa halaga ng river ay mawawala; ang flop at turn calls ay mangangailangan pa rin ng pagsusuri batay sa range at presyo.</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Bayani sa kategoryang best-hand straight, Kontrabida sa dalawang pares; Mananalo o tabla </w:t>
      </w:r>
      <w:r xmlns:w="http://schemas.openxmlformats.org/wordprocessingml/2006/main">
        <w:rPr>
          <w:b/>
          <w:bCs/>
        </w:rPr>
        <w:t xml:space="preserve">ang Bayani </w:t>
      </w:r>
      <w:r xmlns:w="http://schemas.openxmlformats.org/wordprocessingml/2006/main">
        <w:t xml:space="preserve">ayon sa masusing pagsusuri ng limang-mula-sa-pito ng mga nakasaad na baraha. Ang ipinakitang baraha ay isang resulta, hindi ebidensya na ang orihinal na desisyon ay awtomatikong tama.</w:t>
      </w:r>
    </w:p>
    <w:p>
      <w:r>
        <w:pict>
          <v:rect style="width:0;height:1.5pt" o:hralign="center" o:hrstd="t" o:hr="t"/>
        </w:pict>
      </w:r>
    </w:p>
    <w:bookmarkEnd w:id="245"/>
    <w:bookmarkStart w:id="249" w:name="file-05-nut-blocker-not-a-made-flush"/>
    <w:p>
      <w:pPr xmlns:w="http://schemas.openxmlformats.org/wordprocessingml/2006/main">
        <w:pStyle w:val="Heading2"/>
      </w:pPr>
      <w:r xmlns:w="http://schemas.openxmlformats.org/wordprocessingml/2006/main">
        <w:t xml:space="preserve">File 05 — Nut Blocker, Hindi Isang Gawang Flush</w:t>
      </w:r>
    </w:p>
    <w:p>
      <w:pPr>
        <w:pStyle w:val="CaptionedFigure"/>
      </w:pPr>
      <w:r>
        <w:drawing>
          <wp:inline>
            <wp:extent cx="6261100" cy="3600132"/>
            <wp:effectExtent b="0" l="0" r="0" t="0"/>
            <wp:docPr descr="Card-verified teaching tableau for Master Hand File 05" title="" id="247" name="Picture"/>
            <a:graphic>
              <a:graphicData uri="http://schemas.openxmlformats.org/drawingml/2006/picture">
                <pic:pic>
                  <pic:nvPicPr>
                    <pic:cNvPr descr="figures/hand-05.png" id="248" name="Picture"/>
                    <pic:cNvPicPr>
                      <a:picLocks noChangeArrowheads="1" noChangeAspect="1"/>
                    </pic:cNvPicPr>
                  </pic:nvPicPr>
                  <pic:blipFill>
                    <a:blip r:embed="rId246"/>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05</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A♣ J♦ · </w:t>
      </w:r>
      <w:r xmlns:w="http://schemas.openxmlformats.org/wordprocessingml/2006/main">
        <w:rPr>
          <w:b/>
          <w:bCs/>
        </w:rPr>
        <w:t xml:space="preserve">Kontrabida na ipinapakita (pagkatapos ng desisyon): </w:t>
      </w:r>
      <w:r xmlns:w="http://schemas.openxmlformats.org/wordprocessingml/2006/main">
        <w:t xml:space="preserve">K♣ J♣ · </w:t>
      </w:r>
      <w:r xmlns:w="http://schemas.openxmlformats.org/wordprocessingml/2006/main">
        <w:rPr>
          <w:b/>
          <w:bCs/>
        </w:rPr>
        <w:t xml:space="preserve">Lupon: </w:t>
      </w:r>
      <w:r xmlns:w="http://schemas.openxmlformats.org/wordprocessingml/2006/main">
        <w:t xml:space="preserve">Q♣ 8♣ 3♣ 7♦ 2♥</w:t>
      </w:r>
    </w:p>
    <w:p>
      <w:pPr xmlns:w="http://schemas.openxmlformats.org/wordprocessingml/2006/main">
        <w:pStyle w:val="BodyText"/>
      </w:pPr>
      <w:r xmlns:w="http://schemas.openxmlformats.org/wordprocessingml/2006/main">
        <w:rPr>
          <w:b/>
          <w:bCs/>
        </w:rPr>
        <w:t xml:space="preserve">Bago ang pagka-flop: </w:t>
      </w:r>
      <w:r xmlns:w="http://schemas.openxmlformats.org/wordprocessingml/2006/main">
        <w:t xml:space="preserve">Magbubukas ang BTN sa $8; Tatawag ang BB; Magfo-fold ang SB.</w:t>
      </w:r>
    </w:p>
    <w:p>
      <w:pPr xmlns:w="http://schemas.openxmlformats.org/wordprocessingml/2006/main">
        <w:pStyle w:val="BodyText"/>
      </w:pPr>
      <w:r xmlns:w="http://schemas.openxmlformats.org/wordprocessingml/2006/main">
        <w:rPr>
          <w:b/>
          <w:bCs/>
        </w:rPr>
        <w:t xml:space="preserve">Pot ledger (walang kalaykay):</w:t>
      </w:r>
    </w:p>
    <w:p>
      <w:pPr xmlns:w="http://schemas.openxmlformats.org/wordprocessingml/2006/main">
        <w:pStyle w:val="Compact"/>
        <w:numPr>
          <w:ilvl w:val="0"/>
          <w:numId w:val="1016"/>
        </w:numPr>
      </w:pPr>
      <w:r xmlns:w="http://schemas.openxmlformats.org/wordprocessingml/2006/main">
        <w:rPr>
          <w:b/>
          <w:bCs/>
        </w:rPr>
        <w:t xml:space="preserve">Preflop </w:t>
      </w:r>
      <w:r xmlns:w="http://schemas.openxmlformats.org/wordprocessingml/2006/main">
        <w:t xml:space="preserve">— Mga Aksyon: Ang BTN ay magbubukas sa $8; Mga tawag sa BB; Mga SB folds.; Pot pagkatapos makumpleto ang mga aksyon: $17</w:t>
      </w:r>
    </w:p>
    <w:p>
      <w:pPr xmlns:w="http://schemas.openxmlformats.org/wordprocessingml/2006/main">
        <w:pStyle w:val="Compact"/>
        <w:numPr>
          <w:ilvl w:val="0"/>
          <w:numId w:val="1016"/>
        </w:numPr>
      </w:pPr>
      <w:r xmlns:w="http://schemas.openxmlformats.org/wordprocessingml/2006/main">
        <w:rPr>
          <w:b/>
          <w:bCs/>
        </w:rPr>
        <w:t xml:space="preserve">Flop </w:t>
      </w:r>
      <w:r xmlns:w="http://schemas.openxmlformats.org/wordprocessingml/2006/main">
        <w:t xml:space="preserve">— Mga Aksyon: Mga tseke ng BB; Mga taya sa BTN $10; Mga tawag ng BB $10; Pot pagkatapos makumpleto ang mga aksyon: $37</w:t>
      </w:r>
    </w:p>
    <w:p>
      <w:pPr xmlns:w="http://schemas.openxmlformats.org/wordprocessingml/2006/main">
        <w:pStyle w:val="Compact"/>
        <w:numPr>
          <w:ilvl w:val="0"/>
          <w:numId w:val="1016"/>
        </w:numPr>
      </w:pPr>
      <w:r xmlns:w="http://schemas.openxmlformats.org/wordprocessingml/2006/main">
        <w:rPr>
          <w:b/>
          <w:bCs/>
        </w:rPr>
        <w:t xml:space="preserve">Turn </w:t>
      </w:r>
      <w:r xmlns:w="http://schemas.openxmlformats.org/wordprocessingml/2006/main">
        <w:t xml:space="preserve">— Mga Aksyon: Mga tseke ng BB; Mga tseke ng BTN; Pot pagkatapos makumpleto ang mga aksyon: $37</w:t>
      </w:r>
    </w:p>
    <w:p>
      <w:pPr xmlns:w="http://schemas.openxmlformats.org/wordprocessingml/2006/main">
        <w:pStyle w:val="Compact"/>
        <w:numPr>
          <w:ilvl w:val="0"/>
          <w:numId w:val="1016"/>
        </w:numPr>
      </w:pPr>
      <w:r xmlns:w="http://schemas.openxmlformats.org/wordprocessingml/2006/main">
        <w:rPr>
          <w:b/>
          <w:bCs/>
        </w:rPr>
        <w:t xml:space="preserve">Ilog </w:t>
      </w:r>
      <w:r xmlns:w="http://schemas.openxmlformats.org/wordprocessingml/2006/main">
        <w:t xml:space="preserve">— Mga Aksyon: Mga taya sa BB na $25; Pot pagkatapos makumpleto ang mga aksyon: $62</w:t>
      </w:r>
    </w:p>
    <w:p>
      <w:pPr xmlns:w="http://schemas.openxmlformats.org/wordprocessingml/2006/main">
        <w:pStyle w:val="FirstParagraph"/>
      </w:pPr>
      <w:r xmlns:w="http://schemas.openxmlformats.org/wordprocessingml/2006/main">
        <w:rPr>
          <w:b/>
          <w:bCs/>
        </w:rPr>
        <w:t xml:space="preserve">Nakabinbing desisyon ng Bayani sa river: </w:t>
      </w:r>
      <w:r xmlns:w="http://schemas.openxmlformats.org/wordprocessingml/2006/main">
        <w:t xml:space="preserve">Tumaya lang ang kontrabida ng $25 sa pot na $37 bago ang taya. Ang calling ay nagkakahalaga ng $25, at ang huling pot ay </w:t>
      </w:r>
      <m:oMath xmlns:m="http://schemas.openxmlformats.org/officeDocument/2006/math">
        <m:r>
          <m:t>87</m:t>
        </m:r>
        <m:r>
          <m:rPr>
            <m:sty m:val="p"/>
          </m:rPr>
          <m:t>*</m:t>
        </m:r>
        <m:r>
          <m:rPr>
            <m:sty m:val="p"/>
          </m:rPr>
          <m:t>*</m:t>
        </m:r>
        <m:r>
          <m:rPr>
            <m:sty m:val="p"/>
          </m:rPr>
          <m:t>.</m:t>
        </m:r>
        <m:r>
          <m:t>R</m:t>
        </m:r>
        <m:r>
          <m:t>e</m:t>
        </m:r>
        <m:r>
          <m:t>q</m:t>
        </m:r>
        <m:r>
          <m:t>u</m:t>
        </m:r>
        <m:r>
          <m:t>i</m:t>
        </m:r>
        <m:r>
          <m:t>r</m:t>
        </m:r>
        <m:r>
          <m:t>e</m:t>
        </m:r>
        <m:r>
          <m:t>d</m:t>
        </m:r>
        <m:r>
          <m:t>w</m:t>
        </m:r>
        <m:r>
          <m:t>i</m:t>
        </m:r>
        <m:r>
          <m:t>n</m:t>
        </m:r>
        <m:r>
          <m:t>s</m:t>
        </m:r>
        <m:r>
          <m:t>h</m:t>
        </m:r>
        <m:r>
          <m:t>a</m:t>
        </m:r>
        <m:r>
          <m:t>r</m:t>
        </m:r>
        <m:r>
          <m:t>e</m:t>
        </m:r>
        <m:r>
          <m:rPr>
            <m:sty m:val="p"/>
          </m:rPr>
          <m:t>:</m:t>
        </m:r>
        <m:r>
          <m:rPr>
            <m:sty m:val="p"/>
          </m:rPr>
          <m:t>*</m:t>
        </m:r>
        <m:r>
          <m:rPr>
            <m:sty m:val="p"/>
          </m:rPr>
          <m:t>*</m:t>
        </m:r>
        <m:r>
          <m:t>28.74</m:t>
        </m:r>
      </m:oMath>
      <w:r xmlns:w="http://schemas.openxmlformats.org/wordprocessingml/2006/main">
        <w:rPr>
          <w:b/>
          <w:bCs/>
        </w:rPr>
        <w:t xml:space="preserve">-3.25 EV </w:t>
      </w:r>
      <w:r xmlns:w="http://schemas.openxmlformats.org/wordprocessingml/2006/main">
        <w:t xml:space="preserve">bago ang rake. Ang kaukulang rekomendasyon ng toy-model ay </w:t>
      </w:r>
      <w:r xmlns:w="http://schemas.openxmlformats.org/wordprocessingml/2006/main">
        <w:rPr>
          <w:b/>
          <w:bCs/>
        </w:rPr>
        <w:t xml:space="preserve">fold </w:t>
      </w:r>
      <w:r xmlns:w="http://schemas.openxmlformats.org/wordprocessingml/2006/main">
        <w:t xml:space="preserve">, depende sa pagiging kapani-paniwala ng modelo.</w:t>
      </w:r>
    </w:p>
    <w:p>
      <w:pPr xmlns:w="http://schemas.openxmlformats.org/wordprocessingml/2006/main">
        <w:pStyle w:val="BodyText"/>
      </w:pPr>
      <w:r xmlns:w="http://schemas.openxmlformats.org/wordprocessingml/2006/main">
        <w:rPr>
          <w:b/>
          <w:bCs/>
        </w:rPr>
        <w:t xml:space="preserve">Pagsusuri. </w:t>
      </w:r>
      <w:r xmlns:w="http://schemas.openxmlformats.org/wordprocessingml/2006/main">
        <w:t xml:space="preserve">Bago ang desisyon sa river, bilangin nang eksakto kung ilang two-club holdings ang idedepensa ng Villain bago ang flop, tawagin ang flop, at pagkatapos ay tayaan. Ang nabunyag na K♣J♣ ay nagpapakita ng isang posibleng non-nut flush. Hindi lehitimong alisin ang bawat flush dahil hawak ni Hero ang A♣.</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Hinaharangan ng A♣ ng Hero ang anumang ace-high club flush ngunit hindi ito lumilikha ng flush para kay Hero sa isang three-club board. Maaari pa ring magkaroon ng iba pang flush ang ipinapalagay na mananaya. Sa ilalim ng nakasaad na value-heavy betting mix, dapat i-fold ni Hero ang pure ace-high bluff-catcher.</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Gawing 7♣ ang turn card: mayroon na ngayong apat na club sa board at ang A♣ ng Hero ay lilikha ng nut flush. Ang halaga ng kamay ay ganap na nagbabago, kahit na ang blocker ay ang parehong card.</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Pinakamataas na baraha sa kategorya ng best-hand ng Hero, Villain flush; Mananalo o tabla </w:t>
      </w:r>
      <w:r xmlns:w="http://schemas.openxmlformats.org/wordprocessingml/2006/main">
        <w:rPr>
          <w:b/>
          <w:bCs/>
        </w:rPr>
        <w:t xml:space="preserve">ang Villain </w:t>
      </w:r>
      <w:r xmlns:w="http://schemas.openxmlformats.org/wordprocessingml/2006/main">
        <w:t xml:space="preserve">ayon sa masusing pagsusuri ng lima mula sa pito sa mga nakasaad na baraha. Ang ipinakitang baraha ay isang resulta, hindi ebidensya na awtomatikong tama ang orihinal na desisyon.</w:t>
      </w:r>
    </w:p>
    <w:p>
      <w:r>
        <w:pict>
          <v:rect style="width:0;height:1.5pt" o:hralign="center" o:hrstd="t" o:hr="t"/>
        </w:pict>
      </w:r>
    </w:p>
    <w:bookmarkEnd w:id="249"/>
    <w:bookmarkStart w:id="253" w:name="X2fd1c3cfecda68e0531e4d667d5aa42187c5943"/>
    <w:p>
      <w:pPr xmlns:w="http://schemas.openxmlformats.org/wordprocessingml/2006/main">
        <w:pStyle w:val="Heading2"/>
      </w:pPr>
      <w:r xmlns:w="http://schemas.openxmlformats.org/wordprocessingml/2006/main">
        <w:t xml:space="preserve">File 06 — Ang Turn Check na Hindi Nagsara ng mga Nuts</w:t>
      </w:r>
    </w:p>
    <w:p>
      <w:pPr>
        <w:pStyle w:val="CaptionedFigure"/>
      </w:pPr>
      <w:r>
        <w:drawing>
          <wp:inline>
            <wp:extent cx="6261100" cy="3600132"/>
            <wp:effectExtent b="0" l="0" r="0" t="0"/>
            <wp:docPr descr="Card-verified teaching tableau for Master Hand File 06" title="" id="251" name="Picture"/>
            <a:graphic>
              <a:graphicData uri="http://schemas.openxmlformats.org/drawingml/2006/picture">
                <pic:pic>
                  <pic:nvPicPr>
                    <pic:cNvPr descr="figures/hand-06.png" id="252" name="Picture"/>
                    <pic:cNvPicPr>
                      <a:picLocks noChangeArrowheads="1" noChangeAspect="1"/>
                    </pic:cNvPicPr>
                  </pic:nvPicPr>
                  <pic:blipFill>
                    <a:blip r:embed="rId250"/>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06</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Q♥ J♦ · </w:t>
      </w:r>
      <w:r xmlns:w="http://schemas.openxmlformats.org/wordprocessingml/2006/main">
        <w:rPr>
          <w:b/>
          <w:bCs/>
        </w:rPr>
        <w:t xml:space="preserve">Kontrabida na ipinakita (pagkatapos ng desisyon): </w:t>
      </w:r>
      <w:r xmlns:w="http://schemas.openxmlformats.org/wordprocessingml/2006/main">
        <w:t xml:space="preserve">8♥ 8♦ · </w:t>
      </w:r>
      <w:r xmlns:w="http://schemas.openxmlformats.org/wordprocessingml/2006/main">
        <w:rPr>
          <w:b/>
          <w:bCs/>
        </w:rPr>
        <w:t xml:space="preserve">Lupon: </w:t>
      </w:r>
      <w:r xmlns:w="http://schemas.openxmlformats.org/wordprocessingml/2006/main">
        <w:t xml:space="preserve">Q♠ 8♠ 4♣ 2♦ 7♥</w:t>
      </w:r>
    </w:p>
    <w:p>
      <w:pPr xmlns:w="http://schemas.openxmlformats.org/wordprocessingml/2006/main">
        <w:pStyle w:val="BodyText"/>
      </w:pPr>
      <w:r xmlns:w="http://schemas.openxmlformats.org/wordprocessingml/2006/main">
        <w:rPr>
          <w:b/>
          <w:bCs/>
        </w:rPr>
        <w:t xml:space="preserve">Bago ang pagka-flop: </w:t>
      </w:r>
      <w:r xmlns:w="http://schemas.openxmlformats.org/wordprocessingml/2006/main">
        <w:t xml:space="preserve">Magbubukas ang BTN sa $8; Tatawag ang BB; Magfo-fold ang SB.</w:t>
      </w:r>
    </w:p>
    <w:p>
      <w:pPr xmlns:w="http://schemas.openxmlformats.org/wordprocessingml/2006/main">
        <w:pStyle w:val="BodyText"/>
      </w:pPr>
      <w:r xmlns:w="http://schemas.openxmlformats.org/wordprocessingml/2006/main">
        <w:rPr>
          <w:b/>
          <w:bCs/>
        </w:rPr>
        <w:t xml:space="preserve">Ledger ng palayok (walang kalaykay):</w:t>
      </w:r>
    </w:p>
    <w:p>
      <w:pPr xmlns:w="http://schemas.openxmlformats.org/wordprocessingml/2006/main">
        <w:pStyle w:val="Compact"/>
        <w:numPr>
          <w:ilvl w:val="0"/>
          <w:numId w:val="1017"/>
        </w:numPr>
      </w:pPr>
      <w:r xmlns:w="http://schemas.openxmlformats.org/wordprocessingml/2006/main">
        <w:rPr>
          <w:b/>
          <w:bCs/>
        </w:rPr>
        <w:t xml:space="preserve">Preflop </w:t>
      </w:r>
      <w:r xmlns:w="http://schemas.openxmlformats.org/wordprocessingml/2006/main">
        <w:t xml:space="preserve">— Mga Aksyon: Ang BTN ay magbubukas sa $8; Mga tawag sa BB; Mga SB folds.; Pot pagkatapos makumpleto ang mga aksyon: $17</w:t>
      </w:r>
    </w:p>
    <w:p>
      <w:pPr xmlns:w="http://schemas.openxmlformats.org/wordprocessingml/2006/main">
        <w:pStyle w:val="Compact"/>
        <w:numPr>
          <w:ilvl w:val="0"/>
          <w:numId w:val="1017"/>
        </w:numPr>
      </w:pPr>
      <w:r xmlns:w="http://schemas.openxmlformats.org/wordprocessingml/2006/main">
        <w:rPr>
          <w:b/>
          <w:bCs/>
        </w:rPr>
        <w:t xml:space="preserve">Flop </w:t>
      </w:r>
      <w:r xmlns:w="http://schemas.openxmlformats.org/wordprocessingml/2006/main">
        <w:t xml:space="preserve">— Mga Aksyon: Mga tseke ng BB; Mga taya sa BTN $10; Mga tawag ng BB $10; Pot pagkatapos makumpleto ang mga aksyon: $37</w:t>
      </w:r>
    </w:p>
    <w:p>
      <w:pPr xmlns:w="http://schemas.openxmlformats.org/wordprocessingml/2006/main">
        <w:pStyle w:val="Compact"/>
        <w:numPr>
          <w:ilvl w:val="0"/>
          <w:numId w:val="1017"/>
        </w:numPr>
      </w:pPr>
      <w:r xmlns:w="http://schemas.openxmlformats.org/wordprocessingml/2006/main">
        <w:rPr>
          <w:b/>
          <w:bCs/>
        </w:rPr>
        <w:t xml:space="preserve">Turn </w:t>
      </w:r>
      <w:r xmlns:w="http://schemas.openxmlformats.org/wordprocessingml/2006/main">
        <w:t xml:space="preserve">— Mga Aksyon: Mga tseke ng BB; Mga tseke ng BTN; Pot pagkatapos makumpleto ang mga aksyon: $37</w:t>
      </w:r>
    </w:p>
    <w:p>
      <w:pPr xmlns:w="http://schemas.openxmlformats.org/wordprocessingml/2006/main">
        <w:pStyle w:val="Compact"/>
        <w:numPr>
          <w:ilvl w:val="0"/>
          <w:numId w:val="1017"/>
        </w:numPr>
      </w:pPr>
      <w:r xmlns:w="http://schemas.openxmlformats.org/wordprocessingml/2006/main">
        <w:rPr>
          <w:b/>
          <w:bCs/>
        </w:rPr>
        <w:t xml:space="preserve">Ilog </w:t>
      </w:r>
      <w:r xmlns:w="http://schemas.openxmlformats.org/wordprocessingml/2006/main">
        <w:t xml:space="preserve">— Mga Aksyon: BB taya $25; BTN tawag $25; Pot pagkatapos makumpleto ang mga aksyon: $87</w:t>
      </w:r>
    </w:p>
    <w:p>
      <w:pPr xmlns:w="http://schemas.openxmlformats.org/wordprocessingml/2006/main">
        <w:pStyle w:val="FirstParagraph"/>
      </w:pPr>
      <w:r xmlns:w="http://schemas.openxmlformats.org/wordprocessingml/2006/main">
        <w:rPr>
          <w:b/>
          <w:bCs/>
        </w:rPr>
        <w:t xml:space="preserve">Pagsusuri. </w:t>
      </w:r>
      <w:r xmlns:w="http://schemas.openxmlformats.org/wordprocessingml/2006/main">
        <w:t xml:space="preserve">Sa flop, ang kontrabida ay maaaring magkaroon ng mga set, malalakas na pares, at mga draw ng spade. Ang pagkakasunud-sunod ng check/call, check, bet ay hindi literal na nagpapakita ng set. Ito ay isang babala laban sa pagtatalaga ng zero probability sa mga trap dahil lamang sa hindi lumitaw ang isang turn bet.</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Ang pagsusuri ng big blind sa turn ay hindi nagbukod sa mga set na mabagal ang paglalaro. Natalo ang nangungunang pares ng Hero sa 88 sa showdown. Kung maganda ang river call ay dapat pa ring husgahan mula sa pagtatantya ng range bago tingnan ang mga baraha.</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Kung ang Kontrabida ay may mahabang kasaysayan ng labis na pag-bluff sa mga missed spades, dagdagan ang mga bluffing weights. Ang isang tawag na hindi maganda laban sa isang passive player ay maaaring maging makatwiran laban sa isang malinaw na agresibo.</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Ang pares ng pinakamahusay na baraha sa kategoryang one ng Hero, ang kontrabida ay three-of-a-kind; </w:t>
      </w:r>
      <w:r xmlns:w="http://schemas.openxmlformats.org/wordprocessingml/2006/main">
        <w:rPr>
          <w:b/>
          <w:bCs/>
        </w:rPr>
        <w:t xml:space="preserve">Ang kontrabida </w:t>
      </w:r>
      <w:r xmlns:w="http://schemas.openxmlformats.org/wordprocessingml/2006/main">
        <w:t xml:space="preserve">ay mananalo o tatabla ayon sa masusing pagsusuri ng lima mula sa pitong baraha sa mga nakasaad na baraha. Ang ipinakitang baraha ay isang resulta, hindi ebidensya na ang orihinal na desisyon ay awtomatikong tama.</w:t>
      </w:r>
    </w:p>
    <w:p>
      <w:r>
        <w:pict>
          <v:rect style="width:0;height:1.5pt" o:hralign="center" o:hrstd="t" o:hr="t"/>
        </w:pict>
      </w:r>
    </w:p>
    <w:bookmarkEnd w:id="253"/>
    <w:bookmarkStart w:id="257" w:name="file-07-the-three-way-turn-straight"/>
    <w:p>
      <w:pPr xmlns:w="http://schemas.openxmlformats.org/wordprocessingml/2006/main">
        <w:pStyle w:val="Heading2"/>
      </w:pPr>
      <w:r xmlns:w="http://schemas.openxmlformats.org/wordprocessingml/2006/main">
        <w:t xml:space="preserve">File 07 — Ang Tatlong-Daan na Pagliko nang Diretso</w:t>
      </w:r>
    </w:p>
    <w:p>
      <w:pPr>
        <w:pStyle w:val="CaptionedFigure"/>
      </w:pPr>
      <w:r>
        <w:drawing>
          <wp:inline>
            <wp:extent cx="6261100" cy="3600132"/>
            <wp:effectExtent b="0" l="0" r="0" t="0"/>
            <wp:docPr descr="Card-verified teaching tableau for Master Hand File 07" title="" id="255" name="Picture"/>
            <a:graphic>
              <a:graphicData uri="http://schemas.openxmlformats.org/drawingml/2006/picture">
                <pic:pic>
                  <pic:nvPicPr>
                    <pic:cNvPr descr="figures/hand-07.png" id="256" name="Picture"/>
                    <pic:cNvPicPr>
                      <a:picLocks noChangeArrowheads="1" noChangeAspect="1"/>
                    </pic:cNvPicPr>
                  </pic:nvPicPr>
                  <pic:blipFill>
                    <a:blip r:embed="rId254"/>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07</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J♥ T♥ · </w:t>
      </w:r>
      <w:r xmlns:w="http://schemas.openxmlformats.org/wordprocessingml/2006/main">
        <w:rPr>
          <w:b/>
          <w:bCs/>
        </w:rPr>
        <w:t xml:space="preserve">Kontrabida na ipinapakita (pagkatapos ng desisyon): </w:t>
      </w:r>
      <w:r xmlns:w="http://schemas.openxmlformats.org/wordprocessingml/2006/main">
        <w:t xml:space="preserve">A♦ Q♦ · </w:t>
      </w:r>
      <w:r xmlns:w="http://schemas.openxmlformats.org/wordprocessingml/2006/main">
        <w:rPr>
          <w:b/>
          <w:bCs/>
        </w:rPr>
        <w:t xml:space="preserve">Lupon: </w:t>
      </w:r>
      <w:r xmlns:w="http://schemas.openxmlformats.org/wordprocessingml/2006/main">
        <w:t xml:space="preserve">Q♠ 9♠ 4♦ 8♣ 2♥</w:t>
      </w:r>
    </w:p>
    <w:p>
      <w:pPr xmlns:w="http://schemas.openxmlformats.org/wordprocessingml/2006/main">
        <w:pStyle w:val="BodyText"/>
      </w:pPr>
      <w:r xmlns:w="http://schemas.openxmlformats.org/wordprocessingml/2006/main">
        <w:rPr>
          <w:b/>
          <w:bCs/>
        </w:rPr>
        <w:t xml:space="preserve">Bago ang pagka-flop: </w:t>
      </w:r>
      <w:r xmlns:w="http://schemas.openxmlformats.org/wordprocessingml/2006/main">
        <w:t xml:space="preserve">Magbubukas ang HJ sa $12; tatawag ang BTN ng $12; tatawag ang BB ng $10 pa; magfo-fold ang SB.</w:t>
      </w:r>
    </w:p>
    <w:p>
      <w:pPr xmlns:w="http://schemas.openxmlformats.org/wordprocessingml/2006/main">
        <w:pStyle w:val="BodyText"/>
      </w:pPr>
      <w:r xmlns:w="http://schemas.openxmlformats.org/wordprocessingml/2006/main">
        <w:rPr>
          <w:b/>
          <w:bCs/>
        </w:rPr>
        <w:t xml:space="preserve">Ledger ng palayok (walang kalaykay):</w:t>
      </w:r>
    </w:p>
    <w:p>
      <w:pPr xmlns:w="http://schemas.openxmlformats.org/wordprocessingml/2006/main">
        <w:pStyle w:val="Compact"/>
        <w:numPr>
          <w:ilvl w:val="0"/>
          <w:numId w:val="1018"/>
        </w:numPr>
      </w:pPr>
      <w:r xmlns:w="http://schemas.openxmlformats.org/wordprocessingml/2006/main">
        <w:rPr>
          <w:b/>
          <w:bCs/>
        </w:rPr>
        <w:t xml:space="preserve">Preflop </w:t>
      </w:r>
      <w:r xmlns:w="http://schemas.openxmlformats.org/wordprocessingml/2006/main">
        <w:t xml:space="preserve">— Mga Aksyon: Ang HJ ay magbubukas sa $12; Ang BTN ay tatawag ng $12; Ang BB ay tatawag ng $10 pa; Ang SB ay tutupi; Ang Pot pagkatapos makumpleto ang mga aksyon: $37</w:t>
      </w:r>
    </w:p>
    <w:p>
      <w:pPr xmlns:w="http://schemas.openxmlformats.org/wordprocessingml/2006/main">
        <w:pStyle w:val="Compact"/>
        <w:numPr>
          <w:ilvl w:val="0"/>
          <w:numId w:val="1018"/>
        </w:numPr>
      </w:pPr>
      <w:r xmlns:w="http://schemas.openxmlformats.org/wordprocessingml/2006/main">
        <w:rPr>
          <w:b/>
          <w:bCs/>
        </w:rPr>
        <w:t xml:space="preserve">Flop </w:t>
      </w:r>
      <w:r xmlns:w="http://schemas.openxmlformats.org/wordprocessingml/2006/main">
        <w:t xml:space="preserve">— Mga Aksyon: Mga tseke ng BB; Mga taya ng HJ $20; Mga tawag ng BTN $20; Mga tawag ng BB $20; Pot pagkatapos makumpleto ang mga aksyon: $97</w:t>
      </w:r>
    </w:p>
    <w:p>
      <w:pPr xmlns:w="http://schemas.openxmlformats.org/wordprocessingml/2006/main">
        <w:pStyle w:val="Compact"/>
        <w:numPr>
          <w:ilvl w:val="0"/>
          <w:numId w:val="1018"/>
        </w:numPr>
      </w:pPr>
      <w:r xmlns:w="http://schemas.openxmlformats.org/wordprocessingml/2006/main">
        <w:rPr>
          <w:b/>
          <w:bCs/>
        </w:rPr>
        <w:t xml:space="preserve">Turn </w:t>
      </w:r>
      <w:r xmlns:w="http://schemas.openxmlformats.org/wordprocessingml/2006/main">
        <w:t xml:space="preserve">— Mga Aksyon: Mga tseke ng BB; Mga tseke ng HJ; Mga taya sa BTN $45; Mga fold ng BB; Mga tawag ng HJ $45; Pot pagkatapos makumpleto ang mga aksyon: $187</w:t>
      </w:r>
    </w:p>
    <w:p>
      <w:pPr xmlns:w="http://schemas.openxmlformats.org/wordprocessingml/2006/main">
        <w:pStyle w:val="Compact"/>
        <w:numPr>
          <w:ilvl w:val="0"/>
          <w:numId w:val="1018"/>
        </w:numPr>
      </w:pPr>
      <w:r xmlns:w="http://schemas.openxmlformats.org/wordprocessingml/2006/main">
        <w:rPr>
          <w:b/>
          <w:bCs/>
        </w:rPr>
        <w:t xml:space="preserve">Ilog </w:t>
      </w:r>
      <w:r xmlns:w="http://schemas.openxmlformats.org/wordprocessingml/2006/main">
        <w:t xml:space="preserve">— Mga Aksyon: Mga tseke ng HJ; Mga tseke ng BTN; Pot pagkatapos makumpleto ang mga aksyon: $187</w:t>
      </w:r>
    </w:p>
    <w:p>
      <w:pPr xmlns:w="http://schemas.openxmlformats.org/wordprocessingml/2006/main">
        <w:pStyle w:val="FirstParagraph"/>
      </w:pPr>
      <w:r xmlns:w="http://schemas.openxmlformats.org/wordprocessingml/2006/main">
        <w:rPr>
          <w:b/>
          <w:bCs/>
        </w:rPr>
        <w:t xml:space="preserve">Pagsusuri. </w:t>
      </w:r>
      <w:r xmlns:w="http://schemas.openxmlformats.org/wordprocessingml/2006/main">
        <w:t xml:space="preserve">Dalawang manlalaro ang tumatawag ng flop, at ang turno ay nagsisimula sa pagsuri ng parehong kalaban. Pagkatapos ng mga taya sa BTN, ang BB folds at HJ calls, na nagreresulta sa isang heads-up river. Ito ay isang kapaki-pakinabang na paglalarawan kung bakit </w:t>
      </w:r>
      <w:r xmlns:w="http://schemas.openxmlformats.org/wordprocessingml/2006/main">
        <w:rPr>
          <w:i/>
          <w:iCs/>
        </w:rPr>
        <w:t xml:space="preserve">ang bilang ng mga natitirang manlalaro ng bawat kalye </w:t>
      </w:r>
      <w:r xmlns:w="http://schemas.openxmlformats.org/wordprocessingml/2006/main">
        <w:t xml:space="preserve">ay dapat na maipakita sa susunod na range model.</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Gumagawa ang Hero ng queen-high straight sa 8♣ turn. Hindi maaaring makipagkumpetensya ang top pair ng kalaban, at ang three-way setting ay nagpaiba sa flop call mula sa isolated heads-up call. Ang taya ng Hero sa turn ay value/protection sa ilalim ng plausible range; ang pagsuri sa behind the river ay nagpapakita na hindi lahat ng nagawang straight ay awtomatikong nakakakuha ng isa pang taya.</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Palitan ang 2♥ river ng T♠, kumpletuhin ang maraming spade draw at palitan ang board sa Q♠9♠4♦8♣T♠. May straight pa rin ang hero, pero ngayon, maaaring magkaroon ng spade flushes ang mga kalaban na may dalawang spade; hindi na gaanong awtomatiko ang taya kung malaki ang river value.</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Bayani sa kategoryang best-hand straight, Kontrabida sa isang pares; Mananalo o tabla ang </w:t>
      </w:r>
      <w:r xmlns:w="http://schemas.openxmlformats.org/wordprocessingml/2006/main">
        <w:rPr>
          <w:b/>
          <w:bCs/>
        </w:rPr>
        <w:t xml:space="preserve">Bayani </w:t>
      </w:r>
      <w:r xmlns:w="http://schemas.openxmlformats.org/wordprocessingml/2006/main">
        <w:t xml:space="preserve">ayon sa masusing five-from-seven na pagsusuri ng mga nakasaad na baraha. Ang ipinakitang baraha ay isang resulta, hindi ebidensya na ang orihinal na desisyon ay awtomatikong tama.</w:t>
      </w:r>
    </w:p>
    <w:p>
      <w:r>
        <w:pict>
          <v:rect style="width:0;height:1.5pt" o:hralign="center" o:hrstd="t" o:hr="t"/>
        </w:pict>
      </w:r>
    </w:p>
    <w:bookmarkEnd w:id="257"/>
    <w:bookmarkStart w:id="261" w:name="file-08-thin-value-against-a-weaker-ace"/>
    <w:p>
      <w:pPr xmlns:w="http://schemas.openxmlformats.org/wordprocessingml/2006/main">
        <w:pStyle w:val="Heading2"/>
      </w:pPr>
      <w:r xmlns:w="http://schemas.openxmlformats.org/wordprocessingml/2006/main">
        <w:t xml:space="preserve">File 08 — Manipis na Halaga Laban sa Mas Mahinang Alas</w:t>
      </w:r>
    </w:p>
    <w:p>
      <w:pPr>
        <w:pStyle w:val="CaptionedFigure"/>
      </w:pPr>
      <w:r>
        <w:drawing>
          <wp:inline>
            <wp:extent cx="6261100" cy="3600132"/>
            <wp:effectExtent b="0" l="0" r="0" t="0"/>
            <wp:docPr descr="Card-verified teaching tableau for Master Hand File 08" title="" id="259" name="Picture"/>
            <a:graphic>
              <a:graphicData uri="http://schemas.openxmlformats.org/drawingml/2006/picture">
                <pic:pic>
                  <pic:nvPicPr>
                    <pic:cNvPr descr="figures/hand-08.png" id="260" name="Picture"/>
                    <pic:cNvPicPr>
                      <a:picLocks noChangeArrowheads="1" noChangeAspect="1"/>
                    </pic:cNvPicPr>
                  </pic:nvPicPr>
                  <pic:blipFill>
                    <a:blip r:embed="rId258"/>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08</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A♦ Q♦ · </w:t>
      </w:r>
      <w:r xmlns:w="http://schemas.openxmlformats.org/wordprocessingml/2006/main">
        <w:rPr>
          <w:b/>
          <w:bCs/>
        </w:rPr>
        <w:t xml:space="preserve">Kontrabida na ipinapakita (pagkatapos ng desisyon): </w:t>
      </w:r>
      <w:r xmlns:w="http://schemas.openxmlformats.org/wordprocessingml/2006/main">
        <w:t xml:space="preserve">A♠ J♣ · </w:t>
      </w:r>
      <w:r xmlns:w="http://schemas.openxmlformats.org/wordprocessingml/2006/main">
        <w:rPr>
          <w:b/>
          <w:bCs/>
        </w:rPr>
        <w:t xml:space="preserve">Lupon: </w:t>
      </w:r>
      <w:r xmlns:w="http://schemas.openxmlformats.org/wordprocessingml/2006/main">
        <w:t xml:space="preserve">A♣ 9♠ 6♥ 4♣ 2♦</w:t>
      </w:r>
    </w:p>
    <w:p>
      <w:pPr xmlns:w="http://schemas.openxmlformats.org/wordprocessingml/2006/main">
        <w:pStyle w:val="BodyText"/>
      </w:pPr>
      <w:r xmlns:w="http://schemas.openxmlformats.org/wordprocessingml/2006/main">
        <w:rPr>
          <w:b/>
          <w:bCs/>
        </w:rPr>
        <w:t xml:space="preserve">Bago ang pagkatalo: </w:t>
      </w:r>
      <w:r xmlns:w="http://schemas.openxmlformats.org/wordprocessingml/2006/main">
        <w:t xml:space="preserve">Magbubukas ang HJ sa $12; ang BTN cold-calls ay $12; ang blinds fold ay maaaring gamitin.</w:t>
      </w:r>
    </w:p>
    <w:p>
      <w:pPr xmlns:w="http://schemas.openxmlformats.org/wordprocessingml/2006/main">
        <w:pStyle w:val="BodyText"/>
      </w:pPr>
      <w:r xmlns:w="http://schemas.openxmlformats.org/wordprocessingml/2006/main">
        <w:rPr>
          <w:b/>
          <w:bCs/>
        </w:rPr>
        <w:t xml:space="preserve">Ledger ng palayok (walang kalaykay):</w:t>
      </w:r>
    </w:p>
    <w:p>
      <w:pPr xmlns:w="http://schemas.openxmlformats.org/wordprocessingml/2006/main">
        <w:pStyle w:val="Compact"/>
        <w:numPr>
          <w:ilvl w:val="0"/>
          <w:numId w:val="1019"/>
        </w:numPr>
      </w:pPr>
      <w:r xmlns:w="http://schemas.openxmlformats.org/wordprocessingml/2006/main">
        <w:rPr>
          <w:b/>
          <w:bCs/>
        </w:rPr>
        <w:t xml:space="preserve">Preflop </w:t>
      </w:r>
      <w:r xmlns:w="http://schemas.openxmlformats.org/wordprocessingml/2006/main">
        <w:t xml:space="preserve">— Mga Aksyon: Ang HJ ay magbubukas sa $12; Ang BTN cold-calls ay $12; ang blinds fold ay $12; ang pot ay ilalagay pagkatapos ng mga aksyon: $27</w:t>
      </w:r>
    </w:p>
    <w:p>
      <w:pPr xmlns:w="http://schemas.openxmlformats.org/wordprocessingml/2006/main">
        <w:pStyle w:val="Compact"/>
        <w:numPr>
          <w:ilvl w:val="0"/>
          <w:numId w:val="1019"/>
        </w:numPr>
      </w:pPr>
      <w:r xmlns:w="http://schemas.openxmlformats.org/wordprocessingml/2006/main">
        <w:rPr>
          <w:b/>
          <w:bCs/>
        </w:rPr>
        <w:t xml:space="preserve">Flop </w:t>
      </w:r>
      <w:r xmlns:w="http://schemas.openxmlformats.org/wordprocessingml/2006/main">
        <w:t xml:space="preserve">— Mga Aksyon: Tumaya si HJ ng $15; Tumawag ang BTN ng $15; Nag-pot pagkatapos makumpleto ang mga aksyon: $57</w:t>
      </w:r>
    </w:p>
    <w:p>
      <w:pPr xmlns:w="http://schemas.openxmlformats.org/wordprocessingml/2006/main">
        <w:pStyle w:val="Compact"/>
        <w:numPr>
          <w:ilvl w:val="0"/>
          <w:numId w:val="1019"/>
        </w:numPr>
      </w:pPr>
      <w:r xmlns:w="http://schemas.openxmlformats.org/wordprocessingml/2006/main">
        <w:rPr>
          <w:b/>
          <w:bCs/>
        </w:rPr>
        <w:t xml:space="preserve">Turn </w:t>
      </w:r>
      <w:r xmlns:w="http://schemas.openxmlformats.org/wordprocessingml/2006/main">
        <w:t xml:space="preserve">— Mga Aksyon: Mga tseke ni HJ; Mga taya sa BTN $25; Mga tawag ni HJ $25; Pot pagkatapos makumpleto ang mga aksyon: $107</w:t>
      </w:r>
    </w:p>
    <w:p>
      <w:pPr xmlns:w="http://schemas.openxmlformats.org/wordprocessingml/2006/main">
        <w:pStyle w:val="Compact"/>
        <w:numPr>
          <w:ilvl w:val="0"/>
          <w:numId w:val="1019"/>
        </w:numPr>
      </w:pPr>
      <w:r xmlns:w="http://schemas.openxmlformats.org/wordprocessingml/2006/main">
        <w:rPr>
          <w:b/>
          <w:bCs/>
        </w:rPr>
        <w:t xml:space="preserve">Ilog </w:t>
      </w:r>
      <w:r xmlns:w="http://schemas.openxmlformats.org/wordprocessingml/2006/main">
        <w:t xml:space="preserve">— Mga Aksyon: Mga tseke ni HJ; Mga taya sa BTN $30; Mga tawag ni HJ $30; Pot pagkatapos makumpleto ang mga aksyon: $167</w:t>
      </w:r>
    </w:p>
    <w:p>
      <w:pPr xmlns:w="http://schemas.openxmlformats.org/wordprocessingml/2006/main">
        <w:pStyle w:val="FirstParagraph"/>
      </w:pPr>
      <w:r xmlns:w="http://schemas.openxmlformats.org/wordprocessingml/2006/main">
        <w:rPr>
          <w:b/>
          <w:bCs/>
        </w:rPr>
        <w:t xml:space="preserve">Pagsusuri. </w:t>
      </w:r>
      <w:r xmlns:w="http://schemas.openxmlformats.org/wordprocessingml/2006/main">
        <w:t xml:space="preserve">Ang draw-light board ay nagpapahintulot sa maraming mas masahol na one-pair na kamay na magpatuloy sa ilang live na populasyon. Hindi sinusuri ng Hero ang kahit anong street sa teaching line na ito, ngunit ang ibang range/stack configuration ay maaaring sumuporta sa iba't ibang flop at turn choices. Ang pagbibilang ng mas masahol na aces ng kalaban ay mas mahalaga kaysa sa paglalarawan ng kamay bilang pangkalahatang 'malakas.'</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Ang isang malakas ngunit hindi na-nut na top-pair na kamay ay maaaring kumita ng halaga mula sa dominadong alas ng kalaban. Ang mas maliit na sukat ng river ay naglalayong tawagin ng mas malala. Hindi ito nangangahulugan na ang AQ ay dapat laging tumaya ng tatlong street laban sa bawat opener.</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Palitan ang kalaban ng A♥K♣: ang taya sa halaga ng river ay talo na ngayon kapag tinawag, at ang pinagbabatayang modelo ng saklaw ay dapat baguhin upang maisama ang mas malalakas na alas.</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Ang pares ng pinakamahusay na baraha sa kategoryang uno ay nasa unang kamay ng Hero, ang pares ng Kontrabida ay nasa isang pares; </w:t>
      </w:r>
      <w:r xmlns:w="http://schemas.openxmlformats.org/wordprocessingml/2006/main">
        <w:rPr>
          <w:b/>
          <w:bCs/>
        </w:rPr>
        <w:t xml:space="preserve">Ang Hero </w:t>
      </w:r>
      <w:r xmlns:w="http://schemas.openxmlformats.org/wordprocessingml/2006/main">
        <w:t xml:space="preserve">ay mananalo o tatabla ayon sa masusing pagsusuri ng limang baraha mula sa pitong baraha. Ang ipinakitang baraha ay isang resulta, hindi ebidensya na ang orihinal na desisyon ay awtomatikong tama.</w:t>
      </w:r>
    </w:p>
    <w:p>
      <w:r>
        <w:pict>
          <v:rect style="width:0;height:1.5pt" o:hralign="center" o:hrstd="t" o:hr="t"/>
        </w:pict>
      </w:r>
    </w:p>
    <w:bookmarkEnd w:id="261"/>
    <w:bookmarkStart w:id="265" w:name="X900ac951e4fb579a379b17d4f677bea7ec9924d"/>
    <w:p>
      <w:pPr xmlns:w="http://schemas.openxmlformats.org/wordprocessingml/2006/main">
        <w:pStyle w:val="Heading2"/>
      </w:pPr>
      <w:r xmlns:w="http://schemas.openxmlformats.org/wordprocessingml/2006/main">
        <w:t xml:space="preserve">File 09 — Ang Ilog Ace-King Na Nakarating Doon</w:t>
      </w:r>
    </w:p>
    <w:p>
      <w:pPr>
        <w:pStyle w:val="CaptionedFigure"/>
      </w:pPr>
      <w:r>
        <w:drawing>
          <wp:inline>
            <wp:extent cx="6261100" cy="3600132"/>
            <wp:effectExtent b="0" l="0" r="0" t="0"/>
            <wp:docPr descr="Card-verified teaching tableau for Master Hand File 09" title="" id="263" name="Picture"/>
            <a:graphic>
              <a:graphicData uri="http://schemas.openxmlformats.org/drawingml/2006/picture">
                <pic:pic>
                  <pic:nvPicPr>
                    <pic:cNvPr descr="figures/hand-09.png" id="264" name="Picture"/>
                    <pic:cNvPicPr>
                      <a:picLocks noChangeArrowheads="1" noChangeAspect="1"/>
                    </pic:cNvPicPr>
                  </pic:nvPicPr>
                  <pic:blipFill>
                    <a:blip r:embed="rId262"/>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09</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J♣ J♥ · </w:t>
      </w:r>
      <w:r xmlns:w="http://schemas.openxmlformats.org/wordprocessingml/2006/main">
        <w:rPr>
          <w:b/>
          <w:bCs/>
        </w:rPr>
        <w:t xml:space="preserve">Kontrabida na ipinapakita (pagkatapos ng desisyon): </w:t>
      </w:r>
      <w:r xmlns:w="http://schemas.openxmlformats.org/wordprocessingml/2006/main">
        <w:t xml:space="preserve">A♠ K♠ · </w:t>
      </w:r>
      <w:r xmlns:w="http://schemas.openxmlformats.org/wordprocessingml/2006/main">
        <w:rPr>
          <w:b/>
          <w:bCs/>
        </w:rPr>
        <w:t xml:space="preserve">Lupon: </w:t>
      </w:r>
      <w:r xmlns:w="http://schemas.openxmlformats.org/wordprocessingml/2006/main">
        <w:t xml:space="preserve">9♠ 7♠ 4♦ 2♣ K♦</w:t>
      </w:r>
    </w:p>
    <w:p>
      <w:pPr xmlns:w="http://schemas.openxmlformats.org/wordprocessingml/2006/main">
        <w:pStyle w:val="BodyText"/>
      </w:pPr>
      <w:r xmlns:w="http://schemas.openxmlformats.org/wordprocessingml/2006/main">
        <w:rPr>
          <w:b/>
          <w:bCs/>
        </w:rPr>
        <w:t xml:space="preserve">Bago ang pagkatalo: </w:t>
      </w:r>
      <w:r xmlns:w="http://schemas.openxmlformats.org/wordprocessingml/2006/main">
        <w:t xml:space="preserve">Magbubukas ang UTG sa $12; tatawag ang BTN ng $12; titiklop ang blinds.</w:t>
      </w:r>
    </w:p>
    <w:p>
      <w:pPr xmlns:w="http://schemas.openxmlformats.org/wordprocessingml/2006/main">
        <w:pStyle w:val="BodyText"/>
      </w:pPr>
      <w:r xmlns:w="http://schemas.openxmlformats.org/wordprocessingml/2006/main">
        <w:rPr>
          <w:b/>
          <w:bCs/>
        </w:rPr>
        <w:t xml:space="preserve">Ledger ng palayok (walang kalaykay):</w:t>
      </w:r>
    </w:p>
    <w:p>
      <w:pPr xmlns:w="http://schemas.openxmlformats.org/wordprocessingml/2006/main">
        <w:pStyle w:val="Compact"/>
        <w:numPr>
          <w:ilvl w:val="0"/>
          <w:numId w:val="1020"/>
        </w:numPr>
      </w:pPr>
      <w:r xmlns:w="http://schemas.openxmlformats.org/wordprocessingml/2006/main">
        <w:rPr>
          <w:b/>
          <w:bCs/>
        </w:rPr>
        <w:t xml:space="preserve">Preflop </w:t>
      </w:r>
      <w:r xmlns:w="http://schemas.openxmlformats.org/wordprocessingml/2006/main">
        <w:t xml:space="preserve">— Mga Aksyon: Ang UTG ay magbubukas sa $12; Ang BTN ay tatawag ng $12; ang blinds fold.; Ang pot pagkatapos makumpleto ang mga aksyon: $27</w:t>
      </w:r>
    </w:p>
    <w:p>
      <w:pPr xmlns:w="http://schemas.openxmlformats.org/wordprocessingml/2006/main">
        <w:pStyle w:val="Compact"/>
        <w:numPr>
          <w:ilvl w:val="0"/>
          <w:numId w:val="1020"/>
        </w:numPr>
      </w:pPr>
      <w:r xmlns:w="http://schemas.openxmlformats.org/wordprocessingml/2006/main">
        <w:rPr>
          <w:b/>
          <w:bCs/>
        </w:rPr>
        <w:t xml:space="preserve">Flop </w:t>
      </w:r>
      <w:r xmlns:w="http://schemas.openxmlformats.org/wordprocessingml/2006/main">
        <w:t xml:space="preserve">— Mga Aksyon: Mga taya sa UTG na $16; Mga tawag sa BTN na $16; Pot pagkatapos makumpleto ang mga aksyon: $59</w:t>
      </w:r>
    </w:p>
    <w:p>
      <w:pPr xmlns:w="http://schemas.openxmlformats.org/wordprocessingml/2006/main">
        <w:pStyle w:val="Compact"/>
        <w:numPr>
          <w:ilvl w:val="0"/>
          <w:numId w:val="1020"/>
        </w:numPr>
      </w:pPr>
      <w:r xmlns:w="http://schemas.openxmlformats.org/wordprocessingml/2006/main">
        <w:rPr>
          <w:b/>
          <w:bCs/>
        </w:rPr>
        <w:t xml:space="preserve">Turn </w:t>
      </w:r>
      <w:r xmlns:w="http://schemas.openxmlformats.org/wordprocessingml/2006/main">
        <w:t xml:space="preserve">— Mga Aksyon: Mga taya ng UTG $55; Mga tawag ng BTN $55; Pot pagkatapos makumpleto ang mga aksyon: $169</w:t>
      </w:r>
    </w:p>
    <w:p>
      <w:pPr xmlns:w="http://schemas.openxmlformats.org/wordprocessingml/2006/main">
        <w:pStyle w:val="Compact"/>
        <w:numPr>
          <w:ilvl w:val="0"/>
          <w:numId w:val="1020"/>
        </w:numPr>
      </w:pPr>
      <w:r xmlns:w="http://schemas.openxmlformats.org/wordprocessingml/2006/main">
        <w:rPr>
          <w:b/>
          <w:bCs/>
        </w:rPr>
        <w:t xml:space="preserve">Ilog </w:t>
      </w:r>
      <w:r xmlns:w="http://schemas.openxmlformats.org/wordprocessingml/2006/main">
        <w:t xml:space="preserve">— Mga Aksyon: Mga taya sa UTG na $150; Pot pagkatapos makumpleto ang mga aksyon: $319</w:t>
      </w:r>
    </w:p>
    <w:p>
      <w:pPr xmlns:w="http://schemas.openxmlformats.org/wordprocessingml/2006/main">
        <w:pStyle w:val="FirstParagraph"/>
      </w:pPr>
      <w:r xmlns:w="http://schemas.openxmlformats.org/wordprocessingml/2006/main">
        <w:rPr>
          <w:b/>
          <w:bCs/>
        </w:rPr>
        <w:t xml:space="preserve">Nakabinbing desisyon ng Bayani sa river: </w:t>
      </w:r>
      <w:r xmlns:w="http://schemas.openxmlformats.org/wordprocessingml/2006/main">
        <w:t xml:space="preserve">Tumaya lang ang kontrabida ng $150 sa pot na $169 bago ang taya. Ang pagtawag ay nagkakahalaga ng $150, at ang huling pot ay magiging </w:t>
      </w:r>
      <m:oMath xmlns:m="http://schemas.openxmlformats.org/officeDocument/2006/math">
        <m:r>
          <m:t>469</m:t>
        </m:r>
        <m:r>
          <m:rPr>
            <m:sty m:val="p"/>
          </m:rPr>
          <m:t>*</m:t>
        </m:r>
        <m:r>
          <m:rPr>
            <m:sty m:val="p"/>
          </m:rPr>
          <m:t>*</m:t>
        </m:r>
        <m:r>
          <m:rPr>
            <m:sty m:val="p"/>
          </m:rPr>
          <m:t>.</m:t>
        </m:r>
        <m:r>
          <m:t>R</m:t>
        </m:r>
        <m:r>
          <m:t>e</m:t>
        </m:r>
        <m:r>
          <m:t>q</m:t>
        </m:r>
        <m:r>
          <m:t>u</m:t>
        </m:r>
        <m:r>
          <m:t>i</m:t>
        </m:r>
        <m:r>
          <m:t>r</m:t>
        </m:r>
        <m:r>
          <m:t>e</m:t>
        </m:r>
        <m:r>
          <m:t>d</m:t>
        </m:r>
        <m:r>
          <m:t>w</m:t>
        </m:r>
        <m:r>
          <m:t>i</m:t>
        </m:r>
        <m:r>
          <m:t>n</m:t>
        </m:r>
        <m:r>
          <m:t>s</m:t>
        </m:r>
        <m:r>
          <m:t>h</m:t>
        </m:r>
        <m:r>
          <m:t>a</m:t>
        </m:r>
        <m:r>
          <m:t>r</m:t>
        </m:r>
        <m:r>
          <m:t>e</m:t>
        </m:r>
        <m:r>
          <m:rPr>
            <m:sty m:val="p"/>
          </m:rPr>
          <m:t>:</m:t>
        </m:r>
        <m:r>
          <m:rPr>
            <m:sty m:val="p"/>
          </m:rPr>
          <m:t>*</m:t>
        </m:r>
        <m:r>
          <m:rPr>
            <m:sty m:val="p"/>
          </m:rPr>
          <m:t>*</m:t>
        </m:r>
        <m:r>
          <m:t>31.98</m:t>
        </m:r>
      </m:oMath>
      <w:r xmlns:w="http://schemas.openxmlformats.org/wordprocessingml/2006/main">
        <w:rPr>
          <w:b/>
          <w:bCs/>
        </w:rPr>
        <w:t xml:space="preserve">-32.75 EV </w:t>
      </w:r>
      <w:r xmlns:w="http://schemas.openxmlformats.org/wordprocessingml/2006/main">
        <w:t xml:space="preserve">bago ang rake. Ang katumbas na rekomendasyon ng toy-model ay </w:t>
      </w:r>
      <w:r xmlns:w="http://schemas.openxmlformats.org/wordprocessingml/2006/main">
        <w:rPr>
          <w:b/>
          <w:bCs/>
        </w:rPr>
        <w:t xml:space="preserve">fold </w:t>
      </w:r>
      <w:r xmlns:w="http://schemas.openxmlformats.org/wordprocessingml/2006/main">
        <w:t xml:space="preserve">, depende sa pagiging kapani-paniwala ng modelo.</w:t>
      </w:r>
    </w:p>
    <w:p>
      <w:pPr xmlns:w="http://schemas.openxmlformats.org/wordprocessingml/2006/main">
        <w:pStyle w:val="BodyText"/>
      </w:pPr>
      <w:r xmlns:w="http://schemas.openxmlformats.org/wordprocessingml/2006/main">
        <w:rPr>
          <w:b/>
          <w:bCs/>
        </w:rPr>
        <w:t xml:space="preserve">Pagsusuri. </w:t>
      </w:r>
      <w:r xmlns:w="http://schemas.openxmlformats.org/wordprocessingml/2006/main">
        <w:t xml:space="preserve">Ang mga tawag sa flop at turn ng Hero ay mga pagpapalagay lamang na dapat suriin, hindi awtomatikong inirerekomenda. Sa isang flop na maraming draw, ang two-spade AK ng kalaban ay maaaring nakapag-semi-bluff nang dalawang beses. Ang river ay isang mahalagang range-reclassification card: ang ilang nakaraang draw ay naging value na habang ang iba ay hindi pa nagagawa.</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Kinukumpleto ng hari ng ilog ang nangungunang pares para sa isang posibleng two-spade AK na hawak ang barreled bilang draw. Ang malaking river bet ay may mas maraming value hands kaysa sa maaaring makilala ng isang baguhan, at ang mga jack ng Hero ay nababawasan sa isang bluff-catcher sa isang pot na may mataas na presyo.</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Kung si Villain ay isang madalas na triple-barrel bluffer at may labindalawang weighted bluff laban sa labindalawang value holdings sa halip na apat, ang river call ay magiging paborable sa hypothetical model; walang anumang pisikal na baraha ang makakapagpilit ng fold.</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Pares ng pinakamahusay na baraha sa kategoryang unang pares ng Hero, pares ng Kontrabida sa isang pares; </w:t>
      </w:r>
      <w:r xmlns:w="http://schemas.openxmlformats.org/wordprocessingml/2006/main">
        <w:rPr>
          <w:b/>
          <w:bCs/>
        </w:rPr>
        <w:t xml:space="preserve">Mananalo </w:t>
      </w:r>
      <w:r xmlns:w="http://schemas.openxmlformats.org/wordprocessingml/2006/main">
        <w:t xml:space="preserve">o tabla ang Kontrabida ayon sa masusing pagsusuri ng lima mula sa pito ng mga nakasaad na baraha. Ang ipinakitang baraha ay isang resulta, hindi ebidensya na awtomatikong tama ang orihinal na desisyon.</w:t>
      </w:r>
    </w:p>
    <w:p>
      <w:r>
        <w:pict>
          <v:rect style="width:0;height:1.5pt" o:hralign="center" o:hrstd="t" o:hr="t"/>
        </w:pict>
      </w:r>
    </w:p>
    <w:bookmarkEnd w:id="265"/>
    <w:bookmarkStart w:id="269" w:name="Xe7d1b3e4099bd4358bd5dc3a6b5cd3f9436a97d"/>
    <w:p>
      <w:pPr xmlns:w="http://schemas.openxmlformats.org/wordprocessingml/2006/main">
        <w:pStyle w:val="Heading2"/>
      </w:pPr>
      <w:r xmlns:w="http://schemas.openxmlformats.org/wordprocessingml/2006/main">
        <w:t xml:space="preserve">File 10 — Maaaring Protektahan ng Isang Tseke ang Isang Malakas na Saklaw</w:t>
      </w:r>
    </w:p>
    <w:p>
      <w:pPr>
        <w:pStyle w:val="CaptionedFigure"/>
      </w:pPr>
      <w:r>
        <w:drawing>
          <wp:inline>
            <wp:extent cx="6261100" cy="3600132"/>
            <wp:effectExtent b="0" l="0" r="0" t="0"/>
            <wp:docPr descr="Card-verified teaching tableau for Master Hand File 10" title="" id="267" name="Picture"/>
            <a:graphic>
              <a:graphicData uri="http://schemas.openxmlformats.org/drawingml/2006/picture">
                <pic:pic>
                  <pic:nvPicPr>
                    <pic:cNvPr descr="figures/hand-10.png" id="268" name="Picture"/>
                    <pic:cNvPicPr>
                      <a:picLocks noChangeArrowheads="1" noChangeAspect="1"/>
                    </pic:cNvPicPr>
                  </pic:nvPicPr>
                  <pic:blipFill>
                    <a:blip r:embed="rId266"/>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10</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A♥ K♥ · </w:t>
      </w:r>
      <w:r xmlns:w="http://schemas.openxmlformats.org/wordprocessingml/2006/main">
        <w:rPr>
          <w:b/>
          <w:bCs/>
        </w:rPr>
        <w:t xml:space="preserve">Kontrabida na ipinapakita (pagkatapos ng desisyon): </w:t>
      </w:r>
      <w:r xmlns:w="http://schemas.openxmlformats.org/wordprocessingml/2006/main">
        <w:t xml:space="preserve">3♦ 3♥ · </w:t>
      </w:r>
      <w:r xmlns:w="http://schemas.openxmlformats.org/wordprocessingml/2006/main">
        <w:rPr>
          <w:b/>
          <w:bCs/>
        </w:rPr>
        <w:t xml:space="preserve">Lupon: </w:t>
      </w:r>
      <w:r xmlns:w="http://schemas.openxmlformats.org/wordprocessingml/2006/main">
        <w:t xml:space="preserve">A♠ 8♦ 3♣ 2♥ 9♠</w:t>
      </w:r>
    </w:p>
    <w:p>
      <w:pPr xmlns:w="http://schemas.openxmlformats.org/wordprocessingml/2006/main">
        <w:pStyle w:val="BodyText"/>
      </w:pPr>
      <w:r xmlns:w="http://schemas.openxmlformats.org/wordprocessingml/2006/main">
        <w:rPr>
          <w:b/>
          <w:bCs/>
        </w:rPr>
        <w:t xml:space="preserve">Bago ang pagka-flop: </w:t>
      </w:r>
      <w:r xmlns:w="http://schemas.openxmlformats.org/wordprocessingml/2006/main">
        <w:t xml:space="preserve">Magbubukas ang BTN sa $8; Tatawag ang BB; Magfo-fold ang SB.</w:t>
      </w:r>
    </w:p>
    <w:p>
      <w:pPr xmlns:w="http://schemas.openxmlformats.org/wordprocessingml/2006/main">
        <w:pStyle w:val="BodyText"/>
      </w:pPr>
      <w:r xmlns:w="http://schemas.openxmlformats.org/wordprocessingml/2006/main">
        <w:rPr>
          <w:b/>
          <w:bCs/>
        </w:rPr>
        <w:t xml:space="preserve">Ledger ng palayok (walang kalaykay):</w:t>
      </w:r>
    </w:p>
    <w:p>
      <w:pPr xmlns:w="http://schemas.openxmlformats.org/wordprocessingml/2006/main">
        <w:pStyle w:val="Compact"/>
        <w:numPr>
          <w:ilvl w:val="0"/>
          <w:numId w:val="1021"/>
        </w:numPr>
      </w:pPr>
      <w:r xmlns:w="http://schemas.openxmlformats.org/wordprocessingml/2006/main">
        <w:rPr>
          <w:b/>
          <w:bCs/>
        </w:rPr>
        <w:t xml:space="preserve">Preflop </w:t>
      </w:r>
      <w:r xmlns:w="http://schemas.openxmlformats.org/wordprocessingml/2006/main">
        <w:t xml:space="preserve">— Mga Aksyon: Ang BTN ay magbubukas sa $8; Mga tawag sa BB; Mga SB folds.; Pot pagkatapos makumpleto ang mga aksyon: $17</w:t>
      </w:r>
    </w:p>
    <w:p>
      <w:pPr xmlns:w="http://schemas.openxmlformats.org/wordprocessingml/2006/main">
        <w:pStyle w:val="Compact"/>
        <w:numPr>
          <w:ilvl w:val="0"/>
          <w:numId w:val="1021"/>
        </w:numPr>
      </w:pPr>
      <w:r xmlns:w="http://schemas.openxmlformats.org/wordprocessingml/2006/main">
        <w:rPr>
          <w:b/>
          <w:bCs/>
        </w:rPr>
        <w:t xml:space="preserve">Flop </w:t>
      </w:r>
      <w:r xmlns:w="http://schemas.openxmlformats.org/wordprocessingml/2006/main">
        <w:t xml:space="preserve">— Mga Aksyon: Mga tseke ng BB; Mga taya sa BTN $10; Mga tawag ng BB $10; Pot pagkatapos makumpleto ang mga aksyon: $37</w:t>
      </w:r>
    </w:p>
    <w:p>
      <w:pPr xmlns:w="http://schemas.openxmlformats.org/wordprocessingml/2006/main">
        <w:pStyle w:val="Compact"/>
        <w:numPr>
          <w:ilvl w:val="0"/>
          <w:numId w:val="1021"/>
        </w:numPr>
      </w:pPr>
      <w:r xmlns:w="http://schemas.openxmlformats.org/wordprocessingml/2006/main">
        <w:rPr>
          <w:b/>
          <w:bCs/>
        </w:rPr>
        <w:t xml:space="preserve">Turn </w:t>
      </w:r>
      <w:r xmlns:w="http://schemas.openxmlformats.org/wordprocessingml/2006/main">
        <w:t xml:space="preserve">— Mga Aksyon: Mga tseke ng BB; Mga tseke ng BTN; Pot pagkatapos makumpleto ang mga aksyon: $37</w:t>
      </w:r>
    </w:p>
    <w:p>
      <w:pPr xmlns:w="http://schemas.openxmlformats.org/wordprocessingml/2006/main">
        <w:pStyle w:val="Compact"/>
        <w:numPr>
          <w:ilvl w:val="0"/>
          <w:numId w:val="1021"/>
        </w:numPr>
      </w:pPr>
      <w:r xmlns:w="http://schemas.openxmlformats.org/wordprocessingml/2006/main">
        <w:rPr>
          <w:b/>
          <w:bCs/>
        </w:rPr>
        <w:t xml:space="preserve">Ilog </w:t>
      </w:r>
      <w:r xmlns:w="http://schemas.openxmlformats.org/wordprocessingml/2006/main">
        <w:t xml:space="preserve">— Mga Aksyon: BB taya $25; BTN tawag $25; Pot pagkatapos makumpleto ang mga aksyon: $87</w:t>
      </w:r>
    </w:p>
    <w:p>
      <w:pPr xmlns:w="http://schemas.openxmlformats.org/wordprocessingml/2006/main">
        <w:pStyle w:val="FirstParagraph"/>
      </w:pPr>
      <w:r xmlns:w="http://schemas.openxmlformats.org/wordprocessingml/2006/main">
        <w:rPr>
          <w:b/>
          <w:bCs/>
        </w:rPr>
        <w:t xml:space="preserve">Pagsusuri. </w:t>
      </w:r>
      <w:r xmlns:w="http://schemas.openxmlformats.org/wordprocessingml/2006/main">
        <w:t xml:space="preserve">Kahit ang isang ace-high flop ay hindi nag-aalis ng bawat set mula sa isang defending range: posible pa rin ang 33 maliban kung ang pag-uugali bago ang flop o ang mga nakalantad na baraha ay nagpapahina sa posibilidad na ito. Ang isang pangkalahatang pahayag na "ang turn checks cap Villain" ay magiging mali rito.</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Maaaring itago ng check/call at turn check ng big blind ang bottom set. Natalo ang top pair/top kicker ng Hero sa showdown. Kung ang mga naunang ebidensya ay sumusuporta lamang sa maliit na bluff frequency, maaaring mahina ang call kahit na may hawak itong kaakit-akit na kombinasyon ng dalawang baraha.</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Laban sa isang kalaban na regular na ginagawang river bluff ang mahihinang kamay, ang parehong river bet ay maaaring magsama ng sapat na losing holdings upang bigyang-katwiran ang tawag. Ang tamang proseso ay ang tahasang pagbabago ng bluff frequency.</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Ang pares ng pinakamahusay na baraha sa kategoryang one ng Hero, ang kontrabida ay three-of-a-kind; </w:t>
      </w:r>
      <w:r xmlns:w="http://schemas.openxmlformats.org/wordprocessingml/2006/main">
        <w:rPr>
          <w:b/>
          <w:bCs/>
        </w:rPr>
        <w:t xml:space="preserve">Ang kontrabida </w:t>
      </w:r>
      <w:r xmlns:w="http://schemas.openxmlformats.org/wordprocessingml/2006/main">
        <w:t xml:space="preserve">ay mananalo o tatabla ayon sa masusing pagsusuri ng lima mula sa pitong baraha sa mga nakasaad na baraha. Ang ipinakitang baraha ay isang resulta, hindi ebidensya na ang orihinal na desisyon ay awtomatikong tama.</w:t>
      </w:r>
    </w:p>
    <w:p>
      <w:r>
        <w:pict>
          <v:rect style="width:0;height:1.5pt" o:hralign="center" o:hrstd="t" o:hr="t"/>
        </w:pict>
      </w:r>
    </w:p>
    <w:bookmarkEnd w:id="269"/>
    <w:bookmarkStart w:id="273" w:name="file-11-a-river-bet-in-a-three-way-pot"/>
    <w:p>
      <w:pPr xmlns:w="http://schemas.openxmlformats.org/wordprocessingml/2006/main">
        <w:pStyle w:val="Heading2"/>
      </w:pPr>
      <w:r xmlns:w="http://schemas.openxmlformats.org/wordprocessingml/2006/main">
        <w:t xml:space="preserve">File 11 — Isang Taya sa Ilog sa Isang Three-Way Pot</w:t>
      </w:r>
    </w:p>
    <w:p>
      <w:pPr>
        <w:pStyle w:val="CaptionedFigure"/>
      </w:pPr>
      <w:r>
        <w:drawing>
          <wp:inline>
            <wp:extent cx="6261100" cy="3600132"/>
            <wp:effectExtent b="0" l="0" r="0" t="0"/>
            <wp:docPr descr="Card-verified teaching tableau for Master Hand File 11" title="" id="271" name="Picture"/>
            <a:graphic>
              <a:graphicData uri="http://schemas.openxmlformats.org/drawingml/2006/picture">
                <pic:pic>
                  <pic:nvPicPr>
                    <pic:cNvPr descr="figures/hand-11.png" id="272" name="Picture"/>
                    <pic:cNvPicPr>
                      <a:picLocks noChangeArrowheads="1" noChangeAspect="1"/>
                    </pic:cNvPicPr>
                  </pic:nvPicPr>
                  <pic:blipFill>
                    <a:blip r:embed="rId270"/>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11</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9♣ 9♦ · </w:t>
      </w:r>
      <w:r xmlns:w="http://schemas.openxmlformats.org/wordprocessingml/2006/main">
        <w:rPr>
          <w:b/>
          <w:bCs/>
        </w:rPr>
        <w:t xml:space="preserve">Kontrabida na ipinakita (pagkatapos ng desisyon): </w:t>
      </w:r>
      <w:r xmlns:w="http://schemas.openxmlformats.org/wordprocessingml/2006/main">
        <w:t xml:space="preserve">A♣ J♦ · </w:t>
      </w:r>
      <w:r xmlns:w="http://schemas.openxmlformats.org/wordprocessingml/2006/main">
        <w:rPr>
          <w:b/>
          <w:bCs/>
        </w:rPr>
        <w:t xml:space="preserve">Lupon: </w:t>
      </w:r>
      <w:r xmlns:w="http://schemas.openxmlformats.org/wordprocessingml/2006/main">
        <w:t xml:space="preserve">J♥ 8♥ 3♠ 2♣ 2♦</w:t>
      </w:r>
    </w:p>
    <w:p>
      <w:pPr xmlns:w="http://schemas.openxmlformats.org/wordprocessingml/2006/main">
        <w:pStyle w:val="BodyText"/>
      </w:pPr>
      <w:r xmlns:w="http://schemas.openxmlformats.org/wordprocessingml/2006/main">
        <w:rPr>
          <w:b/>
          <w:bCs/>
        </w:rPr>
        <w:t xml:space="preserve">Bago ang pagka-flop: </w:t>
      </w:r>
      <w:r xmlns:w="http://schemas.openxmlformats.org/wordprocessingml/2006/main">
        <w:t xml:space="preserve">Ang CO ay magbubukas sa $12; ang BTN ay tatawag ng $12; ang BB ay tatawag ng $10 pa; ang SB ay tutupi.</w:t>
      </w:r>
    </w:p>
    <w:p>
      <w:pPr xmlns:w="http://schemas.openxmlformats.org/wordprocessingml/2006/main">
        <w:pStyle w:val="BodyText"/>
      </w:pPr>
      <w:r xmlns:w="http://schemas.openxmlformats.org/wordprocessingml/2006/main">
        <w:rPr>
          <w:b/>
          <w:bCs/>
        </w:rPr>
        <w:t xml:space="preserve">Ledger ng palayok (walang kalaykay):</w:t>
      </w:r>
    </w:p>
    <w:p>
      <w:pPr xmlns:w="http://schemas.openxmlformats.org/wordprocessingml/2006/main">
        <w:pStyle w:val="Compact"/>
        <w:numPr>
          <w:ilvl w:val="0"/>
          <w:numId w:val="1022"/>
        </w:numPr>
      </w:pPr>
      <w:r xmlns:w="http://schemas.openxmlformats.org/wordprocessingml/2006/main">
        <w:rPr>
          <w:b/>
          <w:bCs/>
        </w:rPr>
        <w:t xml:space="preserve">Preflop </w:t>
      </w:r>
      <w:r xmlns:w="http://schemas.openxmlformats.org/wordprocessingml/2006/main">
        <w:t xml:space="preserve">— Mga Aksyon: Ang CO ay magbubukas sa $12; Ang BTN ay tatawag ng $12; Ang BB ay tatawag ng $10 pa; Ang SB ay tutupi; Ang Pot pagkatapos makumpleto ang mga aksyon: $37</w:t>
      </w:r>
    </w:p>
    <w:p>
      <w:pPr xmlns:w="http://schemas.openxmlformats.org/wordprocessingml/2006/main">
        <w:pStyle w:val="Compact"/>
        <w:numPr>
          <w:ilvl w:val="0"/>
          <w:numId w:val="1022"/>
        </w:numPr>
      </w:pPr>
      <w:r xmlns:w="http://schemas.openxmlformats.org/wordprocessingml/2006/main">
        <w:rPr>
          <w:b/>
          <w:bCs/>
        </w:rPr>
        <w:t xml:space="preserve">Flop </w:t>
      </w:r>
      <w:r xmlns:w="http://schemas.openxmlformats.org/wordprocessingml/2006/main">
        <w:t xml:space="preserve">— Mga Aksyon: Mga tseke ng BB; Mga taya sa CO $20; Mga tawag sa BTN $20; Mga fold ng BB; Pot pagkatapos makumpleto ang mga aksyon: $77</w:t>
      </w:r>
    </w:p>
    <w:p>
      <w:pPr xmlns:w="http://schemas.openxmlformats.org/wordprocessingml/2006/main">
        <w:pStyle w:val="Compact"/>
        <w:numPr>
          <w:ilvl w:val="0"/>
          <w:numId w:val="1022"/>
        </w:numPr>
      </w:pPr>
      <w:r xmlns:w="http://schemas.openxmlformats.org/wordprocessingml/2006/main">
        <w:rPr>
          <w:b/>
          <w:bCs/>
        </w:rPr>
        <w:t xml:space="preserve">Turn </w:t>
      </w:r>
      <w:r xmlns:w="http://schemas.openxmlformats.org/wordprocessingml/2006/main">
        <w:t xml:space="preserve">— Mga Aksyon: Mga tseke ng CO; Mga tseke ng BTN; Pot pagkatapos makumpleto ang mga aksyon: $77</w:t>
      </w:r>
    </w:p>
    <w:p>
      <w:pPr xmlns:w="http://schemas.openxmlformats.org/wordprocessingml/2006/main">
        <w:pStyle w:val="Compact"/>
        <w:numPr>
          <w:ilvl w:val="0"/>
          <w:numId w:val="1022"/>
        </w:numPr>
      </w:pPr>
      <w:r xmlns:w="http://schemas.openxmlformats.org/wordprocessingml/2006/main">
        <w:rPr>
          <w:b/>
          <w:bCs/>
        </w:rPr>
        <w:t xml:space="preserve">Ilog </w:t>
      </w:r>
      <w:r xmlns:w="http://schemas.openxmlformats.org/wordprocessingml/2006/main">
        <w:t xml:space="preserve">— Mga Aksyon: Mga taya sa CO na $50; Pot pagkatapos makumpleto ang mga aksyon: $127</w:t>
      </w:r>
    </w:p>
    <w:p>
      <w:pPr xmlns:w="http://schemas.openxmlformats.org/wordprocessingml/2006/main">
        <w:pStyle w:val="FirstParagraph"/>
      </w:pPr>
      <w:r xmlns:w="http://schemas.openxmlformats.org/wordprocessingml/2006/main">
        <w:rPr>
          <w:b/>
          <w:bCs/>
        </w:rPr>
        <w:t xml:space="preserve">Nakabinbing desisyon ng Bayani sa river: </w:t>
      </w:r>
      <w:r xmlns:w="http://schemas.openxmlformats.org/wordprocessingml/2006/main">
        <w:t xml:space="preserve">Tumaya lang ang kontrabida ng $50 sa pot na $77 bago ang taya. Ang tawag ay nagkakahalaga ng $50, at ang huling pot ay magiging </w:t>
      </w:r>
      <m:oMath xmlns:m="http://schemas.openxmlformats.org/officeDocument/2006/math">
        <m:r>
          <m:t>177</m:t>
        </m:r>
        <m:r>
          <m:rPr>
            <m:sty m:val="p"/>
          </m:rPr>
          <m:t>*</m:t>
        </m:r>
        <m:r>
          <m:rPr>
            <m:sty m:val="p"/>
          </m:rPr>
          <m:t>*</m:t>
        </m:r>
        <m:r>
          <m:rPr>
            <m:sty m:val="p"/>
          </m:rPr>
          <m:t>.</m:t>
        </m:r>
        <m:r>
          <m:t>R</m:t>
        </m:r>
        <m:r>
          <m:t>e</m:t>
        </m:r>
        <m:r>
          <m:t>q</m:t>
        </m:r>
        <m:r>
          <m:t>u</m:t>
        </m:r>
        <m:r>
          <m:t>i</m:t>
        </m:r>
        <m:r>
          <m:t>r</m:t>
        </m:r>
        <m:r>
          <m:t>e</m:t>
        </m:r>
        <m:r>
          <m:t>d</m:t>
        </m:r>
        <m:r>
          <m:t>w</m:t>
        </m:r>
        <m:r>
          <m:t>i</m:t>
        </m:r>
        <m:r>
          <m:t>n</m:t>
        </m:r>
        <m:r>
          <m:t>s</m:t>
        </m:r>
        <m:r>
          <m:t>h</m:t>
        </m:r>
        <m:r>
          <m:t>a</m:t>
        </m:r>
        <m:r>
          <m:t>r</m:t>
        </m:r>
        <m:r>
          <m:t>e</m:t>
        </m:r>
        <m:r>
          <m:rPr>
            <m:sty m:val="p"/>
          </m:rPr>
          <m:t>:</m:t>
        </m:r>
        <m:r>
          <m:rPr>
            <m:sty m:val="p"/>
          </m:rPr>
          <m:t>*</m:t>
        </m:r>
        <m:r>
          <m:rPr>
            <m:sty m:val="p"/>
          </m:rPr>
          <m:t>*</m:t>
        </m:r>
        <m:r>
          <m:t>28.25</m:t>
        </m:r>
      </m:oMath>
      <w:r xmlns:w="http://schemas.openxmlformats.org/wordprocessingml/2006/main">
        <w:rPr>
          <w:b/>
          <w:bCs/>
        </w:rPr>
        <w:t xml:space="preserve">-12.07 EV </w:t>
      </w:r>
      <w:r xmlns:w="http://schemas.openxmlformats.org/wordprocessingml/2006/main">
        <w:t xml:space="preserve">bago ang rake. Ang katumbas na rekomendasyon ng toy-model ay </w:t>
      </w:r>
      <w:r xmlns:w="http://schemas.openxmlformats.org/wordprocessingml/2006/main">
        <w:rPr>
          <w:b/>
          <w:bCs/>
        </w:rPr>
        <w:t xml:space="preserve">fold </w:t>
      </w:r>
      <w:r xmlns:w="http://schemas.openxmlformats.org/wordprocessingml/2006/main">
        <w:t xml:space="preserve">, depende sa pagiging kapani-paniwala ng modelo.</w:t>
      </w:r>
    </w:p>
    <w:p>
      <w:pPr xmlns:w="http://schemas.openxmlformats.org/wordprocessingml/2006/main">
        <w:pStyle w:val="BodyText"/>
      </w:pPr>
      <w:r xmlns:w="http://schemas.openxmlformats.org/wordprocessingml/2006/main">
        <w:rPr>
          <w:b/>
          <w:bCs/>
        </w:rPr>
        <w:t xml:space="preserve">Pagsusuri. </w:t>
      </w:r>
      <w:r xmlns:w="http://schemas.openxmlformats.org/wordprocessingml/2006/main">
        <w:t xml:space="preserve">Lumabas ang big blind sa flop, kaya ang desisyon sa river ay heads-up, bagama't ang naunang multiway action ay humuhubog pa rin sa parehong natitirang range. Ang preflop CO ay maaaring magkaroon ng malalakas na broadway; ang 99 ng BTN ay isang kapani-paniwalang flat-calling hand depende sa table, rake, at stacks.</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Ang siyam ng Hero ay nagiging dalawang pares kasama ang deuces ng board, ngunit ang isang manlalaro na may Jx ay may hawak na jacks and deuces at natatalo ang Hero. Ang isang malakas na hanay ng malaking river bet ay maaaring sulit na i-fold kapag ang mga posibleng bluff ay hindi umabot sa kinakailangang threshold.</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Kung ang isang maaasahang kasaysayan ay nagpapakita na ang mga taya ng CO ay mas madalas na hindi nakakuha ng mga heart draw at overcard, muling timbangin ang mga bluff; huwag basta ipagpalagay na ang taya ng river ay may halaga dahil ang kamay ay nagsimula sa three-way.</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Pares ng pinakamahusay na kamay sa kategorya ng dalawang baraha ng bayani, pares ng kontrabida sa kategorya ng dalawang baraha; Mananalo o tabla </w:t>
      </w:r>
      <w:r xmlns:w="http://schemas.openxmlformats.org/wordprocessingml/2006/main">
        <w:rPr>
          <w:b/>
          <w:bCs/>
        </w:rPr>
        <w:t xml:space="preserve">ang kontrabida </w:t>
      </w:r>
      <w:r xmlns:w="http://schemas.openxmlformats.org/wordprocessingml/2006/main">
        <w:t xml:space="preserve">ayon sa masusing pagsusuri ng lima mula sa pito ng mga nakasaad na baraha. Ang ipinakitang baraha ay isang resulta, hindi ebidensya na ang orihinal na desisyon ay awtomatikong tama.</w:t>
      </w:r>
    </w:p>
    <w:p>
      <w:r>
        <w:pict>
          <v:rect style="width:0;height:1.5pt" o:hralign="center" o:hrstd="t" o:hr="t"/>
        </w:pict>
      </w:r>
    </w:p>
    <w:bookmarkEnd w:id="273"/>
    <w:bookmarkStart w:id="277" w:name="file-12-when-the-turn-lead-was-a-draw"/>
    <w:p>
      <w:pPr xmlns:w="http://schemas.openxmlformats.org/wordprocessingml/2006/main">
        <w:pStyle w:val="Heading2"/>
      </w:pPr>
      <w:r xmlns:w="http://schemas.openxmlformats.org/wordprocessingml/2006/main">
        <w:t xml:space="preserve">File 12 — Kapag Tabla ang Lead sa Turn</w:t>
      </w:r>
    </w:p>
    <w:p>
      <w:pPr>
        <w:pStyle w:val="CaptionedFigure"/>
      </w:pPr>
      <w:r>
        <w:drawing>
          <wp:inline>
            <wp:extent cx="6261100" cy="3600132"/>
            <wp:effectExtent b="0" l="0" r="0" t="0"/>
            <wp:docPr descr="Card-verified teaching tableau for Master Hand File 12" title="" id="275" name="Picture"/>
            <a:graphic>
              <a:graphicData uri="http://schemas.openxmlformats.org/drawingml/2006/picture">
                <pic:pic>
                  <pic:nvPicPr>
                    <pic:cNvPr descr="figures/hand-12.png" id="276" name="Picture"/>
                    <pic:cNvPicPr>
                      <a:picLocks noChangeArrowheads="1" noChangeAspect="1"/>
                    </pic:cNvPicPr>
                  </pic:nvPicPr>
                  <pic:blipFill>
                    <a:blip r:embed="rId274"/>
                    <a:stretch>
                      <a:fillRect/>
                    </a:stretch>
                  </pic:blipFill>
                  <pic:spPr bwMode="auto">
                    <a:xfrm>
                      <a:off x="0" y="0"/>
                      <a:ext cx="6261100" cy="3600132"/>
                    </a:xfrm>
                    <a:prstGeom prst="rect">
                      <a:avLst/>
                    </a:prstGeom>
                    <a:noFill/>
                    <a:ln w="9525">
                      <a:noFill/>
                      <a:headEnd/>
                      <a:tailEnd/>
                    </a:ln>
                  </pic:spPr>
                </pic:pic>
              </a:graphicData>
            </a:graphic>
          </wp:inline>
        </w:drawing>
      </w:r>
    </w:p>
    <w:p>
      <w:pPr xmlns:w="http://schemas.openxmlformats.org/wordprocessingml/2006/main">
        <w:pStyle w:val="ImageCaption"/>
      </w:pPr>
      <w:r xmlns:w="http://schemas.openxmlformats.org/wordprocessingml/2006/main">
        <w:t xml:space="preserve">Tableau sa pagtuturo na na-verify ng card para sa Master Hand File 12</w:t>
      </w:r>
    </w:p>
    <w:p>
      <w:pPr xmlns:w="http://schemas.openxmlformats.org/wordprocessingml/2006/main">
        <w:pStyle w:val="BodyText"/>
      </w:pPr>
      <w:r xmlns:w="http://schemas.openxmlformats.org/wordprocessingml/2006/main">
        <w:rPr>
          <w:b/>
          <w:bCs/>
        </w:rPr>
        <w:t xml:space="preserve">Bayani: </w:t>
      </w:r>
      <w:r xmlns:w="http://schemas.openxmlformats.org/wordprocessingml/2006/main">
        <w:t xml:space="preserve">K♥ Q♥ · </w:t>
      </w:r>
      <w:r xmlns:w="http://schemas.openxmlformats.org/wordprocessingml/2006/main">
        <w:rPr>
          <w:b/>
          <w:bCs/>
        </w:rPr>
        <w:t xml:space="preserve">Kontrabida na ipinapakita (pagkatapos ng desisyon): </w:t>
      </w:r>
      <w:r xmlns:w="http://schemas.openxmlformats.org/wordprocessingml/2006/main">
        <w:t xml:space="preserve">J♣ 9♣ · </w:t>
      </w:r>
      <w:r xmlns:w="http://schemas.openxmlformats.org/wordprocessingml/2006/main">
        <w:rPr>
          <w:b/>
          <w:bCs/>
        </w:rPr>
        <w:t xml:space="preserve">Lupon: </w:t>
      </w:r>
      <w:r xmlns:w="http://schemas.openxmlformats.org/wordprocessingml/2006/main">
        <w:t xml:space="preserve">K♠ T♣ 7♦ 2♠ 4♣</w:t>
      </w:r>
    </w:p>
    <w:p>
      <w:pPr xmlns:w="http://schemas.openxmlformats.org/wordprocessingml/2006/main">
        <w:pStyle w:val="BodyText"/>
      </w:pPr>
      <w:r xmlns:w="http://schemas.openxmlformats.org/wordprocessingml/2006/main">
        <w:rPr>
          <w:b/>
          <w:bCs/>
        </w:rPr>
        <w:t xml:space="preserve">Bago ang pagka-flop: </w:t>
      </w:r>
      <w:r xmlns:w="http://schemas.openxmlformats.org/wordprocessingml/2006/main">
        <w:t xml:space="preserve">Magbubukas ang BTN sa $8; Tatawag ang BB; Magfo-fold ang SB.</w:t>
      </w:r>
    </w:p>
    <w:p>
      <w:pPr xmlns:w="http://schemas.openxmlformats.org/wordprocessingml/2006/main">
        <w:pStyle w:val="BodyText"/>
      </w:pPr>
      <w:r xmlns:w="http://schemas.openxmlformats.org/wordprocessingml/2006/main">
        <w:rPr>
          <w:b/>
          <w:bCs/>
        </w:rPr>
        <w:t xml:space="preserve">Pot ledger (walang kalaykay):</w:t>
      </w:r>
    </w:p>
    <w:p>
      <w:pPr xmlns:w="http://schemas.openxmlformats.org/wordprocessingml/2006/main">
        <w:pStyle w:val="Compact"/>
        <w:numPr>
          <w:ilvl w:val="0"/>
          <w:numId w:val="1023"/>
        </w:numPr>
      </w:pPr>
      <w:r xmlns:w="http://schemas.openxmlformats.org/wordprocessingml/2006/main">
        <w:rPr>
          <w:b/>
          <w:bCs/>
        </w:rPr>
        <w:t xml:space="preserve">Preflop </w:t>
      </w:r>
      <w:r xmlns:w="http://schemas.openxmlformats.org/wordprocessingml/2006/main">
        <w:t xml:space="preserve">— Mga Aksyon: Ang BTN ay magbubukas sa $8; Mga tawag sa BB; Mga SB folds.; Pot pagkatapos makumpleto ang mga aksyon: $17</w:t>
      </w:r>
    </w:p>
    <w:p>
      <w:pPr xmlns:w="http://schemas.openxmlformats.org/wordprocessingml/2006/main">
        <w:pStyle w:val="Compact"/>
        <w:numPr>
          <w:ilvl w:val="0"/>
          <w:numId w:val="1023"/>
        </w:numPr>
      </w:pPr>
      <w:r xmlns:w="http://schemas.openxmlformats.org/wordprocessingml/2006/main">
        <w:rPr>
          <w:b/>
          <w:bCs/>
        </w:rPr>
        <w:t xml:space="preserve">Flop </w:t>
      </w:r>
      <w:r xmlns:w="http://schemas.openxmlformats.org/wordprocessingml/2006/main">
        <w:t xml:space="preserve">— Mga Aksyon: Mga tseke ng BB; Mga taya sa BTN $10; Mga tawag ng BB $10; Pot pagkatapos makumpleto ang mga aksyon: $37</w:t>
      </w:r>
    </w:p>
    <w:p>
      <w:pPr xmlns:w="http://schemas.openxmlformats.org/wordprocessingml/2006/main">
        <w:pStyle w:val="Compact"/>
        <w:numPr>
          <w:ilvl w:val="0"/>
          <w:numId w:val="1023"/>
        </w:numPr>
      </w:pPr>
      <w:r xmlns:w="http://schemas.openxmlformats.org/wordprocessingml/2006/main">
        <w:rPr>
          <w:b/>
          <w:bCs/>
        </w:rPr>
        <w:t xml:space="preserve">Turn </w:t>
      </w:r>
      <w:r xmlns:w="http://schemas.openxmlformats.org/wordprocessingml/2006/main">
        <w:t xml:space="preserve">— Mga Aksyon: BB taya $25; BTN tawag $25; Pot pagkatapos makumpleto ang mga aksyon: $87</w:t>
      </w:r>
    </w:p>
    <w:p>
      <w:pPr xmlns:w="http://schemas.openxmlformats.org/wordprocessingml/2006/main">
        <w:pStyle w:val="Compact"/>
        <w:numPr>
          <w:ilvl w:val="0"/>
          <w:numId w:val="1023"/>
        </w:numPr>
      </w:pPr>
      <w:r xmlns:w="http://schemas.openxmlformats.org/wordprocessingml/2006/main">
        <w:rPr>
          <w:b/>
          <w:bCs/>
        </w:rPr>
        <w:t xml:space="preserve">Ilog </w:t>
      </w:r>
      <w:r xmlns:w="http://schemas.openxmlformats.org/wordprocessingml/2006/main">
        <w:t xml:space="preserve">— Mga Aksyon: Tumaya ang BB ng $80; Tumawag ang BTN ng $80; Pot pagkatapos makumpleto ang mga aksyon: $247</w:t>
      </w:r>
    </w:p>
    <w:p>
      <w:pPr xmlns:w="http://schemas.openxmlformats.org/wordprocessingml/2006/main">
        <w:pStyle w:val="FirstParagraph"/>
      </w:pPr>
      <w:r xmlns:w="http://schemas.openxmlformats.org/wordprocessingml/2006/main">
        <w:rPr>
          <w:b/>
          <w:bCs/>
        </w:rPr>
        <w:t xml:space="preserve">Pagsusuri. </w:t>
      </w:r>
      <w:r xmlns:w="http://schemas.openxmlformats.org/wordprocessingml/2006/main">
        <w:t xml:space="preserve">Mga BB check-call sa K♠T♣7♦, pagkatapos ay mga lead sa 2♠; ang lead na iyon ay maaaring kumatawan sa isang semi-bluff, isang kamay na nagpoprotekta laban sa mga overcard, o malakas na halaga. Ang isang river lead pagkatapos ng mga missing draw ay hindi garantisado—ang dalas nito ay ang hindi alam na mahalaga. Ang nakalantad na J♣9♣ ay isang posibleng missed double-gutshot straight draw sa mismong board na ito.</w:t>
      </w:r>
    </w:p>
    <w:p>
      <w:pPr xmlns:w="http://schemas.openxmlformats.org/wordprocessingml/2006/main">
        <w:pStyle w:val="BodyText"/>
      </w:pPr>
      <w:r xmlns:w="http://schemas.openxmlformats.org/wordprocessingml/2006/main">
        <w:rPr>
          <w:b/>
          <w:bCs/>
        </w:rPr>
        <w:t xml:space="preserve">Ang pangunahing interpretasyon. </w:t>
      </w:r>
      <w:r xmlns:w="http://schemas.openxmlformats.org/wordprocessingml/2006/main">
        <w:t xml:space="preserve">Ang isang gutshot na may J9 ay nangangailangan ng isang queen para sa isang eight-to-queen straight (8-9-TJQ)? Sa board na ito, ang J9 ay may open-ended? Sa KT-7 at J9, ang isang queen ay magbubunga ng 9-TJQK (king-high straight), at ang eight ay magbubunga ng 7-8-9-TJ (jack-high straight): ito ay isang double-ended straight draw ng flop. Hindi sumasama ang river bluff nito. Makakakuha ng pakinabang ang top pair ng Hero kung ang binuong betting range ay naglalaman ng sapat na mga missed draw.</w:t>
      </w:r>
    </w:p>
    <w:p>
      <w:pPr xmlns:w="http://schemas.openxmlformats.org/wordprocessingml/2006/main">
        <w:pStyle w:val="BodyText"/>
      </w:pPr>
      <w:r xmlns:w="http://schemas.openxmlformats.org/wordprocessingml/2006/main">
        <w:rPr>
          <w:b/>
          <w:bCs/>
        </w:rPr>
        <w:t xml:space="preserve">Baguhin ang isang baryabol. </w:t>
      </w:r>
      <w:r xmlns:w="http://schemas.openxmlformats.org/wordprocessingml/2006/main">
        <w:t xml:space="preserve">Kung isa lamang sa apat na kombinasyon ng bluff ang aktwal na tayaan sa river, ang value/bluff ratio ay magiging 7:1 at ang Hero's call ay magiging hindi kumikita sa ibinigay na presyo.</w:t>
      </w:r>
    </w:p>
    <w:p>
      <w:pPr xmlns:w="http://schemas.openxmlformats.org/wordprocessingml/2006/main">
        <w:pStyle w:val="BodyText"/>
      </w:pPr>
      <w:r xmlns:w="http://schemas.openxmlformats.org/wordprocessingml/2006/main">
        <w:rPr>
          <w:b/>
          <w:bCs/>
        </w:rPr>
        <w:t xml:space="preserve">Paalala sa Pagsasanay: </w:t>
      </w:r>
      <w:r xmlns:w="http://schemas.openxmlformats.org/wordprocessingml/2006/main">
        <w:t xml:space="preserve">Bago basahin ang ipinakitang kamay (kung mayroon man), magbanggit ng tatlong kapani-paniwalang kamay na may halaga at dalawang kapani-paniwalang klase ng bluff, magtalaga ng mga timbang, pagkatapos ay muling kalkulahin ang desisyon sa pagtawag o pagtaya. Aling dalawang palagay ang pinakanakakaapekto sa EV? Huwag magtalaga ng mga timbang sa mga imposibleng baraha.</w:t>
      </w:r>
    </w:p>
    <w:p>
      <w:pPr xmlns:w="http://schemas.openxmlformats.org/wordprocessingml/2006/main">
        <w:pStyle w:val="BodyText"/>
      </w:pPr>
      <w:r xmlns:w="http://schemas.openxmlformats.org/wordprocessingml/2006/main">
        <w:rPr>
          <w:b/>
          <w:bCs/>
        </w:rPr>
        <w:t xml:space="preserve">Beripikasyon ng Showdown: </w:t>
      </w:r>
      <w:r xmlns:w="http://schemas.openxmlformats.org/wordprocessingml/2006/main">
        <w:t xml:space="preserve">Pares ng pinakamahusay na kamay sa kategoryang one ng Hero, pinakamataas na baraha ng Villain; Mananalo o tabla </w:t>
      </w:r>
      <w:r xmlns:w="http://schemas.openxmlformats.org/wordprocessingml/2006/main">
        <w:rPr>
          <w:b/>
          <w:bCs/>
        </w:rPr>
        <w:t xml:space="preserve">ang Hero </w:t>
      </w:r>
      <w:r xmlns:w="http://schemas.openxmlformats.org/wordprocessingml/2006/main">
        <w:t xml:space="preserve">ayon sa masusing pagsusuri ng lima mula sa pitong baraha. Ang ipinakitang baraha ay isang resulta, hindi ebidensya na awtomatikong tama ang orihinal na desisyon.</w:t>
      </w:r>
    </w:p>
    <w:p>
      <w:r>
        <w:pict>
          <v:rect style="width:0;height:1.5pt" o:hralign="center" o:hrstd="t" o:hr="t"/>
        </w:pict>
      </w:r>
    </w:p>
    <w:bookmarkEnd w:id="277"/>
    <w:bookmarkEnd w:id="278"/>
    <w:bookmarkStart w:id="289" w:name="Xa52ee9764d72ac705b634641f47939fc154851c"/>
    <w:p>
      <w:pPr xmlns:w="http://schemas.openxmlformats.org/wordprocessingml/2006/main">
        <w:pStyle w:val="Heading1"/>
      </w:pPr>
      <w:r xmlns:w="http://schemas.openxmlformats.org/wordprocessingml/2006/main">
        <w:t xml:space="preserve">16. Pangwakas na Pagsusulit, Mga Solusyon, at Mesa ng Sanggunian</w:t>
      </w:r>
    </w:p>
    <w:bookmarkStart w:id="280" w:name="how-to-take-the-examination"/>
    <w:p>
      <w:pPr xmlns:w="http://schemas.openxmlformats.org/wordprocessingml/2006/main">
        <w:pStyle w:val="Heading2"/>
      </w:pPr>
      <w:r xmlns:w="http://schemas.openxmlformats.org/wordprocessingml/2006/main">
        <w:t xml:space="preserve">Paano kumuha ng pagsusulit</w:t>
      </w:r>
    </w:p>
    <w:p>
      <w:pPr xmlns:w="http://schemas.openxmlformats.org/wordprocessingml/2006/main">
        <w:pStyle w:val="FirstParagraph"/>
      </w:pPr>
      <w:r xmlns:w="http://schemas.openxmlformats.org/wordprocessingml/2006/main">
        <w:t xml:space="preserve">Lutasin ang 40 hindi pamilyar na problemang ito nang hindi tinitingnan ang susi. Ang layunin ay hindi hulaan ang mga panalong resulta kundi ang muling buuin ang mga posibleng saklaw, presyo, at sensitibidad. Isang puntos bawat tamang sagot. Suriin ang lahat ng paliwanag; tukuyin ang mga kalkulasyon na hindi mo maaaring ulitin.</w:t>
      </w:r>
    </w:p>
    <w:bookmarkStart w:id="279" w:name="the-forty-question-assessment"/>
    <w:p>
      <w:pPr xmlns:w="http://schemas.openxmlformats.org/wordprocessingml/2006/main">
        <w:pStyle w:val="Heading3"/>
      </w:pPr>
      <w:r xmlns:w="http://schemas.openxmlformats.org/wordprocessingml/2006/main">
        <w:t xml:space="preserve">Ang pagtatasa na may apatnapung tanong</w:t>
      </w:r>
    </w:p>
    <w:p>
      <w:pPr xmlns:w="http://schemas.openxmlformats.org/wordprocessingml/2006/main">
        <w:pStyle w:val="FirstParagraph"/>
      </w:pPr>
      <w:r xmlns:w="http://schemas.openxmlformats.org/wordprocessingml/2006/main">
        <w:rPr>
          <w:b/>
          <w:bCs/>
        </w:rPr>
        <w:t xml:space="preserve">SFFT-MS3-16-001. </w:t>
      </w:r>
      <w:r xmlns:w="http://schemas.openxmlformats.org/wordprocessingml/2006/main">
        <w:t xml:space="preserve">Ang isang heads-up river pot ay may hawak na $140 </w:t>
      </w:r>
      <w:r xmlns:w="http://schemas.openxmlformats.org/wordprocessingml/2006/main">
        <w:rPr>
          <w:b/>
          <w:bCs/>
        </w:rPr>
        <w:t xml:space="preserve">bago </w:t>
      </w:r>
      <w:r xmlns:w="http://schemas.openxmlformats.org/wordprocessingml/2006/main">
        <w:t xml:space="preserve">tumaya ang Kontrabida ng $20. Tatapusin ng Hero ang aksyon at maaaring tumawag ng $20; ipagpalagay na walang tabla o rake. Anong eksaktong showdown-equity threshold ang kinakailangan ng isang tawag?</w:t>
      </w:r>
    </w:p>
    <w:p>
      <w:pPr xmlns:w="http://schemas.openxmlformats.org/wordprocessingml/2006/main">
        <w:pStyle w:val="Compact"/>
        <w:numPr>
          <w:ilvl w:val="0"/>
          <w:numId w:val="1024"/>
        </w:numPr>
      </w:pPr>
      <w:r xmlns:w="http://schemas.openxmlformats.org/wordprocessingml/2006/main">
        <w:t xml:space="preserve">A. 11.11%</w:t>
      </w:r>
    </w:p>
    <w:p>
      <w:pPr xmlns:w="http://schemas.openxmlformats.org/wordprocessingml/2006/main">
        <w:pStyle w:val="Compact"/>
        <w:numPr>
          <w:ilvl w:val="0"/>
          <w:numId w:val="1024"/>
        </w:numPr>
      </w:pPr>
      <w:r xmlns:w="http://schemas.openxmlformats.org/wordprocessingml/2006/main">
        <w:t xml:space="preserve">B. 12.50%</w:t>
      </w:r>
    </w:p>
    <w:p>
      <w:pPr xmlns:w="http://schemas.openxmlformats.org/wordprocessingml/2006/main">
        <w:pStyle w:val="Compact"/>
        <w:numPr>
          <w:ilvl w:val="0"/>
          <w:numId w:val="1024"/>
        </w:numPr>
      </w:pPr>
      <w:r xmlns:w="http://schemas.openxmlformats.org/wordprocessingml/2006/main">
        <w:t xml:space="preserve">C. 14.29%</w:t>
      </w:r>
    </w:p>
    <w:p>
      <w:pPr xmlns:w="http://schemas.openxmlformats.org/wordprocessingml/2006/main">
        <w:pStyle w:val="Compact"/>
        <w:numPr>
          <w:ilvl w:val="0"/>
          <w:numId w:val="1024"/>
        </w:numPr>
      </w:pPr>
      <w:r xmlns:w="http://schemas.openxmlformats.org/wordprocessingml/2006/main">
        <w:t xml:space="preserve">D. 88.89%</w:t>
      </w:r>
    </w:p>
    <w:p>
      <w:pPr xmlns:w="http://schemas.openxmlformats.org/wordprocessingml/2006/main">
        <w:pStyle w:val="FirstParagraph"/>
      </w:pPr>
      <w:r xmlns:w="http://schemas.openxmlformats.org/wordprocessingml/2006/main">
        <w:rPr>
          <w:b/>
          <w:bCs/>
        </w:rPr>
        <w:t xml:space="preserve">SFFT-MS3-16-002. </w:t>
      </w: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10 posibleng kombinasyon ng halaga at 8 posibleng kombinasyon ng bluff. Ginagawa nila ang naobserbahang taya na may halagang 50% at may bluffs sa 75% ng oras. Ilang bahagi ng </w:t>
      </w:r>
      <w:r xmlns:w="http://schemas.openxmlformats.org/wordprocessingml/2006/main">
        <w:rPr>
          <w:b/>
          <w:bCs/>
        </w:rPr>
        <w:t xml:space="preserve">kanilang mga taya </w:t>
      </w:r>
      <w:r xmlns:w="http://schemas.openxmlformats.org/wordprocessingml/2006/main">
        <w:t xml:space="preserve">ang bluffs?</w:t>
      </w:r>
    </w:p>
    <w:p>
      <w:pPr xmlns:w="http://schemas.openxmlformats.org/wordprocessingml/2006/main">
        <w:pStyle w:val="Compact"/>
        <w:numPr>
          <w:ilvl w:val="0"/>
          <w:numId w:val="1025"/>
        </w:numPr>
      </w:pPr>
      <w:r xmlns:w="http://schemas.openxmlformats.org/wordprocessingml/2006/main">
        <w:t xml:space="preserve">A. 54.55%</w:t>
      </w:r>
    </w:p>
    <w:p>
      <w:pPr xmlns:w="http://schemas.openxmlformats.org/wordprocessingml/2006/main">
        <w:pStyle w:val="Compact"/>
        <w:numPr>
          <w:ilvl w:val="0"/>
          <w:numId w:val="1025"/>
        </w:numPr>
      </w:pPr>
      <w:r xmlns:w="http://schemas.openxmlformats.org/wordprocessingml/2006/main">
        <w:t xml:space="preserve">B. 44.44%</w:t>
      </w:r>
    </w:p>
    <w:p>
      <w:pPr xmlns:w="http://schemas.openxmlformats.org/wordprocessingml/2006/main">
        <w:pStyle w:val="Compact"/>
        <w:numPr>
          <w:ilvl w:val="0"/>
          <w:numId w:val="1025"/>
        </w:numPr>
      </w:pPr>
      <w:r xmlns:w="http://schemas.openxmlformats.org/wordprocessingml/2006/main">
        <w:t xml:space="preserve">C. 45.45%</w:t>
      </w:r>
    </w:p>
    <w:p>
      <w:pPr xmlns:w="http://schemas.openxmlformats.org/wordprocessingml/2006/main">
        <w:pStyle w:val="Compact"/>
        <w:numPr>
          <w:ilvl w:val="0"/>
          <w:numId w:val="1025"/>
        </w:numPr>
      </w:pPr>
      <w:r xmlns:w="http://schemas.openxmlformats.org/wordprocessingml/2006/main">
        <w:t xml:space="preserve">D. 75.00%</w:t>
      </w:r>
    </w:p>
    <w:p>
      <w:pPr xmlns:w="http://schemas.openxmlformats.org/wordprocessingml/2006/main">
        <w:pStyle w:val="FirstParagraph"/>
      </w:pPr>
      <w:r xmlns:w="http://schemas.openxmlformats.org/wordprocessingml/2006/main">
        <w:rPr>
          <w:b/>
          <w:bCs/>
        </w:rPr>
        <w:t xml:space="preserve">SFFT-MS3-16-003. </w:t>
      </w:r>
      <w:r xmlns:w="http://schemas.openxmlformats.org/wordprocessingml/2006/main">
        <w:t xml:space="preserve">Ang Hero ay may </w:t>
      </w:r>
      <w:r xmlns:w="http://schemas.openxmlformats.org/wordprocessingml/2006/main">
        <w:rPr>
          <w:b/>
          <w:bCs/>
        </w:rPr>
        <w:t xml:space="preserve">purong bluff-catcher </w:t>
      </w:r>
      <w:r xmlns:w="http://schemas.openxmlformats.org/wordprocessingml/2006/main">
        <w:t xml:space="preserve">sa isang heads-up river. Ang pot ay $160 bago ang $110 na taya. Ang explicit betting model ng Villain ay may 9 na equally weighted value combo na tatalo sa Hero at 4 na bluff na tatalo sa Hero, walang tabla o rake. Ano ang mas gusto ng modelong ito?</w:t>
      </w:r>
    </w:p>
    <w:p>
      <w:pPr xmlns:w="http://schemas.openxmlformats.org/wordprocessingml/2006/main">
        <w:pStyle w:val="Compact"/>
        <w:numPr>
          <w:ilvl w:val="0"/>
          <w:numId w:val="1026"/>
        </w:numPr>
      </w:pPr>
      <w:r xmlns:w="http://schemas.openxmlformats.org/wordprocessingml/2006/main">
        <w:t xml:space="preserve">A. Tawag, +EV sa nakasaad na modelo</w:t>
      </w:r>
    </w:p>
    <w:p>
      <w:pPr xmlns:w="http://schemas.openxmlformats.org/wordprocessingml/2006/main">
        <w:pStyle w:val="Compact"/>
        <w:numPr>
          <w:ilvl w:val="0"/>
          <w:numId w:val="1026"/>
        </w:numPr>
      </w:pPr>
      <w:r xmlns:w="http://schemas.openxmlformats.org/wordprocessingml/2006/main">
        <w:t xml:space="preserve">B. Tiklupin, ang tawag ay −EV sa nakasaad na modelo</w:t>
      </w:r>
    </w:p>
    <w:p>
      <w:pPr xmlns:w="http://schemas.openxmlformats.org/wordprocessingml/2006/main">
        <w:pStyle w:val="Compact"/>
        <w:numPr>
          <w:ilvl w:val="0"/>
          <w:numId w:val="1026"/>
        </w:numPr>
      </w:pPr>
      <w:r xmlns:w="http://schemas.openxmlformats.org/wordprocessingml/2006/main">
        <w:t xml:space="preserve">C. Tumawag, dahil anumang panlilinlang ay ginagawang tama ang pagtawag</w:t>
      </w:r>
    </w:p>
    <w:p>
      <w:pPr xmlns:w="http://schemas.openxmlformats.org/wordprocessingml/2006/main">
        <w:pStyle w:val="Compact"/>
        <w:numPr>
          <w:ilvl w:val="0"/>
          <w:numId w:val="1026"/>
        </w:numPr>
      </w:pPr>
      <w:r xmlns:w="http://schemas.openxmlformats.org/wordprocessingml/2006/main">
        <w:t xml:space="preserve">D. Itaas, dahil ang pot odds ay hindi mahalaga</w:t>
      </w:r>
    </w:p>
    <w:p>
      <w:pPr xmlns:w="http://schemas.openxmlformats.org/wordprocessingml/2006/main">
        <w:pStyle w:val="FirstParagraph"/>
      </w:pPr>
      <w:r xmlns:w="http://schemas.openxmlformats.org/wordprocessingml/2006/main">
        <w:rPr>
          <w:b/>
          <w:bCs/>
        </w:rPr>
        <w:t xml:space="preserve">SFFT-MS3-16-004. </w:t>
      </w:r>
      <w:r xmlns:w="http://schemas.openxmlformats.org/wordprocessingml/2006/main">
        <w:t xml:space="preserve">Ang Hero at ang board ay magkasamang nagpapakita ng </w:t>
      </w:r>
      <w:r xmlns:w="http://schemas.openxmlformats.org/wordprocessingml/2006/main">
        <w:rPr>
          <w:b/>
          <w:bCs/>
        </w:rPr>
        <w:t xml:space="preserve">2 reyna </w:t>
      </w:r>
      <w:r xmlns:w="http://schemas.openxmlformats.org/wordprocessingml/2006/main">
        <w:t xml:space="preserve">. Ilang eksaktong kombinasyon ng QQ ang kaya pa ring hawakan ng Kontrabida?</w:t>
      </w:r>
    </w:p>
    <w:p>
      <w:pPr xmlns:w="http://schemas.openxmlformats.org/wordprocessingml/2006/main">
        <w:pStyle w:val="Compact"/>
        <w:numPr>
          <w:ilvl w:val="0"/>
          <w:numId w:val="1027"/>
        </w:numPr>
      </w:pPr>
      <w:r xmlns:w="http://schemas.openxmlformats.org/wordprocessingml/2006/main">
        <w:t xml:space="preserve">A. 1</w:t>
      </w:r>
    </w:p>
    <w:p>
      <w:pPr xmlns:w="http://schemas.openxmlformats.org/wordprocessingml/2006/main">
        <w:pStyle w:val="Compact"/>
        <w:numPr>
          <w:ilvl w:val="0"/>
          <w:numId w:val="1027"/>
        </w:numPr>
      </w:pPr>
      <w:r xmlns:w="http://schemas.openxmlformats.org/wordprocessingml/2006/main">
        <w:t xml:space="preserve">B.6</w:t>
      </w:r>
    </w:p>
    <w:p>
      <w:pPr xmlns:w="http://schemas.openxmlformats.org/wordprocessingml/2006/main">
        <w:pStyle w:val="Compact"/>
        <w:numPr>
          <w:ilvl w:val="0"/>
          <w:numId w:val="1027"/>
        </w:numPr>
      </w:pPr>
      <w:r xmlns:w="http://schemas.openxmlformats.org/wordprocessingml/2006/main">
        <w:t xml:space="preserve">C. 3</w:t>
      </w:r>
    </w:p>
    <w:p>
      <w:pPr xmlns:w="http://schemas.openxmlformats.org/wordprocessingml/2006/main">
        <w:pStyle w:val="Compact"/>
        <w:numPr>
          <w:ilvl w:val="0"/>
          <w:numId w:val="1027"/>
        </w:numPr>
      </w:pPr>
      <w:r xmlns:w="http://schemas.openxmlformats.org/wordprocessingml/2006/main">
        <w:t xml:space="preserve">D.4</w:t>
      </w:r>
    </w:p>
    <w:p>
      <w:pPr xmlns:w="http://schemas.openxmlformats.org/wordprocessingml/2006/main">
        <w:pStyle w:val="FirstParagraph"/>
      </w:pPr>
      <w:r xmlns:w="http://schemas.openxmlformats.org/wordprocessingml/2006/main">
        <w:rPr>
          <w:b/>
          <w:bCs/>
        </w:rPr>
        <w:t xml:space="preserve">SFFT-MS3-16-005. </w:t>
      </w:r>
      <w:r xmlns:w="http://schemas.openxmlformats.org/wordprocessingml/2006/main">
        <w:t xml:space="preserve">Isinasaalang-alang ng Hero ang isang </w:t>
      </w:r>
      <w:r xmlns:w="http://schemas.openxmlformats.org/wordprocessingml/2006/main">
        <w:rPr>
          <w:b/>
          <w:bCs/>
        </w:rPr>
        <w:t xml:space="preserve">zero-showdown-value </w:t>
      </w:r>
      <w:r xmlns:w="http://schemas.openxmlformats.org/wordprocessingml/2006/main">
        <w:t xml:space="preserve">river bluff na $30 para sa isang $100 na pot. Maaaring mag-fold o mag-call ang kontrabida at talunin si Hero. Anong fold frequency ang nagpapa-break even sa bluff, bago mag-rake?</w:t>
      </w:r>
    </w:p>
    <w:p>
      <w:pPr xmlns:w="http://schemas.openxmlformats.org/wordprocessingml/2006/main">
        <w:pStyle w:val="Compact"/>
        <w:numPr>
          <w:ilvl w:val="0"/>
          <w:numId w:val="1028"/>
        </w:numPr>
      </w:pPr>
      <w:r xmlns:w="http://schemas.openxmlformats.org/wordprocessingml/2006/main">
        <w:t xml:space="preserve">A. 23.08%</w:t>
      </w:r>
    </w:p>
    <w:p>
      <w:pPr xmlns:w="http://schemas.openxmlformats.org/wordprocessingml/2006/main">
        <w:pStyle w:val="Compact"/>
        <w:numPr>
          <w:ilvl w:val="0"/>
          <w:numId w:val="1028"/>
        </w:numPr>
      </w:pPr>
      <w:r xmlns:w="http://schemas.openxmlformats.org/wordprocessingml/2006/main">
        <w:t xml:space="preserve">B. 18.75%</w:t>
      </w:r>
    </w:p>
    <w:p>
      <w:pPr xmlns:w="http://schemas.openxmlformats.org/wordprocessingml/2006/main">
        <w:pStyle w:val="Compact"/>
        <w:numPr>
          <w:ilvl w:val="0"/>
          <w:numId w:val="1028"/>
        </w:numPr>
      </w:pPr>
      <w:r xmlns:w="http://schemas.openxmlformats.org/wordprocessingml/2006/main">
        <w:t xml:space="preserve">C. 30.00%</w:t>
      </w:r>
    </w:p>
    <w:p>
      <w:pPr xmlns:w="http://schemas.openxmlformats.org/wordprocessingml/2006/main">
        <w:pStyle w:val="Compact"/>
        <w:numPr>
          <w:ilvl w:val="0"/>
          <w:numId w:val="1028"/>
        </w:numPr>
      </w:pPr>
      <w:r xmlns:w="http://schemas.openxmlformats.org/wordprocessingml/2006/main">
        <w:t xml:space="preserve">D. 76.92%</w:t>
      </w:r>
    </w:p>
    <w:p>
      <w:pPr xmlns:w="http://schemas.openxmlformats.org/wordprocessingml/2006/main">
        <w:pStyle w:val="FirstParagraph"/>
      </w:pPr>
      <w:r xmlns:w="http://schemas.openxmlformats.org/wordprocessingml/2006/main">
        <w:rPr>
          <w:b/>
          <w:bCs/>
        </w:rPr>
        <w:t xml:space="preserve">SFFT-MS3-16-006. </w:t>
      </w:r>
      <w:r xmlns:w="http://schemas.openxmlformats.org/wordprocessingml/2006/main">
        <w:t xml:space="preserve">Sa turn, na may </w:t>
      </w:r>
      <w:r xmlns:w="http://schemas.openxmlformats.org/wordprocessingml/2006/main">
        <w:rPr>
          <w:b/>
          <w:bCs/>
        </w:rPr>
        <w:t xml:space="preserve">9 na clean out </w:t>
      </w:r>
      <w:r xmlns:w="http://schemas.openxmlformats.org/wordprocessingml/2006/main">
        <w:t xml:space="preserve">at eksaktong isa pang baraha na ipapamahagi, ano ang posibilidad na ang susunod na baraha ay maging isa sa mga out na iyon? Ituring ang lahat ng hindi pa nakikitang baraha na pantay ang posibilidad.</w:t>
      </w:r>
    </w:p>
    <w:p>
      <w:pPr xmlns:w="http://schemas.openxmlformats.org/wordprocessingml/2006/main">
        <w:pStyle w:val="Compact"/>
        <w:numPr>
          <w:ilvl w:val="0"/>
          <w:numId w:val="1029"/>
        </w:numPr>
      </w:pPr>
      <w:r xmlns:w="http://schemas.openxmlformats.org/wordprocessingml/2006/main">
        <w:t xml:space="preserve">A. 19.57%</w:t>
      </w:r>
    </w:p>
    <w:p>
      <w:pPr xmlns:w="http://schemas.openxmlformats.org/wordprocessingml/2006/main">
        <w:pStyle w:val="Compact"/>
        <w:numPr>
          <w:ilvl w:val="0"/>
          <w:numId w:val="1029"/>
        </w:numPr>
      </w:pPr>
      <w:r xmlns:w="http://schemas.openxmlformats.org/wordprocessingml/2006/main">
        <w:t xml:space="preserve">B. 20.00%</w:t>
      </w:r>
    </w:p>
    <w:p>
      <w:pPr xmlns:w="http://schemas.openxmlformats.org/wordprocessingml/2006/main">
        <w:pStyle w:val="Compact"/>
        <w:numPr>
          <w:ilvl w:val="0"/>
          <w:numId w:val="1029"/>
        </w:numPr>
      </w:pPr>
      <w:r xmlns:w="http://schemas.openxmlformats.org/wordprocessingml/2006/main">
        <w:t xml:space="preserve">C. 39.13%</w:t>
      </w:r>
    </w:p>
    <w:p>
      <w:pPr xmlns:w="http://schemas.openxmlformats.org/wordprocessingml/2006/main">
        <w:pStyle w:val="Compact"/>
        <w:numPr>
          <w:ilvl w:val="0"/>
          <w:numId w:val="1029"/>
        </w:numPr>
      </w:pPr>
      <w:r xmlns:w="http://schemas.openxmlformats.org/wordprocessingml/2006/main">
        <w:t xml:space="preserve">D. 36.00%</w:t>
      </w:r>
    </w:p>
    <w:p>
      <w:pPr xmlns:w="http://schemas.openxmlformats.org/wordprocessingml/2006/main">
        <w:pStyle w:val="FirstParagraph"/>
      </w:pPr>
      <w:r xmlns:w="http://schemas.openxmlformats.org/wordprocessingml/2006/main">
        <w:rPr>
          <w:b/>
          <w:bCs/>
        </w:rPr>
        <w:t xml:space="preserve">SFFT-MS3-16-007. </w:t>
      </w:r>
      <w:r xmlns:w="http://schemas.openxmlformats.org/wordprocessingml/2006/main">
        <w:t xml:space="preserve">Sa flop, ang pot ay $60 at ang </w:t>
      </w:r>
      <w:r xmlns:w="http://schemas.openxmlformats.org/wordprocessingml/2006/main">
        <w:rPr>
          <w:b/>
          <w:bCs/>
        </w:rPr>
        <w:t xml:space="preserve">epektibong natitirang stack </w:t>
      </w:r>
      <w:r xmlns:w="http://schemas.openxmlformats.org/wordprocessingml/2006/main">
        <w:t xml:space="preserve">ay $280. Ano ang flop stack-to-pot ratio (SPR)?</w:t>
      </w:r>
    </w:p>
    <w:p>
      <w:pPr xmlns:w="http://schemas.openxmlformats.org/wordprocessingml/2006/main">
        <w:pStyle w:val="Compact"/>
        <w:numPr>
          <w:ilvl w:val="0"/>
          <w:numId w:val="1030"/>
        </w:numPr>
      </w:pPr>
      <w:r xmlns:w="http://schemas.openxmlformats.org/wordprocessingml/2006/main">
        <w:t xml:space="preserve">A. 4.67</w:t>
      </w:r>
    </w:p>
    <w:p>
      <w:pPr xmlns:w="http://schemas.openxmlformats.org/wordprocessingml/2006/main">
        <w:pStyle w:val="Compact"/>
        <w:numPr>
          <w:ilvl w:val="0"/>
          <w:numId w:val="1030"/>
        </w:numPr>
      </w:pPr>
      <w:r xmlns:w="http://schemas.openxmlformats.org/wordprocessingml/2006/main">
        <w:t xml:space="preserve">B. 0.21</w:t>
      </w:r>
    </w:p>
    <w:p>
      <w:pPr xmlns:w="http://schemas.openxmlformats.org/wordprocessingml/2006/main">
        <w:pStyle w:val="Compact"/>
        <w:numPr>
          <w:ilvl w:val="0"/>
          <w:numId w:val="1030"/>
        </w:numPr>
      </w:pPr>
      <w:r xmlns:w="http://schemas.openxmlformats.org/wordprocessingml/2006/main">
        <w:t xml:space="preserve">C. 2.80</w:t>
      </w:r>
    </w:p>
    <w:p>
      <w:pPr xmlns:w="http://schemas.openxmlformats.org/wordprocessingml/2006/main">
        <w:pStyle w:val="Compact"/>
        <w:numPr>
          <w:ilvl w:val="0"/>
          <w:numId w:val="1030"/>
        </w:numPr>
      </w:pPr>
      <w:r xmlns:w="http://schemas.openxmlformats.org/wordprocessingml/2006/main">
        <w:t xml:space="preserve">D. 5.67</w:t>
      </w:r>
    </w:p>
    <w:p>
      <w:pPr xmlns:w="http://schemas.openxmlformats.org/wordprocessingml/2006/main">
        <w:pStyle w:val="FirstParagraph"/>
      </w:pPr>
      <w:r xmlns:w="http://schemas.openxmlformats.org/wordprocessingml/2006/main">
        <w:rPr>
          <w:b/>
          <w:bCs/>
        </w:rPr>
        <w:t xml:space="preserve">SFFT-MS3-16-008. </w:t>
      </w:r>
      <w:r xmlns:w="http://schemas.openxmlformats.org/wordprocessingml/2006/main">
        <w:t xml:space="preserve">Sa isang </w:t>
      </w:r>
      <w:r xmlns:w="http://schemas.openxmlformats.org/wordprocessingml/2006/main">
        <w:rPr>
          <w:b/>
          <w:bCs/>
        </w:rPr>
        <w:t xml:space="preserve">modelo ng laruan na tahasang nagsasarili </w:t>
      </w:r>
      <w:r xmlns:w="http://schemas.openxmlformats.org/wordprocessingml/2006/main">
        <w:t xml:space="preserve">, ang Manlalaro A ay tiklop papunta sa river bluff ng Bayani nang 80% ng oras at ang Manlalaro B ay tiklop nang 50%. Ang Bayani ay mananalo lamang nang walang pag-aalinlangan kung </w:t>
      </w:r>
      <w:r xmlns:w="http://schemas.openxmlformats.org/wordprocessingml/2006/main">
        <w:rPr>
          <w:b/>
          <w:bCs/>
        </w:rPr>
        <w:t xml:space="preserve">pareho silang </w:t>
      </w:r>
      <w:r xmlns:w="http://schemas.openxmlformats.org/wordprocessingml/2006/main">
        <w:t xml:space="preserve">tiklop. Ano ang probabilidad ng both-fold?</w:t>
      </w:r>
    </w:p>
    <w:p>
      <w:pPr xmlns:w="http://schemas.openxmlformats.org/wordprocessingml/2006/main">
        <w:pStyle w:val="Compact"/>
        <w:numPr>
          <w:ilvl w:val="0"/>
          <w:numId w:val="1031"/>
        </w:numPr>
      </w:pPr>
      <w:r xmlns:w="http://schemas.openxmlformats.org/wordprocessingml/2006/main">
        <w:t xml:space="preserve">A. 40.00%</w:t>
      </w:r>
    </w:p>
    <w:p>
      <w:pPr xmlns:w="http://schemas.openxmlformats.org/wordprocessingml/2006/main">
        <w:pStyle w:val="Compact"/>
        <w:numPr>
          <w:ilvl w:val="0"/>
          <w:numId w:val="1031"/>
        </w:numPr>
      </w:pPr>
      <w:r xmlns:w="http://schemas.openxmlformats.org/wordprocessingml/2006/main">
        <w:t xml:space="preserve">B. 80.00%</w:t>
      </w:r>
    </w:p>
    <w:p>
      <w:pPr xmlns:w="http://schemas.openxmlformats.org/wordprocessingml/2006/main">
        <w:pStyle w:val="Compact"/>
        <w:numPr>
          <w:ilvl w:val="0"/>
          <w:numId w:val="1031"/>
        </w:numPr>
      </w:pPr>
      <w:r xmlns:w="http://schemas.openxmlformats.org/wordprocessingml/2006/main">
        <w:t xml:space="preserve">C. 50.00%</w:t>
      </w:r>
    </w:p>
    <w:p>
      <w:pPr xmlns:w="http://schemas.openxmlformats.org/wordprocessingml/2006/main">
        <w:pStyle w:val="Compact"/>
        <w:numPr>
          <w:ilvl w:val="0"/>
          <w:numId w:val="1031"/>
        </w:numPr>
      </w:pPr>
      <w:r xmlns:w="http://schemas.openxmlformats.org/wordprocessingml/2006/main">
        <w:t xml:space="preserve">D. 65.00%</w:t>
      </w:r>
    </w:p>
    <w:p>
      <w:pPr xmlns:w="http://schemas.openxmlformats.org/wordprocessingml/2006/main">
        <w:pStyle w:val="FirstParagraph"/>
      </w:pPr>
      <w:r xmlns:w="http://schemas.openxmlformats.org/wordprocessingml/2006/main">
        <w:rPr>
          <w:b/>
          <w:bCs/>
        </w:rPr>
        <w:t xml:space="preserve">SFFT-MS3-16-009. </w:t>
      </w:r>
      <w:r xmlns:w="http://schemas.openxmlformats.org/wordprocessingml/2006/main">
        <w:t xml:space="preserve">Sa </w:t>
      </w:r>
      <w:r xmlns:w="http://schemas.openxmlformats.org/wordprocessingml/2006/main">
        <w:rPr>
          <w:b/>
          <w:bCs/>
        </w:rPr>
        <w:t xml:space="preserve">pinasimpleng single-street equilibrium model </w:t>
      </w:r>
      <w:r xmlns:w="http://schemas.openxmlformats.org/wordprocessingml/2006/main">
        <w:t xml:space="preserve">, isinasapanganib ng Kontrabida ang $20 na pagbluffing at maging $160. Ano ang minimum defense frequency benchmark (MDF) ng defender?</w:t>
      </w:r>
    </w:p>
    <w:p>
      <w:pPr xmlns:w="http://schemas.openxmlformats.org/wordprocessingml/2006/main">
        <w:pStyle w:val="Compact"/>
        <w:numPr>
          <w:ilvl w:val="0"/>
          <w:numId w:val="1032"/>
        </w:numPr>
      </w:pPr>
      <w:r xmlns:w="http://schemas.openxmlformats.org/wordprocessingml/2006/main">
        <w:t xml:space="preserve">A. 88.89%</w:t>
      </w:r>
    </w:p>
    <w:p>
      <w:pPr xmlns:w="http://schemas.openxmlformats.org/wordprocessingml/2006/main">
        <w:pStyle w:val="Compact"/>
        <w:numPr>
          <w:ilvl w:val="0"/>
          <w:numId w:val="1032"/>
        </w:numPr>
      </w:pPr>
      <w:r xmlns:w="http://schemas.openxmlformats.org/wordprocessingml/2006/main">
        <w:t xml:space="preserve">B. 10.00%</w:t>
      </w:r>
    </w:p>
    <w:p>
      <w:pPr xmlns:w="http://schemas.openxmlformats.org/wordprocessingml/2006/main">
        <w:pStyle w:val="Compact"/>
        <w:numPr>
          <w:ilvl w:val="0"/>
          <w:numId w:val="1032"/>
        </w:numPr>
      </w:pPr>
      <w:r xmlns:w="http://schemas.openxmlformats.org/wordprocessingml/2006/main">
        <w:t xml:space="preserve">C. 11.11%</w:t>
      </w:r>
    </w:p>
    <w:p>
      <w:pPr xmlns:w="http://schemas.openxmlformats.org/wordprocessingml/2006/main">
        <w:pStyle w:val="Compact"/>
        <w:numPr>
          <w:ilvl w:val="0"/>
          <w:numId w:val="1032"/>
        </w:numPr>
      </w:pPr>
      <w:r xmlns:w="http://schemas.openxmlformats.org/wordprocessingml/2006/main">
        <w:t xml:space="preserve">D. 80.89%</w:t>
      </w:r>
    </w:p>
    <w:p>
      <w:pPr xmlns:w="http://schemas.openxmlformats.org/wordprocessingml/2006/main">
        <w:pStyle w:val="FirstParagraph"/>
      </w:pPr>
      <w:r xmlns:w="http://schemas.openxmlformats.org/wordprocessingml/2006/main">
        <w:rPr>
          <w:b/>
          <w:bCs/>
        </w:rPr>
        <w:t xml:space="preserve">SFFT-MS3-16-010. </w:t>
      </w:r>
      <w:r xmlns:w="http://schemas.openxmlformats.org/wordprocessingml/2006/main">
        <w:t xml:space="preserve">Ang Hero ay may </w:t>
      </w:r>
      <w:r xmlns:w="http://schemas.openxmlformats.org/wordprocessingml/2006/main">
        <w:rPr>
          <w:b/>
          <w:bCs/>
        </w:rPr>
        <w:t xml:space="preserve">purong bluff-catcher </w:t>
      </w:r>
      <w:r xmlns:w="http://schemas.openxmlformats.org/wordprocessingml/2006/main">
        <w:t xml:space="preserve">sa isang heads-up river. Ang pot ay $150 bago ang $100 na taya. Ang tahasang modelo ng pagtaya ng kontrabida ay may 11 pantay na timbang na value combo na tatalo sa Hero at 4 na bluff na tatalo sa Hero, walang tabla o rake. Ano ang mas gusto ng modelong ito?</w:t>
      </w:r>
    </w:p>
    <w:p>
      <w:pPr xmlns:w="http://schemas.openxmlformats.org/wordprocessingml/2006/main">
        <w:pStyle w:val="Compact"/>
        <w:numPr>
          <w:ilvl w:val="0"/>
          <w:numId w:val="1033"/>
        </w:numPr>
      </w:pPr>
      <w:r xmlns:w="http://schemas.openxmlformats.org/wordprocessingml/2006/main">
        <w:t xml:space="preserve">A. Tawag, +EV sa nakasaad na modelo</w:t>
      </w:r>
    </w:p>
    <w:p>
      <w:pPr xmlns:w="http://schemas.openxmlformats.org/wordprocessingml/2006/main">
        <w:pStyle w:val="Compact"/>
        <w:numPr>
          <w:ilvl w:val="0"/>
          <w:numId w:val="1033"/>
        </w:numPr>
      </w:pPr>
      <w:r xmlns:w="http://schemas.openxmlformats.org/wordprocessingml/2006/main">
        <w:t xml:space="preserve">B. Tiklupin, ang tawag ay −EV sa nakasaad na modelo</w:t>
      </w:r>
    </w:p>
    <w:p>
      <w:pPr xmlns:w="http://schemas.openxmlformats.org/wordprocessingml/2006/main">
        <w:pStyle w:val="Compact"/>
        <w:numPr>
          <w:ilvl w:val="0"/>
          <w:numId w:val="1033"/>
        </w:numPr>
      </w:pPr>
      <w:r xmlns:w="http://schemas.openxmlformats.org/wordprocessingml/2006/main">
        <w:t xml:space="preserve">C. Tumawag, dahil anumang panlilinlang ay ginagawang tama ang pagtawag</w:t>
      </w:r>
    </w:p>
    <w:p>
      <w:pPr xmlns:w="http://schemas.openxmlformats.org/wordprocessingml/2006/main">
        <w:pStyle w:val="Compact"/>
        <w:numPr>
          <w:ilvl w:val="0"/>
          <w:numId w:val="1033"/>
        </w:numPr>
      </w:pPr>
      <w:r xmlns:w="http://schemas.openxmlformats.org/wordprocessingml/2006/main">
        <w:t xml:space="preserve">D. Itaas, dahil ang pot odds ay hindi mahalaga</w:t>
      </w:r>
    </w:p>
    <w:p>
      <w:pPr xmlns:w="http://schemas.openxmlformats.org/wordprocessingml/2006/main">
        <w:pStyle w:val="FirstParagraph"/>
      </w:pPr>
      <w:r xmlns:w="http://schemas.openxmlformats.org/wordprocessingml/2006/main">
        <w:rPr>
          <w:b/>
          <w:bCs/>
        </w:rPr>
        <w:t xml:space="preserve">SFFT-MS3-16-011. </w:t>
      </w:r>
      <w:r xmlns:w="http://schemas.openxmlformats.org/wordprocessingml/2006/main">
        <w:t xml:space="preserve">Ang isang heads-up river pot ay may hawak na $180 </w:t>
      </w:r>
      <w:r xmlns:w="http://schemas.openxmlformats.org/wordprocessingml/2006/main">
        <w:rPr>
          <w:b/>
          <w:bCs/>
        </w:rPr>
        <w:t xml:space="preserve">bago </w:t>
      </w:r>
      <w:r xmlns:w="http://schemas.openxmlformats.org/wordprocessingml/2006/main">
        <w:t xml:space="preserve">tumaya ang Kontrabida ng $20. Tatapusin ng Hero ang aksyon at maaaring tumawag ng $20; ipagpalagay na walang tabla o rake. Anong eksaktong showdown-equity threshold ang kinakailangan ng isang tawag?</w:t>
      </w:r>
    </w:p>
    <w:p>
      <w:pPr xmlns:w="http://schemas.openxmlformats.org/wordprocessingml/2006/main">
        <w:pStyle w:val="Compact"/>
        <w:numPr>
          <w:ilvl w:val="0"/>
          <w:numId w:val="1034"/>
        </w:numPr>
      </w:pPr>
      <w:r xmlns:w="http://schemas.openxmlformats.org/wordprocessingml/2006/main">
        <w:t xml:space="preserve">A. 9.09%</w:t>
      </w:r>
    </w:p>
    <w:p>
      <w:pPr xmlns:w="http://schemas.openxmlformats.org/wordprocessingml/2006/main">
        <w:pStyle w:val="Compact"/>
        <w:numPr>
          <w:ilvl w:val="0"/>
          <w:numId w:val="1034"/>
        </w:numPr>
      </w:pPr>
      <w:r xmlns:w="http://schemas.openxmlformats.org/wordprocessingml/2006/main">
        <w:t xml:space="preserve">B. 10.00%</w:t>
      </w:r>
    </w:p>
    <w:p>
      <w:pPr xmlns:w="http://schemas.openxmlformats.org/wordprocessingml/2006/main">
        <w:pStyle w:val="Compact"/>
        <w:numPr>
          <w:ilvl w:val="0"/>
          <w:numId w:val="1034"/>
        </w:numPr>
      </w:pPr>
      <w:r xmlns:w="http://schemas.openxmlformats.org/wordprocessingml/2006/main">
        <w:t xml:space="preserve">C. 11.11%</w:t>
      </w:r>
    </w:p>
    <w:p>
      <w:pPr xmlns:w="http://schemas.openxmlformats.org/wordprocessingml/2006/main">
        <w:pStyle w:val="Compact"/>
        <w:numPr>
          <w:ilvl w:val="0"/>
          <w:numId w:val="1034"/>
        </w:numPr>
      </w:pPr>
      <w:r xmlns:w="http://schemas.openxmlformats.org/wordprocessingml/2006/main">
        <w:t xml:space="preserve">D. 90.91%</w:t>
      </w:r>
    </w:p>
    <w:p>
      <w:pPr xmlns:w="http://schemas.openxmlformats.org/wordprocessingml/2006/main">
        <w:pStyle w:val="FirstParagraph"/>
      </w:pPr>
      <w:r xmlns:w="http://schemas.openxmlformats.org/wordprocessingml/2006/main">
        <w:rPr>
          <w:b/>
          <w:bCs/>
        </w:rPr>
        <w:t xml:space="preserve">SFFT-MS3-16-012. </w:t>
      </w: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14 na posibleng kombinasyon ng halaga at 8 posibleng kombinasyon ng bluff. Ginagawa nila ang naobserbahang taya na may halagang 100% at may bluffs sa 100% ng oras. Ilang bahagi ng </w:t>
      </w:r>
      <w:r xmlns:w="http://schemas.openxmlformats.org/wordprocessingml/2006/main">
        <w:rPr>
          <w:b/>
          <w:bCs/>
        </w:rPr>
        <w:t xml:space="preserve">kanilang mga taya </w:t>
      </w:r>
      <w:r xmlns:w="http://schemas.openxmlformats.org/wordprocessingml/2006/main">
        <w:t xml:space="preserve">ang bluffs?</w:t>
      </w:r>
    </w:p>
    <w:p>
      <w:pPr xmlns:w="http://schemas.openxmlformats.org/wordprocessingml/2006/main">
        <w:pStyle w:val="Compact"/>
        <w:numPr>
          <w:ilvl w:val="0"/>
          <w:numId w:val="1035"/>
        </w:numPr>
      </w:pPr>
      <w:r xmlns:w="http://schemas.openxmlformats.org/wordprocessingml/2006/main">
        <w:t xml:space="preserve">A. 36.36%</w:t>
      </w:r>
    </w:p>
    <w:p>
      <w:pPr xmlns:w="http://schemas.openxmlformats.org/wordprocessingml/2006/main">
        <w:pStyle w:val="Compact"/>
        <w:numPr>
          <w:ilvl w:val="0"/>
          <w:numId w:val="1035"/>
        </w:numPr>
      </w:pPr>
      <w:r xmlns:w="http://schemas.openxmlformats.org/wordprocessingml/2006/main">
        <w:t xml:space="preserve">B. 63.64%</w:t>
      </w:r>
    </w:p>
    <w:p>
      <w:pPr xmlns:w="http://schemas.openxmlformats.org/wordprocessingml/2006/main">
        <w:pStyle w:val="Compact"/>
        <w:numPr>
          <w:ilvl w:val="0"/>
          <w:numId w:val="1035"/>
        </w:numPr>
      </w:pPr>
      <w:r xmlns:w="http://schemas.openxmlformats.org/wordprocessingml/2006/main">
        <w:t xml:space="preserve">C. 100.00%</w:t>
      </w:r>
    </w:p>
    <w:p>
      <w:pPr xmlns:w="http://schemas.openxmlformats.org/wordprocessingml/2006/main">
        <w:pStyle w:val="Compact"/>
        <w:numPr>
          <w:ilvl w:val="0"/>
          <w:numId w:val="1035"/>
        </w:numPr>
      </w:pPr>
      <w:r xmlns:w="http://schemas.openxmlformats.org/wordprocessingml/2006/main">
        <w:t xml:space="preserve">D. 44.36%</w:t>
      </w:r>
    </w:p>
    <w:p>
      <w:pPr xmlns:w="http://schemas.openxmlformats.org/wordprocessingml/2006/main">
        <w:pStyle w:val="FirstParagraph"/>
      </w:pPr>
      <w:r xmlns:w="http://schemas.openxmlformats.org/wordprocessingml/2006/main">
        <w:rPr>
          <w:b/>
          <w:bCs/>
        </w:rPr>
        <w:t xml:space="preserve">SFFT-MS3-16-013. </w:t>
      </w:r>
      <w:r xmlns:w="http://schemas.openxmlformats.org/wordprocessingml/2006/main">
        <w:t xml:space="preserve">Isinasaalang-alang ni Hero ang isang </w:t>
      </w:r>
      <w:r xmlns:w="http://schemas.openxmlformats.org/wordprocessingml/2006/main">
        <w:rPr>
          <w:b/>
          <w:bCs/>
        </w:rPr>
        <w:t xml:space="preserve">zero-showdown-value </w:t>
      </w:r>
      <w:r xmlns:w="http://schemas.openxmlformats.org/wordprocessingml/2006/main">
        <w:t xml:space="preserve">river bluff na $40 para sa isang $160 na pot. Maaaring mag-fold o mag-call ang kontrabida at talunin si Hero. Anong fold frequency ang magpapa-break even sa bluff, bago mag-rake?</w:t>
      </w:r>
    </w:p>
    <w:p>
      <w:pPr xmlns:w="http://schemas.openxmlformats.org/wordprocessingml/2006/main">
        <w:pStyle w:val="Compact"/>
        <w:numPr>
          <w:ilvl w:val="0"/>
          <w:numId w:val="1036"/>
        </w:numPr>
      </w:pPr>
      <w:r xmlns:w="http://schemas.openxmlformats.org/wordprocessingml/2006/main">
        <w:t xml:space="preserve">A. 20.00%</w:t>
      </w:r>
    </w:p>
    <w:p>
      <w:pPr xmlns:w="http://schemas.openxmlformats.org/wordprocessingml/2006/main">
        <w:pStyle w:val="Compact"/>
        <w:numPr>
          <w:ilvl w:val="0"/>
          <w:numId w:val="1036"/>
        </w:numPr>
      </w:pPr>
      <w:r xmlns:w="http://schemas.openxmlformats.org/wordprocessingml/2006/main">
        <w:t xml:space="preserve">B. 16.67%</w:t>
      </w:r>
    </w:p>
    <w:p>
      <w:pPr xmlns:w="http://schemas.openxmlformats.org/wordprocessingml/2006/main">
        <w:pStyle w:val="Compact"/>
        <w:numPr>
          <w:ilvl w:val="0"/>
          <w:numId w:val="1036"/>
        </w:numPr>
      </w:pPr>
      <w:r xmlns:w="http://schemas.openxmlformats.org/wordprocessingml/2006/main">
        <w:t xml:space="preserve">C. 25.00%</w:t>
      </w:r>
    </w:p>
    <w:p>
      <w:pPr xmlns:w="http://schemas.openxmlformats.org/wordprocessingml/2006/main">
        <w:pStyle w:val="Compact"/>
        <w:numPr>
          <w:ilvl w:val="0"/>
          <w:numId w:val="1036"/>
        </w:numPr>
      </w:pPr>
      <w:r xmlns:w="http://schemas.openxmlformats.org/wordprocessingml/2006/main">
        <w:t xml:space="preserve">D. 80.00%</w:t>
      </w:r>
    </w:p>
    <w:p>
      <w:pPr xmlns:w="http://schemas.openxmlformats.org/wordprocessingml/2006/main">
        <w:pStyle w:val="FirstParagraph"/>
      </w:pPr>
      <w:r xmlns:w="http://schemas.openxmlformats.org/wordprocessingml/2006/main">
        <w:rPr>
          <w:b/>
          <w:bCs/>
        </w:rPr>
        <w:t xml:space="preserve">SFFT-MS3-16-014. </w:t>
      </w:r>
      <w:r xmlns:w="http://schemas.openxmlformats.org/wordprocessingml/2006/main">
        <w:t xml:space="preserve">Ang Hero at ang board ay magkasamang nagpapakita ng </w:t>
      </w:r>
      <w:r xmlns:w="http://schemas.openxmlformats.org/wordprocessingml/2006/main">
        <w:rPr>
          <w:b/>
          <w:bCs/>
        </w:rPr>
        <w:t xml:space="preserve">1 reyna </w:t>
      </w:r>
      <w:r xmlns:w="http://schemas.openxmlformats.org/wordprocessingml/2006/main">
        <w:t xml:space="preserve">. Ilang eksaktong kombinasyon ng QQ ang kaya pa ring hawakan ng Kontrabida?</w:t>
      </w:r>
    </w:p>
    <w:p>
      <w:pPr xmlns:w="http://schemas.openxmlformats.org/wordprocessingml/2006/main">
        <w:pStyle w:val="Compact"/>
        <w:numPr>
          <w:ilvl w:val="0"/>
          <w:numId w:val="1037"/>
        </w:numPr>
      </w:pPr>
      <w:r xmlns:w="http://schemas.openxmlformats.org/wordprocessingml/2006/main">
        <w:t xml:space="preserve">A.3</w:t>
      </w:r>
    </w:p>
    <w:p>
      <w:pPr xmlns:w="http://schemas.openxmlformats.org/wordprocessingml/2006/main">
        <w:pStyle w:val="Compact"/>
        <w:numPr>
          <w:ilvl w:val="0"/>
          <w:numId w:val="1037"/>
        </w:numPr>
      </w:pPr>
      <w:r xmlns:w="http://schemas.openxmlformats.org/wordprocessingml/2006/main">
        <w:t xml:space="preserve">B.6</w:t>
      </w:r>
    </w:p>
    <w:p>
      <w:pPr xmlns:w="http://schemas.openxmlformats.org/wordprocessingml/2006/main">
        <w:pStyle w:val="Compact"/>
        <w:numPr>
          <w:ilvl w:val="0"/>
          <w:numId w:val="1037"/>
        </w:numPr>
      </w:pPr>
      <w:r xmlns:w="http://schemas.openxmlformats.org/wordprocessingml/2006/main">
        <w:t xml:space="preserve">C. 1</w:t>
      </w:r>
    </w:p>
    <w:p>
      <w:pPr xmlns:w="http://schemas.openxmlformats.org/wordprocessingml/2006/main">
        <w:pStyle w:val="Compact"/>
        <w:numPr>
          <w:ilvl w:val="0"/>
          <w:numId w:val="1037"/>
        </w:numPr>
      </w:pPr>
      <w:r xmlns:w="http://schemas.openxmlformats.org/wordprocessingml/2006/main">
        <w:t xml:space="preserve">D.4</w:t>
      </w:r>
    </w:p>
    <w:p>
      <w:pPr xmlns:w="http://schemas.openxmlformats.org/wordprocessingml/2006/main">
        <w:pStyle w:val="FirstParagraph"/>
      </w:pPr>
      <w:r xmlns:w="http://schemas.openxmlformats.org/wordprocessingml/2006/main">
        <w:rPr>
          <w:b/>
          <w:bCs/>
        </w:rPr>
        <w:t xml:space="preserve">SFFT-MS3-16-015. </w:t>
      </w:r>
      <w:r xmlns:w="http://schemas.openxmlformats.org/wordprocessingml/2006/main">
        <w:t xml:space="preserve">Sa flop, na may </w:t>
      </w:r>
      <w:r xmlns:w="http://schemas.openxmlformats.org/wordprocessingml/2006/main">
        <w:rPr>
          <w:b/>
          <w:bCs/>
        </w:rPr>
        <w:t xml:space="preserve">4 na clean out </w:t>
      </w:r>
      <w:r xmlns:w="http://schemas.openxmlformats.org/wordprocessingml/2006/main">
        <w:t xml:space="preserve">at eksaktong isa pang baraha na maibibigay, ano ang posibilidad na ang susunod na baraha ay maging isa sa mga out na iyon? Ituring ang lahat ng hindi pa nakikitang baraha na pantay ang posibilidad.</w:t>
      </w:r>
    </w:p>
    <w:p>
      <w:pPr xmlns:w="http://schemas.openxmlformats.org/wordprocessingml/2006/main">
        <w:pStyle w:val="Compact"/>
        <w:numPr>
          <w:ilvl w:val="0"/>
          <w:numId w:val="1038"/>
        </w:numPr>
      </w:pPr>
      <w:r xmlns:w="http://schemas.openxmlformats.org/wordprocessingml/2006/main">
        <w:t xml:space="preserve">A. 8.51%</w:t>
      </w:r>
    </w:p>
    <w:p>
      <w:pPr xmlns:w="http://schemas.openxmlformats.org/wordprocessingml/2006/main">
        <w:pStyle w:val="Compact"/>
        <w:numPr>
          <w:ilvl w:val="0"/>
          <w:numId w:val="1038"/>
        </w:numPr>
      </w:pPr>
      <w:r xmlns:w="http://schemas.openxmlformats.org/wordprocessingml/2006/main">
        <w:t xml:space="preserve">B. 8.89%</w:t>
      </w:r>
    </w:p>
    <w:p>
      <w:pPr xmlns:w="http://schemas.openxmlformats.org/wordprocessingml/2006/main">
        <w:pStyle w:val="Compact"/>
        <w:numPr>
          <w:ilvl w:val="0"/>
          <w:numId w:val="1038"/>
        </w:numPr>
      </w:pPr>
      <w:r xmlns:w="http://schemas.openxmlformats.org/wordprocessingml/2006/main">
        <w:t xml:space="preserve">C. 17.02%</w:t>
      </w:r>
    </w:p>
    <w:p>
      <w:pPr xmlns:w="http://schemas.openxmlformats.org/wordprocessingml/2006/main">
        <w:pStyle w:val="Compact"/>
        <w:numPr>
          <w:ilvl w:val="0"/>
          <w:numId w:val="1038"/>
        </w:numPr>
      </w:pPr>
      <w:r xmlns:w="http://schemas.openxmlformats.org/wordprocessingml/2006/main">
        <w:t xml:space="preserve">D. 16.00%</w:t>
      </w:r>
    </w:p>
    <w:p>
      <w:pPr xmlns:w="http://schemas.openxmlformats.org/wordprocessingml/2006/main">
        <w:pStyle w:val="FirstParagraph"/>
      </w:pPr>
      <w:r xmlns:w="http://schemas.openxmlformats.org/wordprocessingml/2006/main">
        <w:rPr>
          <w:b/>
          <w:bCs/>
        </w:rPr>
        <w:t xml:space="preserve">SFFT-MS3-16-016. </w:t>
      </w:r>
      <w:r xmlns:w="http://schemas.openxmlformats.org/wordprocessingml/2006/main">
        <w:t xml:space="preserve">Ang Hero ay may </w:t>
      </w:r>
      <w:r xmlns:w="http://schemas.openxmlformats.org/wordprocessingml/2006/main">
        <w:rPr>
          <w:b/>
          <w:bCs/>
        </w:rPr>
        <w:t xml:space="preserve">purong bluff-catcher </w:t>
      </w:r>
      <w:r xmlns:w="http://schemas.openxmlformats.org/wordprocessingml/2006/main">
        <w:t xml:space="preserve">sa isang heads-up river. Ang pot ay $130 bago ang $80 na taya. Ang tahasang modelo ng pagtaya ng kontrabida ay may 14 na pantay na weighted value combo na tatalo sa Hero at 8 bluffs na tatalo ng Hero, walang tabla o rake. Ano ang mas gusto ng modelong ito?</w:t>
      </w:r>
    </w:p>
    <w:p>
      <w:pPr xmlns:w="http://schemas.openxmlformats.org/wordprocessingml/2006/main">
        <w:pStyle w:val="Compact"/>
        <w:numPr>
          <w:ilvl w:val="0"/>
          <w:numId w:val="1039"/>
        </w:numPr>
      </w:pPr>
      <w:r xmlns:w="http://schemas.openxmlformats.org/wordprocessingml/2006/main">
        <w:t xml:space="preserve">A. Tawag, +EV sa nakasaad na modelo</w:t>
      </w:r>
    </w:p>
    <w:p>
      <w:pPr xmlns:w="http://schemas.openxmlformats.org/wordprocessingml/2006/main">
        <w:pStyle w:val="Compact"/>
        <w:numPr>
          <w:ilvl w:val="0"/>
          <w:numId w:val="1039"/>
        </w:numPr>
      </w:pPr>
      <w:r xmlns:w="http://schemas.openxmlformats.org/wordprocessingml/2006/main">
        <w:t xml:space="preserve">B. Tiklupin, ang tawag ay −EV sa nakasaad na modelo</w:t>
      </w:r>
    </w:p>
    <w:p>
      <w:pPr xmlns:w="http://schemas.openxmlformats.org/wordprocessingml/2006/main">
        <w:pStyle w:val="Compact"/>
        <w:numPr>
          <w:ilvl w:val="0"/>
          <w:numId w:val="1039"/>
        </w:numPr>
      </w:pPr>
      <w:r xmlns:w="http://schemas.openxmlformats.org/wordprocessingml/2006/main">
        <w:t xml:space="preserve">C. Tumawag, dahil anumang panlilinlang ay ginagawang tama ang pagtawag</w:t>
      </w:r>
    </w:p>
    <w:p>
      <w:pPr xmlns:w="http://schemas.openxmlformats.org/wordprocessingml/2006/main">
        <w:pStyle w:val="Compact"/>
        <w:numPr>
          <w:ilvl w:val="0"/>
          <w:numId w:val="1039"/>
        </w:numPr>
      </w:pPr>
      <w:r xmlns:w="http://schemas.openxmlformats.org/wordprocessingml/2006/main">
        <w:t xml:space="preserve">D. Itaas, dahil ang pot odds ay hindi mahalaga</w:t>
      </w:r>
    </w:p>
    <w:p>
      <w:pPr xmlns:w="http://schemas.openxmlformats.org/wordprocessingml/2006/main">
        <w:pStyle w:val="FirstParagraph"/>
      </w:pPr>
      <w:r xmlns:w="http://schemas.openxmlformats.org/wordprocessingml/2006/main">
        <w:rPr>
          <w:b/>
          <w:bCs/>
        </w:rPr>
        <w:t xml:space="preserve">SFFT-MS3-16-017. </w:t>
      </w:r>
      <w:r xmlns:w="http://schemas.openxmlformats.org/wordprocessingml/2006/main">
        <w:t xml:space="preserve">Sa isang </w:t>
      </w:r>
      <w:r xmlns:w="http://schemas.openxmlformats.org/wordprocessingml/2006/main">
        <w:rPr>
          <w:b/>
          <w:bCs/>
        </w:rPr>
        <w:t xml:space="preserve">modelo ng laruan na may hayagang independiyenteng depensa </w:t>
      </w:r>
      <w:r xmlns:w="http://schemas.openxmlformats.org/wordprocessingml/2006/main">
        <w:t xml:space="preserve">, ang Manlalaro A ay tiklop papunta sa river bluff ng Bayani nang 60% ng oras at ang Manlalaro B ay tiklop nang 60%. Ang Bayani ay mananalo lamang nang walang paligsahan kung </w:t>
      </w:r>
      <w:r xmlns:w="http://schemas.openxmlformats.org/wordprocessingml/2006/main">
        <w:rPr>
          <w:b/>
          <w:bCs/>
        </w:rPr>
        <w:t xml:space="preserve">pareho silang </w:t>
      </w:r>
      <w:r xmlns:w="http://schemas.openxmlformats.org/wordprocessingml/2006/main">
        <w:t xml:space="preserve">tiklop. Ano ang probabilidad ng both-fold?</w:t>
      </w:r>
    </w:p>
    <w:p>
      <w:pPr xmlns:w="http://schemas.openxmlformats.org/wordprocessingml/2006/main">
        <w:pStyle w:val="Compact"/>
        <w:numPr>
          <w:ilvl w:val="0"/>
          <w:numId w:val="1040"/>
        </w:numPr>
      </w:pPr>
      <w:r xmlns:w="http://schemas.openxmlformats.org/wordprocessingml/2006/main">
        <w:t xml:space="preserve">A. 36.00%</w:t>
      </w:r>
    </w:p>
    <w:p>
      <w:pPr xmlns:w="http://schemas.openxmlformats.org/wordprocessingml/2006/main">
        <w:pStyle w:val="Compact"/>
        <w:numPr>
          <w:ilvl w:val="0"/>
          <w:numId w:val="1040"/>
        </w:numPr>
      </w:pPr>
      <w:r xmlns:w="http://schemas.openxmlformats.org/wordprocessingml/2006/main">
        <w:t xml:space="preserve">B. 60.00%</w:t>
      </w:r>
    </w:p>
    <w:p>
      <w:pPr xmlns:w="http://schemas.openxmlformats.org/wordprocessingml/2006/main">
        <w:pStyle w:val="Compact"/>
        <w:numPr>
          <w:ilvl w:val="0"/>
          <w:numId w:val="1040"/>
        </w:numPr>
      </w:pPr>
      <w:r xmlns:w="http://schemas.openxmlformats.org/wordprocessingml/2006/main">
        <w:t xml:space="preserve">C. 84.00%</w:t>
      </w:r>
    </w:p>
    <w:p>
      <w:pPr xmlns:w="http://schemas.openxmlformats.org/wordprocessingml/2006/main">
        <w:pStyle w:val="Compact"/>
        <w:numPr>
          <w:ilvl w:val="0"/>
          <w:numId w:val="1040"/>
        </w:numPr>
      </w:pPr>
      <w:r xmlns:w="http://schemas.openxmlformats.org/wordprocessingml/2006/main">
        <w:t xml:space="preserve">D. 51.00%</w:t>
      </w:r>
    </w:p>
    <w:p>
      <w:pPr xmlns:w="http://schemas.openxmlformats.org/wordprocessingml/2006/main">
        <w:pStyle w:val="FirstParagraph"/>
      </w:pPr>
      <w:r xmlns:w="http://schemas.openxmlformats.org/wordprocessingml/2006/main">
        <w:rPr>
          <w:b/>
          <w:bCs/>
        </w:rPr>
        <w:t xml:space="preserve">SFFT-MS3-16-018. </w:t>
      </w:r>
      <w:r xmlns:w="http://schemas.openxmlformats.org/wordprocessingml/2006/main">
        <w:t xml:space="preserve">Sa </w:t>
      </w:r>
      <w:r xmlns:w="http://schemas.openxmlformats.org/wordprocessingml/2006/main">
        <w:rPr>
          <w:b/>
          <w:bCs/>
        </w:rPr>
        <w:t xml:space="preserve">pinasimpleng single-street equilibrium model </w:t>
      </w:r>
      <w:r xmlns:w="http://schemas.openxmlformats.org/wordprocessingml/2006/main">
        <w:t xml:space="preserve">, isinasapanganib ng Kontrabida ang $80 na pagbluffing at maging $180. Ano ang minimum defense frequency benchmark (MDF) ng defender?</w:t>
      </w:r>
    </w:p>
    <w:p>
      <w:pPr xmlns:w="http://schemas.openxmlformats.org/wordprocessingml/2006/main">
        <w:pStyle w:val="Compact"/>
        <w:numPr>
          <w:ilvl w:val="0"/>
          <w:numId w:val="1041"/>
        </w:numPr>
      </w:pPr>
      <w:r xmlns:w="http://schemas.openxmlformats.org/wordprocessingml/2006/main">
        <w:t xml:space="preserve">A. 69.23%</w:t>
      </w:r>
    </w:p>
    <w:p>
      <w:pPr xmlns:w="http://schemas.openxmlformats.org/wordprocessingml/2006/main">
        <w:pStyle w:val="Compact"/>
        <w:numPr>
          <w:ilvl w:val="0"/>
          <w:numId w:val="1041"/>
        </w:numPr>
      </w:pPr>
      <w:r xmlns:w="http://schemas.openxmlformats.org/wordprocessingml/2006/main">
        <w:t xml:space="preserve">B. 23.53%</w:t>
      </w:r>
    </w:p>
    <w:p>
      <w:pPr xmlns:w="http://schemas.openxmlformats.org/wordprocessingml/2006/main">
        <w:pStyle w:val="Compact"/>
        <w:numPr>
          <w:ilvl w:val="0"/>
          <w:numId w:val="1041"/>
        </w:numPr>
      </w:pPr>
      <w:r xmlns:w="http://schemas.openxmlformats.org/wordprocessingml/2006/main">
        <w:t xml:space="preserve">C. 30.77%</w:t>
      </w:r>
    </w:p>
    <w:p>
      <w:pPr xmlns:w="http://schemas.openxmlformats.org/wordprocessingml/2006/main">
        <w:pStyle w:val="Compact"/>
        <w:numPr>
          <w:ilvl w:val="0"/>
          <w:numId w:val="1041"/>
        </w:numPr>
      </w:pPr>
      <w:r xmlns:w="http://schemas.openxmlformats.org/wordprocessingml/2006/main">
        <w:t xml:space="preserve">D. 61.23%</w:t>
      </w:r>
    </w:p>
    <w:p>
      <w:pPr xmlns:w="http://schemas.openxmlformats.org/wordprocessingml/2006/main">
        <w:pStyle w:val="FirstParagraph"/>
      </w:pPr>
      <w:r xmlns:w="http://schemas.openxmlformats.org/wordprocessingml/2006/main">
        <w:rPr>
          <w:b/>
          <w:bCs/>
        </w:rPr>
        <w:t xml:space="preserve">SFFT-MS3-16-019. </w:t>
      </w:r>
      <w:r xmlns:w="http://schemas.openxmlformats.org/wordprocessingml/2006/main">
        <w:t xml:space="preserve">Sa flop, ang pot ay $100 at ang </w:t>
      </w:r>
      <w:r xmlns:w="http://schemas.openxmlformats.org/wordprocessingml/2006/main">
        <w:rPr>
          <w:b/>
          <w:bCs/>
        </w:rPr>
        <w:t xml:space="preserve">epektibong natitirang stack </w:t>
      </w:r>
      <w:r xmlns:w="http://schemas.openxmlformats.org/wordprocessingml/2006/main">
        <w:t xml:space="preserve">ay $180. Ano ang flop stack-to-pot ratio (SPR)?</w:t>
      </w:r>
    </w:p>
    <w:p>
      <w:pPr xmlns:w="http://schemas.openxmlformats.org/wordprocessingml/2006/main">
        <w:pStyle w:val="Compact"/>
        <w:numPr>
          <w:ilvl w:val="0"/>
          <w:numId w:val="1042"/>
        </w:numPr>
      </w:pPr>
      <w:r xmlns:w="http://schemas.openxmlformats.org/wordprocessingml/2006/main">
        <w:t xml:space="preserve">A. 1.80</w:t>
      </w:r>
    </w:p>
    <w:p>
      <w:pPr xmlns:w="http://schemas.openxmlformats.org/wordprocessingml/2006/main">
        <w:pStyle w:val="Compact"/>
        <w:numPr>
          <w:ilvl w:val="0"/>
          <w:numId w:val="1042"/>
        </w:numPr>
      </w:pPr>
      <w:r xmlns:w="http://schemas.openxmlformats.org/wordprocessingml/2006/main">
        <w:t xml:space="preserve">B. 0.56</w:t>
      </w:r>
    </w:p>
    <w:p>
      <w:pPr xmlns:w="http://schemas.openxmlformats.org/wordprocessingml/2006/main">
        <w:pStyle w:val="Compact"/>
        <w:numPr>
          <w:ilvl w:val="0"/>
          <w:numId w:val="1042"/>
        </w:numPr>
      </w:pPr>
      <w:r xmlns:w="http://schemas.openxmlformats.org/wordprocessingml/2006/main">
        <w:t xml:space="preserve">C. 1.29</w:t>
      </w:r>
    </w:p>
    <w:p>
      <w:pPr xmlns:w="http://schemas.openxmlformats.org/wordprocessingml/2006/main">
        <w:pStyle w:val="Compact"/>
        <w:numPr>
          <w:ilvl w:val="0"/>
          <w:numId w:val="1042"/>
        </w:numPr>
      </w:pPr>
      <w:r xmlns:w="http://schemas.openxmlformats.org/wordprocessingml/2006/main">
        <w:t xml:space="preserve">D. 2.80</w:t>
      </w:r>
    </w:p>
    <w:p>
      <w:pPr xmlns:w="http://schemas.openxmlformats.org/wordprocessingml/2006/main">
        <w:pStyle w:val="FirstParagraph"/>
      </w:pPr>
      <w:r xmlns:w="http://schemas.openxmlformats.org/wordprocessingml/2006/main">
        <w:rPr>
          <w:b/>
          <w:bCs/>
        </w:rPr>
        <w:t xml:space="preserve">SFFT-MS3-16-020. </w:t>
      </w: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10 posibleng kombinasyon ng halaga at 10 posibleng kombinasyon ng bluff. Ginagawa nila ang naobserbahang taya na may halagang 100% at may bluff sa 100% ng oras. Ilang bahagi ng </w:t>
      </w:r>
      <w:r xmlns:w="http://schemas.openxmlformats.org/wordprocessingml/2006/main">
        <w:rPr>
          <w:b/>
          <w:bCs/>
        </w:rPr>
        <w:t xml:space="preserve">kanilang mga taya </w:t>
      </w:r>
      <w:r xmlns:w="http://schemas.openxmlformats.org/wordprocessingml/2006/main">
        <w:t xml:space="preserve">ang bluff?</w:t>
      </w:r>
    </w:p>
    <w:p>
      <w:pPr xmlns:w="http://schemas.openxmlformats.org/wordprocessingml/2006/main">
        <w:pStyle w:val="Compact"/>
        <w:numPr>
          <w:ilvl w:val="0"/>
          <w:numId w:val="1043"/>
        </w:numPr>
      </w:pPr>
      <w:r xmlns:w="http://schemas.openxmlformats.org/wordprocessingml/2006/main">
        <w:t xml:space="preserve">A. 50.00%</w:t>
      </w:r>
    </w:p>
    <w:p>
      <w:pPr xmlns:w="http://schemas.openxmlformats.org/wordprocessingml/2006/main">
        <w:pStyle w:val="Compact"/>
        <w:numPr>
          <w:ilvl w:val="0"/>
          <w:numId w:val="1043"/>
        </w:numPr>
      </w:pPr>
      <w:r xmlns:w="http://schemas.openxmlformats.org/wordprocessingml/2006/main">
        <w:t xml:space="preserve">B. 100.00%</w:t>
      </w:r>
    </w:p>
    <w:p>
      <w:pPr xmlns:w="http://schemas.openxmlformats.org/wordprocessingml/2006/main">
        <w:pStyle w:val="Compact"/>
        <w:numPr>
          <w:ilvl w:val="0"/>
          <w:numId w:val="1043"/>
        </w:numPr>
      </w:pPr>
      <w:r xmlns:w="http://schemas.openxmlformats.org/wordprocessingml/2006/main">
        <w:t xml:space="preserve">C. 58.00%</w:t>
      </w:r>
    </w:p>
    <w:p>
      <w:pPr xmlns:w="http://schemas.openxmlformats.org/wordprocessingml/2006/main">
        <w:pStyle w:val="Compact"/>
        <w:numPr>
          <w:ilvl w:val="0"/>
          <w:numId w:val="1043"/>
        </w:numPr>
      </w:pPr>
      <w:r xmlns:w="http://schemas.openxmlformats.org/wordprocessingml/2006/main">
        <w:t xml:space="preserve">D. 1.00%</w:t>
      </w:r>
    </w:p>
    <w:p>
      <w:pPr xmlns:w="http://schemas.openxmlformats.org/wordprocessingml/2006/main">
        <w:pStyle w:val="FirstParagraph"/>
      </w:pPr>
      <w:r xmlns:w="http://schemas.openxmlformats.org/wordprocessingml/2006/main">
        <w:rPr>
          <w:b/>
          <w:bCs/>
        </w:rPr>
        <w:t xml:space="preserve">SFFT-MS3-16-021. </w:t>
      </w:r>
      <w:r xmlns:w="http://schemas.openxmlformats.org/wordprocessingml/2006/main">
        <w:t xml:space="preserve">Ang isang heads-up river pot ay may hawak na $80 </w:t>
      </w:r>
      <w:r xmlns:w="http://schemas.openxmlformats.org/wordprocessingml/2006/main">
        <w:rPr>
          <w:b/>
          <w:bCs/>
        </w:rPr>
        <w:t xml:space="preserve">bago </w:t>
      </w:r>
      <w:r xmlns:w="http://schemas.openxmlformats.org/wordprocessingml/2006/main">
        <w:t xml:space="preserve">tumaya ang Kontrabida ng $20. Tatapusin ng Hero ang aksyon at maaaring tumawag ng $20; ipagpalagay na walang tabla o rake. Anong eksaktong showdown-equity threshold ang kinakailangan ng isang tawag?</w:t>
      </w:r>
    </w:p>
    <w:p>
      <w:pPr xmlns:w="http://schemas.openxmlformats.org/wordprocessingml/2006/main">
        <w:pStyle w:val="Compact"/>
        <w:numPr>
          <w:ilvl w:val="0"/>
          <w:numId w:val="1044"/>
        </w:numPr>
      </w:pPr>
      <w:r xmlns:w="http://schemas.openxmlformats.org/wordprocessingml/2006/main">
        <w:t xml:space="preserve">A. 16.67%</w:t>
      </w:r>
    </w:p>
    <w:p>
      <w:pPr xmlns:w="http://schemas.openxmlformats.org/wordprocessingml/2006/main">
        <w:pStyle w:val="Compact"/>
        <w:numPr>
          <w:ilvl w:val="0"/>
          <w:numId w:val="1044"/>
        </w:numPr>
      </w:pPr>
      <w:r xmlns:w="http://schemas.openxmlformats.org/wordprocessingml/2006/main">
        <w:t xml:space="preserve">B. 20.00%</w:t>
      </w:r>
    </w:p>
    <w:p>
      <w:pPr xmlns:w="http://schemas.openxmlformats.org/wordprocessingml/2006/main">
        <w:pStyle w:val="Compact"/>
        <w:numPr>
          <w:ilvl w:val="0"/>
          <w:numId w:val="1044"/>
        </w:numPr>
      </w:pPr>
      <w:r xmlns:w="http://schemas.openxmlformats.org/wordprocessingml/2006/main">
        <w:t xml:space="preserve">C. 25.00%</w:t>
      </w:r>
    </w:p>
    <w:p>
      <w:pPr xmlns:w="http://schemas.openxmlformats.org/wordprocessingml/2006/main">
        <w:pStyle w:val="Compact"/>
        <w:numPr>
          <w:ilvl w:val="0"/>
          <w:numId w:val="1044"/>
        </w:numPr>
      </w:pPr>
      <w:r xmlns:w="http://schemas.openxmlformats.org/wordprocessingml/2006/main">
        <w:t xml:space="preserve">D. 83.33%</w:t>
      </w:r>
    </w:p>
    <w:p>
      <w:pPr xmlns:w="http://schemas.openxmlformats.org/wordprocessingml/2006/main">
        <w:pStyle w:val="FirstParagraph"/>
      </w:pPr>
      <w:r xmlns:w="http://schemas.openxmlformats.org/wordprocessingml/2006/main">
        <w:rPr>
          <w:b/>
          <w:bCs/>
        </w:rPr>
        <w:t xml:space="preserve">SFFT-MS3-16-022. </w:t>
      </w:r>
      <w:r xmlns:w="http://schemas.openxmlformats.org/wordprocessingml/2006/main">
        <w:t xml:space="preserve">Isinasaalang-alang ni Hero ang isang </w:t>
      </w:r>
      <w:r xmlns:w="http://schemas.openxmlformats.org/wordprocessingml/2006/main">
        <w:rPr>
          <w:b/>
          <w:bCs/>
        </w:rPr>
        <w:t xml:space="preserve">zero-showdown-value </w:t>
      </w:r>
      <w:r xmlns:w="http://schemas.openxmlformats.org/wordprocessingml/2006/main">
        <w:t xml:space="preserve">river bluff na $40 para sa isang $140 na pot. Maaaring mag-fold o mag-call ang kontrabida at talunin si Hero. Anong fold frequency ang magpapa-break even sa bluff, bago mag-rake?</w:t>
      </w:r>
    </w:p>
    <w:p>
      <w:pPr xmlns:w="http://schemas.openxmlformats.org/wordprocessingml/2006/main">
        <w:pStyle w:val="Compact"/>
        <w:numPr>
          <w:ilvl w:val="0"/>
          <w:numId w:val="1045"/>
        </w:numPr>
      </w:pPr>
      <w:r xmlns:w="http://schemas.openxmlformats.org/wordprocessingml/2006/main">
        <w:t xml:space="preserve">A. 22.22%</w:t>
      </w:r>
    </w:p>
    <w:p>
      <w:pPr xmlns:w="http://schemas.openxmlformats.org/wordprocessingml/2006/main">
        <w:pStyle w:val="Compact"/>
        <w:numPr>
          <w:ilvl w:val="0"/>
          <w:numId w:val="1045"/>
        </w:numPr>
      </w:pPr>
      <w:r xmlns:w="http://schemas.openxmlformats.org/wordprocessingml/2006/main">
        <w:t xml:space="preserve">B. 18.18%</w:t>
      </w:r>
    </w:p>
    <w:p>
      <w:pPr xmlns:w="http://schemas.openxmlformats.org/wordprocessingml/2006/main">
        <w:pStyle w:val="Compact"/>
        <w:numPr>
          <w:ilvl w:val="0"/>
          <w:numId w:val="1045"/>
        </w:numPr>
      </w:pPr>
      <w:r xmlns:w="http://schemas.openxmlformats.org/wordprocessingml/2006/main">
        <w:t xml:space="preserve">C. 28.57%</w:t>
      </w:r>
    </w:p>
    <w:p>
      <w:pPr xmlns:w="http://schemas.openxmlformats.org/wordprocessingml/2006/main">
        <w:pStyle w:val="Compact"/>
        <w:numPr>
          <w:ilvl w:val="0"/>
          <w:numId w:val="1045"/>
        </w:numPr>
      </w:pPr>
      <w:r xmlns:w="http://schemas.openxmlformats.org/wordprocessingml/2006/main">
        <w:t xml:space="preserve">D. 77.78%</w:t>
      </w:r>
    </w:p>
    <w:p>
      <w:pPr xmlns:w="http://schemas.openxmlformats.org/wordprocessingml/2006/main">
        <w:pStyle w:val="FirstParagraph"/>
      </w:pPr>
      <w:r xmlns:w="http://schemas.openxmlformats.org/wordprocessingml/2006/main">
        <w:rPr>
          <w:b/>
          <w:bCs/>
        </w:rPr>
        <w:t xml:space="preserve">SFFT-MS3-16-023. </w:t>
      </w:r>
      <w:r xmlns:w="http://schemas.openxmlformats.org/wordprocessingml/2006/main">
        <w:t xml:space="preserve">Ang Hero ay may </w:t>
      </w:r>
      <w:r xmlns:w="http://schemas.openxmlformats.org/wordprocessingml/2006/main">
        <w:rPr>
          <w:b/>
          <w:bCs/>
        </w:rPr>
        <w:t xml:space="preserve">purong bluff-catcher </w:t>
      </w:r>
      <w:r xmlns:w="http://schemas.openxmlformats.org/wordprocessingml/2006/main">
        <w:t xml:space="preserve">sa isang heads-up river. Ang pot ay $120 bago ang $70 na taya. Ang tahasang modelo ng pagtaya ng kontrabida ay may 7 pantay na weighted value combo na tatalo sa Hero at 8 bluffs na tatalo ng Hero, walang tabla o rake. Ano ang mas gusto ng modelong ito?</w:t>
      </w:r>
    </w:p>
    <w:p>
      <w:pPr xmlns:w="http://schemas.openxmlformats.org/wordprocessingml/2006/main">
        <w:pStyle w:val="Compact"/>
        <w:numPr>
          <w:ilvl w:val="0"/>
          <w:numId w:val="1046"/>
        </w:numPr>
      </w:pPr>
      <w:r xmlns:w="http://schemas.openxmlformats.org/wordprocessingml/2006/main">
        <w:t xml:space="preserve">A. Tawag, +EV sa nakasaad na modelo</w:t>
      </w:r>
    </w:p>
    <w:p>
      <w:pPr xmlns:w="http://schemas.openxmlformats.org/wordprocessingml/2006/main">
        <w:pStyle w:val="Compact"/>
        <w:numPr>
          <w:ilvl w:val="0"/>
          <w:numId w:val="1046"/>
        </w:numPr>
      </w:pPr>
      <w:r xmlns:w="http://schemas.openxmlformats.org/wordprocessingml/2006/main">
        <w:t xml:space="preserve">B. Tiklupin, ang tawag ay −EV sa nakasaad na modelo</w:t>
      </w:r>
    </w:p>
    <w:p>
      <w:pPr xmlns:w="http://schemas.openxmlformats.org/wordprocessingml/2006/main">
        <w:pStyle w:val="Compact"/>
        <w:numPr>
          <w:ilvl w:val="0"/>
          <w:numId w:val="1046"/>
        </w:numPr>
      </w:pPr>
      <w:r xmlns:w="http://schemas.openxmlformats.org/wordprocessingml/2006/main">
        <w:t xml:space="preserve">C. Tumawag, dahil anumang panlilinlang ay ginagawang tama ang pagtawag</w:t>
      </w:r>
    </w:p>
    <w:p>
      <w:pPr xmlns:w="http://schemas.openxmlformats.org/wordprocessingml/2006/main">
        <w:pStyle w:val="Compact"/>
        <w:numPr>
          <w:ilvl w:val="0"/>
          <w:numId w:val="1046"/>
        </w:numPr>
      </w:pPr>
      <w:r xmlns:w="http://schemas.openxmlformats.org/wordprocessingml/2006/main">
        <w:t xml:space="preserve">D. Itaas, dahil ang pot odds ay hindi mahalaga</w:t>
      </w:r>
    </w:p>
    <w:p>
      <w:pPr xmlns:w="http://schemas.openxmlformats.org/wordprocessingml/2006/main">
        <w:pStyle w:val="FirstParagraph"/>
      </w:pPr>
      <w:r xmlns:w="http://schemas.openxmlformats.org/wordprocessingml/2006/main">
        <w:rPr>
          <w:b/>
          <w:bCs/>
        </w:rPr>
        <w:t xml:space="preserve">SFFT-MS3-16-024. </w:t>
      </w:r>
      <w:r xmlns:w="http://schemas.openxmlformats.org/wordprocessingml/2006/main">
        <w:t xml:space="preserve">Ang Hero at ang board ay magkasamang nagpapakita ng </w:t>
      </w:r>
      <w:r xmlns:w="http://schemas.openxmlformats.org/wordprocessingml/2006/main">
        <w:rPr>
          <w:b/>
          <w:bCs/>
        </w:rPr>
        <w:t xml:space="preserve">0 reyna </w:t>
      </w:r>
      <w:r xmlns:w="http://schemas.openxmlformats.org/wordprocessingml/2006/main">
        <w:t xml:space="preserve">. Ilang eksaktong kombinasyon ng QQ ang kaya pa ring hawakan ng Kontrabida?</w:t>
      </w:r>
    </w:p>
    <w:p>
      <w:pPr xmlns:w="http://schemas.openxmlformats.org/wordprocessingml/2006/main">
        <w:pStyle w:val="Compact"/>
        <w:numPr>
          <w:ilvl w:val="0"/>
          <w:numId w:val="1047"/>
        </w:numPr>
      </w:pPr>
      <w:r xmlns:w="http://schemas.openxmlformats.org/wordprocessingml/2006/main">
        <w:t xml:space="preserve">A.6</w:t>
      </w:r>
    </w:p>
    <w:p>
      <w:pPr xmlns:w="http://schemas.openxmlformats.org/wordprocessingml/2006/main">
        <w:pStyle w:val="Compact"/>
        <w:numPr>
          <w:ilvl w:val="0"/>
          <w:numId w:val="1047"/>
        </w:numPr>
      </w:pPr>
      <w:r xmlns:w="http://schemas.openxmlformats.org/wordprocessingml/2006/main">
        <w:t xml:space="preserve">B.3</w:t>
      </w:r>
    </w:p>
    <w:p>
      <w:pPr xmlns:w="http://schemas.openxmlformats.org/wordprocessingml/2006/main">
        <w:pStyle w:val="Compact"/>
        <w:numPr>
          <w:ilvl w:val="0"/>
          <w:numId w:val="1047"/>
        </w:numPr>
      </w:pPr>
      <w:r xmlns:w="http://schemas.openxmlformats.org/wordprocessingml/2006/main">
        <w:t xml:space="preserve">C. 1</w:t>
      </w:r>
    </w:p>
    <w:p>
      <w:pPr xmlns:w="http://schemas.openxmlformats.org/wordprocessingml/2006/main">
        <w:pStyle w:val="Compact"/>
        <w:numPr>
          <w:ilvl w:val="0"/>
          <w:numId w:val="1047"/>
        </w:numPr>
      </w:pPr>
      <w:r xmlns:w="http://schemas.openxmlformats.org/wordprocessingml/2006/main">
        <w:t xml:space="preserve">D.4</w:t>
      </w:r>
    </w:p>
    <w:p>
      <w:pPr xmlns:w="http://schemas.openxmlformats.org/wordprocessingml/2006/main">
        <w:pStyle w:val="FirstParagraph"/>
      </w:pPr>
      <w:r xmlns:w="http://schemas.openxmlformats.org/wordprocessingml/2006/main">
        <w:rPr>
          <w:b/>
          <w:bCs/>
        </w:rPr>
        <w:t xml:space="preserve">SFFT-MS3-16-025. </w:t>
      </w: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12 posibleng kombinasyon ng halaga at 10 posibleng kombinasyon ng bluff. Ginagawa nila ang naobserbahang taya na may halagang 25% at may bluffs sa 75% ng oras. Ilang bahagi ng </w:t>
      </w:r>
      <w:r xmlns:w="http://schemas.openxmlformats.org/wordprocessingml/2006/main">
        <w:rPr>
          <w:b/>
          <w:bCs/>
        </w:rPr>
        <w:t xml:space="preserve">kanilang mga taya </w:t>
      </w:r>
      <w:r xmlns:w="http://schemas.openxmlformats.org/wordprocessingml/2006/main">
        <w:t xml:space="preserve">ang bluffs?</w:t>
      </w:r>
    </w:p>
    <w:p>
      <w:pPr xmlns:w="http://schemas.openxmlformats.org/wordprocessingml/2006/main">
        <w:pStyle w:val="Compact"/>
        <w:numPr>
          <w:ilvl w:val="0"/>
          <w:numId w:val="1048"/>
        </w:numPr>
      </w:pPr>
      <w:r xmlns:w="http://schemas.openxmlformats.org/wordprocessingml/2006/main">
        <w:t xml:space="preserve">A. 71.43%</w:t>
      </w:r>
    </w:p>
    <w:p>
      <w:pPr xmlns:w="http://schemas.openxmlformats.org/wordprocessingml/2006/main">
        <w:pStyle w:val="Compact"/>
        <w:numPr>
          <w:ilvl w:val="0"/>
          <w:numId w:val="1048"/>
        </w:numPr>
      </w:pPr>
      <w:r xmlns:w="http://schemas.openxmlformats.org/wordprocessingml/2006/main">
        <w:t xml:space="preserve">B. 45.45%</w:t>
      </w:r>
    </w:p>
    <w:p>
      <w:pPr xmlns:w="http://schemas.openxmlformats.org/wordprocessingml/2006/main">
        <w:pStyle w:val="Compact"/>
        <w:numPr>
          <w:ilvl w:val="0"/>
          <w:numId w:val="1048"/>
        </w:numPr>
      </w:pPr>
      <w:r xmlns:w="http://schemas.openxmlformats.org/wordprocessingml/2006/main">
        <w:t xml:space="preserve">C. 28.57%</w:t>
      </w:r>
    </w:p>
    <w:p>
      <w:pPr xmlns:w="http://schemas.openxmlformats.org/wordprocessingml/2006/main">
        <w:pStyle w:val="Compact"/>
        <w:numPr>
          <w:ilvl w:val="0"/>
          <w:numId w:val="1048"/>
        </w:numPr>
      </w:pPr>
      <w:r xmlns:w="http://schemas.openxmlformats.org/wordprocessingml/2006/main">
        <w:t xml:space="preserve">D. 75.00%</w:t>
      </w:r>
    </w:p>
    <w:p>
      <w:pPr xmlns:w="http://schemas.openxmlformats.org/wordprocessingml/2006/main">
        <w:pStyle w:val="FirstParagraph"/>
      </w:pPr>
      <w:r xmlns:w="http://schemas.openxmlformats.org/wordprocessingml/2006/main">
        <w:rPr>
          <w:b/>
          <w:bCs/>
        </w:rPr>
        <w:t xml:space="preserve">SFFT-MS3-16-026. </w:t>
      </w:r>
      <w:r xmlns:w="http://schemas.openxmlformats.org/wordprocessingml/2006/main">
        <w:t xml:space="preserve">Sa turn, na may </w:t>
      </w:r>
      <w:r xmlns:w="http://schemas.openxmlformats.org/wordprocessingml/2006/main">
        <w:rPr>
          <w:b/>
          <w:bCs/>
        </w:rPr>
        <w:t xml:space="preserve">6 na clean out </w:t>
      </w:r>
      <w:r xmlns:w="http://schemas.openxmlformats.org/wordprocessingml/2006/main">
        <w:t xml:space="preserve">at eksaktong isa pang baraha na ibibigay, ano ang posibilidad na ang susunod na baraha ay maging isa sa mga out na iyon? Ituring ang lahat ng hindi pa nakikitang baraha na pantay ang posibilidad.</w:t>
      </w:r>
    </w:p>
    <w:p>
      <w:pPr xmlns:w="http://schemas.openxmlformats.org/wordprocessingml/2006/main">
        <w:pStyle w:val="Compact"/>
        <w:numPr>
          <w:ilvl w:val="0"/>
          <w:numId w:val="1049"/>
        </w:numPr>
      </w:pPr>
      <w:r xmlns:w="http://schemas.openxmlformats.org/wordprocessingml/2006/main">
        <w:t xml:space="preserve">A. 13.04%</w:t>
      </w:r>
    </w:p>
    <w:p>
      <w:pPr xmlns:w="http://schemas.openxmlformats.org/wordprocessingml/2006/main">
        <w:pStyle w:val="Compact"/>
        <w:numPr>
          <w:ilvl w:val="0"/>
          <w:numId w:val="1049"/>
        </w:numPr>
      </w:pPr>
      <w:r xmlns:w="http://schemas.openxmlformats.org/wordprocessingml/2006/main">
        <w:t xml:space="preserve">B. 13.33%</w:t>
      </w:r>
    </w:p>
    <w:p>
      <w:pPr xmlns:w="http://schemas.openxmlformats.org/wordprocessingml/2006/main">
        <w:pStyle w:val="Compact"/>
        <w:numPr>
          <w:ilvl w:val="0"/>
          <w:numId w:val="1049"/>
        </w:numPr>
      </w:pPr>
      <w:r xmlns:w="http://schemas.openxmlformats.org/wordprocessingml/2006/main">
        <w:t xml:space="preserve">C. 26.09%</w:t>
      </w:r>
    </w:p>
    <w:p>
      <w:pPr xmlns:w="http://schemas.openxmlformats.org/wordprocessingml/2006/main">
        <w:pStyle w:val="Compact"/>
        <w:numPr>
          <w:ilvl w:val="0"/>
          <w:numId w:val="1049"/>
        </w:numPr>
      </w:pPr>
      <w:r xmlns:w="http://schemas.openxmlformats.org/wordprocessingml/2006/main">
        <w:t xml:space="preserve">D. 24.00%</w:t>
      </w:r>
    </w:p>
    <w:p>
      <w:pPr xmlns:w="http://schemas.openxmlformats.org/wordprocessingml/2006/main">
        <w:pStyle w:val="FirstParagraph"/>
      </w:pPr>
      <w:r xmlns:w="http://schemas.openxmlformats.org/wordprocessingml/2006/main">
        <w:rPr>
          <w:b/>
          <w:bCs/>
        </w:rPr>
        <w:t xml:space="preserve">SFFT-MS3-16-027. </w:t>
      </w:r>
      <w:r xmlns:w="http://schemas.openxmlformats.org/wordprocessingml/2006/main">
        <w:t xml:space="preserve">Sa isang </w:t>
      </w:r>
      <w:r xmlns:w="http://schemas.openxmlformats.org/wordprocessingml/2006/main">
        <w:rPr>
          <w:b/>
          <w:bCs/>
        </w:rPr>
        <w:t xml:space="preserve">modelo ng laruan na may hayagang independiyenteng depensa </w:t>
      </w:r>
      <w:r xmlns:w="http://schemas.openxmlformats.org/wordprocessingml/2006/main">
        <w:t xml:space="preserve">, ang Manlalaro A ay tiklop papunta sa river bluff ng Bayani nang 60% ng oras at ang Manlalaro B ay tiklop nang 80%. Ang Bayani ay mananalo lamang nang walang paligsahan kung </w:t>
      </w:r>
      <w:r xmlns:w="http://schemas.openxmlformats.org/wordprocessingml/2006/main">
        <w:rPr>
          <w:b/>
          <w:bCs/>
        </w:rPr>
        <w:t xml:space="preserve">pareho silang </w:t>
      </w:r>
      <w:r xmlns:w="http://schemas.openxmlformats.org/wordprocessingml/2006/main">
        <w:t xml:space="preserve">tiklop. Ano ang probabilidad ng both-fold?</w:t>
      </w:r>
    </w:p>
    <w:p>
      <w:pPr xmlns:w="http://schemas.openxmlformats.org/wordprocessingml/2006/main">
        <w:pStyle w:val="Compact"/>
        <w:numPr>
          <w:ilvl w:val="0"/>
          <w:numId w:val="1050"/>
        </w:numPr>
      </w:pPr>
      <w:r xmlns:w="http://schemas.openxmlformats.org/wordprocessingml/2006/main">
        <w:t xml:space="preserve">A. 48.00%</w:t>
      </w:r>
    </w:p>
    <w:p>
      <w:pPr xmlns:w="http://schemas.openxmlformats.org/wordprocessingml/2006/main">
        <w:pStyle w:val="Compact"/>
        <w:numPr>
          <w:ilvl w:val="0"/>
          <w:numId w:val="1050"/>
        </w:numPr>
      </w:pPr>
      <w:r xmlns:w="http://schemas.openxmlformats.org/wordprocessingml/2006/main">
        <w:t xml:space="preserve">B. 60.00%</w:t>
      </w:r>
    </w:p>
    <w:p>
      <w:pPr xmlns:w="http://schemas.openxmlformats.org/wordprocessingml/2006/main">
        <w:pStyle w:val="Compact"/>
        <w:numPr>
          <w:ilvl w:val="0"/>
          <w:numId w:val="1050"/>
        </w:numPr>
      </w:pPr>
      <w:r xmlns:w="http://schemas.openxmlformats.org/wordprocessingml/2006/main">
        <w:t xml:space="preserve">C. 80.00%</w:t>
      </w:r>
    </w:p>
    <w:p>
      <w:pPr xmlns:w="http://schemas.openxmlformats.org/wordprocessingml/2006/main">
        <w:pStyle w:val="Compact"/>
        <w:numPr>
          <w:ilvl w:val="0"/>
          <w:numId w:val="1050"/>
        </w:numPr>
      </w:pPr>
      <w:r xmlns:w="http://schemas.openxmlformats.org/wordprocessingml/2006/main">
        <w:t xml:space="preserve">D. 70.00%</w:t>
      </w:r>
    </w:p>
    <w:p>
      <w:pPr xmlns:w="http://schemas.openxmlformats.org/wordprocessingml/2006/main">
        <w:pStyle w:val="FirstParagraph"/>
      </w:pPr>
      <w:r xmlns:w="http://schemas.openxmlformats.org/wordprocessingml/2006/main">
        <w:rPr>
          <w:b/>
          <w:bCs/>
        </w:rPr>
        <w:t xml:space="preserve">SFFT-MS3-16-028. </w:t>
      </w:r>
      <w:r xmlns:w="http://schemas.openxmlformats.org/wordprocessingml/2006/main">
        <w:t xml:space="preserve">Sa </w:t>
      </w:r>
      <w:r xmlns:w="http://schemas.openxmlformats.org/wordprocessingml/2006/main">
        <w:rPr>
          <w:b/>
          <w:bCs/>
        </w:rPr>
        <w:t xml:space="preserve">pinasimpleng single-street equilibrium model </w:t>
      </w:r>
      <w:r xmlns:w="http://schemas.openxmlformats.org/wordprocessingml/2006/main">
        <w:t xml:space="preserve">, isinasapanganib ng Kontrabida ang $120 na pagbluffing at maging $220. Ano ang minimum defense frequency benchmark (MDF) ng defender?</w:t>
      </w:r>
    </w:p>
    <w:p>
      <w:pPr xmlns:w="http://schemas.openxmlformats.org/wordprocessingml/2006/main">
        <w:pStyle w:val="Compact"/>
        <w:numPr>
          <w:ilvl w:val="0"/>
          <w:numId w:val="1051"/>
        </w:numPr>
      </w:pPr>
      <w:r xmlns:w="http://schemas.openxmlformats.org/wordprocessingml/2006/main">
        <w:t xml:space="preserve">A. 64.71%</w:t>
      </w:r>
    </w:p>
    <w:p>
      <w:pPr xmlns:w="http://schemas.openxmlformats.org/wordprocessingml/2006/main">
        <w:pStyle w:val="Compact"/>
        <w:numPr>
          <w:ilvl w:val="0"/>
          <w:numId w:val="1051"/>
        </w:numPr>
      </w:pPr>
      <w:r xmlns:w="http://schemas.openxmlformats.org/wordprocessingml/2006/main">
        <w:t xml:space="preserve">B. 26.09%</w:t>
      </w:r>
    </w:p>
    <w:p>
      <w:pPr xmlns:w="http://schemas.openxmlformats.org/wordprocessingml/2006/main">
        <w:pStyle w:val="Compact"/>
        <w:numPr>
          <w:ilvl w:val="0"/>
          <w:numId w:val="1051"/>
        </w:numPr>
      </w:pPr>
      <w:r xmlns:w="http://schemas.openxmlformats.org/wordprocessingml/2006/main">
        <w:t xml:space="preserve">C. 35.29%</w:t>
      </w:r>
    </w:p>
    <w:p>
      <w:pPr xmlns:w="http://schemas.openxmlformats.org/wordprocessingml/2006/main">
        <w:pStyle w:val="Compact"/>
        <w:numPr>
          <w:ilvl w:val="0"/>
          <w:numId w:val="1051"/>
        </w:numPr>
      </w:pPr>
      <w:r xmlns:w="http://schemas.openxmlformats.org/wordprocessingml/2006/main">
        <w:t xml:space="preserve">D. 56.71%</w:t>
      </w:r>
    </w:p>
    <w:p>
      <w:pPr xmlns:w="http://schemas.openxmlformats.org/wordprocessingml/2006/main">
        <w:pStyle w:val="FirstParagraph"/>
      </w:pPr>
      <w:r xmlns:w="http://schemas.openxmlformats.org/wordprocessingml/2006/main">
        <w:rPr>
          <w:b/>
          <w:bCs/>
        </w:rPr>
        <w:t xml:space="preserve">SFFT-MS3-16-029. </w:t>
      </w:r>
      <w:r xmlns:w="http://schemas.openxmlformats.org/wordprocessingml/2006/main">
        <w:t xml:space="preserve">Ang isang heads-up river pot ay may hawak na $140 </w:t>
      </w:r>
      <w:r xmlns:w="http://schemas.openxmlformats.org/wordprocessingml/2006/main">
        <w:rPr>
          <w:b/>
          <w:bCs/>
        </w:rPr>
        <w:t xml:space="preserve">bago </w:t>
      </w:r>
      <w:r xmlns:w="http://schemas.openxmlformats.org/wordprocessingml/2006/main">
        <w:t xml:space="preserve">tumaya ang Kontrabida ng $80. Tatapusin ng Hero ang aksyon at maaaring tumawag ng $80; ipagpalagay na walang tabla o rake. Anong eksaktong showdown-equity threshold ang kinakailangan ng isang tawag?</w:t>
      </w:r>
    </w:p>
    <w:p>
      <w:pPr xmlns:w="http://schemas.openxmlformats.org/wordprocessingml/2006/main">
        <w:pStyle w:val="Compact"/>
        <w:numPr>
          <w:ilvl w:val="0"/>
          <w:numId w:val="1052"/>
        </w:numPr>
      </w:pPr>
      <w:r xmlns:w="http://schemas.openxmlformats.org/wordprocessingml/2006/main">
        <w:t xml:space="preserve">A. 26.67%</w:t>
      </w:r>
    </w:p>
    <w:p>
      <w:pPr xmlns:w="http://schemas.openxmlformats.org/wordprocessingml/2006/main">
        <w:pStyle w:val="Compact"/>
        <w:numPr>
          <w:ilvl w:val="0"/>
          <w:numId w:val="1052"/>
        </w:numPr>
      </w:pPr>
      <w:r xmlns:w="http://schemas.openxmlformats.org/wordprocessingml/2006/main">
        <w:t xml:space="preserve">B. 36.36%</w:t>
      </w:r>
    </w:p>
    <w:p>
      <w:pPr xmlns:w="http://schemas.openxmlformats.org/wordprocessingml/2006/main">
        <w:pStyle w:val="Compact"/>
        <w:numPr>
          <w:ilvl w:val="0"/>
          <w:numId w:val="1052"/>
        </w:numPr>
      </w:pPr>
      <w:r xmlns:w="http://schemas.openxmlformats.org/wordprocessingml/2006/main">
        <w:t xml:space="preserve">C. 57.14%</w:t>
      </w:r>
    </w:p>
    <w:p>
      <w:pPr xmlns:w="http://schemas.openxmlformats.org/wordprocessingml/2006/main">
        <w:pStyle w:val="Compact"/>
        <w:numPr>
          <w:ilvl w:val="0"/>
          <w:numId w:val="1052"/>
        </w:numPr>
      </w:pPr>
      <w:r xmlns:w="http://schemas.openxmlformats.org/wordprocessingml/2006/main">
        <w:t xml:space="preserve">D. 73.33%</w:t>
      </w:r>
    </w:p>
    <w:p>
      <w:pPr xmlns:w="http://schemas.openxmlformats.org/wordprocessingml/2006/main">
        <w:pStyle w:val="FirstParagraph"/>
      </w:pPr>
      <w:r xmlns:w="http://schemas.openxmlformats.org/wordprocessingml/2006/main">
        <w:rPr>
          <w:b/>
          <w:bCs/>
        </w:rPr>
        <w:t xml:space="preserve">SFFT-MS3-16-030. </w:t>
      </w:r>
      <w:r xmlns:w="http://schemas.openxmlformats.org/wordprocessingml/2006/main">
        <w:t xml:space="preserve">Ang Hero ay may </w:t>
      </w:r>
      <w:r xmlns:w="http://schemas.openxmlformats.org/wordprocessingml/2006/main">
        <w:rPr>
          <w:b/>
          <w:bCs/>
        </w:rPr>
        <w:t xml:space="preserve">purong bluff-catcher </w:t>
      </w:r>
      <w:r xmlns:w="http://schemas.openxmlformats.org/wordprocessingml/2006/main">
        <w:t xml:space="preserve">sa isang heads-up river. Ang pot ay $110 bago ang $60 na taya. Ang explicit betting model ng Villain ay may 9 na equally weighted value combo na tatalo sa Hero at 8 bluffs na tatalo sa Hero, walang tabla o rake. Ano ang mas gusto ng modelong ito?</w:t>
      </w:r>
    </w:p>
    <w:p>
      <w:pPr xmlns:w="http://schemas.openxmlformats.org/wordprocessingml/2006/main">
        <w:pStyle w:val="Compact"/>
        <w:numPr>
          <w:ilvl w:val="0"/>
          <w:numId w:val="1053"/>
        </w:numPr>
      </w:pPr>
      <w:r xmlns:w="http://schemas.openxmlformats.org/wordprocessingml/2006/main">
        <w:t xml:space="preserve">A. Tawag, +EV sa nakasaad na modelo</w:t>
      </w:r>
    </w:p>
    <w:p>
      <w:pPr xmlns:w="http://schemas.openxmlformats.org/wordprocessingml/2006/main">
        <w:pStyle w:val="Compact"/>
        <w:numPr>
          <w:ilvl w:val="0"/>
          <w:numId w:val="1053"/>
        </w:numPr>
      </w:pPr>
      <w:r xmlns:w="http://schemas.openxmlformats.org/wordprocessingml/2006/main">
        <w:t xml:space="preserve">B. Tiklupin, ang tawag ay −EV sa nakasaad na modelo</w:t>
      </w:r>
    </w:p>
    <w:p>
      <w:pPr xmlns:w="http://schemas.openxmlformats.org/wordprocessingml/2006/main">
        <w:pStyle w:val="Compact"/>
        <w:numPr>
          <w:ilvl w:val="0"/>
          <w:numId w:val="1053"/>
        </w:numPr>
      </w:pPr>
      <w:r xmlns:w="http://schemas.openxmlformats.org/wordprocessingml/2006/main">
        <w:t xml:space="preserve">C. Tumawag, dahil anumang panlilinlang ay ginagawang tama ang pagtawag</w:t>
      </w:r>
    </w:p>
    <w:p>
      <w:pPr xmlns:w="http://schemas.openxmlformats.org/wordprocessingml/2006/main">
        <w:pStyle w:val="Compact"/>
        <w:numPr>
          <w:ilvl w:val="0"/>
          <w:numId w:val="1053"/>
        </w:numPr>
      </w:pPr>
      <w:r xmlns:w="http://schemas.openxmlformats.org/wordprocessingml/2006/main">
        <w:t xml:space="preserve">D. Itaas, dahil ang pot odds ay hindi mahalaga</w:t>
      </w:r>
    </w:p>
    <w:p>
      <w:pPr xmlns:w="http://schemas.openxmlformats.org/wordprocessingml/2006/main">
        <w:pStyle w:val="FirstParagraph"/>
      </w:pPr>
      <w:r xmlns:w="http://schemas.openxmlformats.org/wordprocessingml/2006/main">
        <w:rPr>
          <w:b/>
          <w:bCs/>
        </w:rPr>
        <w:t xml:space="preserve">SFFT-MS3-16-031. </w:t>
      </w:r>
      <w:r xmlns:w="http://schemas.openxmlformats.org/wordprocessingml/2006/main">
        <w:t xml:space="preserve">Isinasaalang-alang ni Hero ang isang </w:t>
      </w:r>
      <w:r xmlns:w="http://schemas.openxmlformats.org/wordprocessingml/2006/main">
        <w:rPr>
          <w:b/>
          <w:bCs/>
        </w:rPr>
        <w:t xml:space="preserve">zero-showdown-value </w:t>
      </w:r>
      <w:r xmlns:w="http://schemas.openxmlformats.org/wordprocessingml/2006/main">
        <w:t xml:space="preserve">river bluff na $40 para sa isang $120 na pot. Maaaring mag-fold o mag-call ang kontrabida at talunin si Hero. Anong fold frequency ang magpapa-break even sa bluff, bago mag-rake?</w:t>
      </w:r>
    </w:p>
    <w:p>
      <w:pPr xmlns:w="http://schemas.openxmlformats.org/wordprocessingml/2006/main">
        <w:pStyle w:val="Compact"/>
        <w:numPr>
          <w:ilvl w:val="0"/>
          <w:numId w:val="1054"/>
        </w:numPr>
      </w:pPr>
      <w:r xmlns:w="http://schemas.openxmlformats.org/wordprocessingml/2006/main">
        <w:t xml:space="preserve">A. 25.00%</w:t>
      </w:r>
    </w:p>
    <w:p>
      <w:pPr xmlns:w="http://schemas.openxmlformats.org/wordprocessingml/2006/main">
        <w:pStyle w:val="Compact"/>
        <w:numPr>
          <w:ilvl w:val="0"/>
          <w:numId w:val="1054"/>
        </w:numPr>
      </w:pPr>
      <w:r xmlns:w="http://schemas.openxmlformats.org/wordprocessingml/2006/main">
        <w:t xml:space="preserve">B. 20.00%</w:t>
      </w:r>
    </w:p>
    <w:p>
      <w:pPr xmlns:w="http://schemas.openxmlformats.org/wordprocessingml/2006/main">
        <w:pStyle w:val="Compact"/>
        <w:numPr>
          <w:ilvl w:val="0"/>
          <w:numId w:val="1054"/>
        </w:numPr>
      </w:pPr>
      <w:r xmlns:w="http://schemas.openxmlformats.org/wordprocessingml/2006/main">
        <w:t xml:space="preserve">C. 33.33%</w:t>
      </w:r>
    </w:p>
    <w:p>
      <w:pPr xmlns:w="http://schemas.openxmlformats.org/wordprocessingml/2006/main">
        <w:pStyle w:val="Compact"/>
        <w:numPr>
          <w:ilvl w:val="0"/>
          <w:numId w:val="1054"/>
        </w:numPr>
      </w:pPr>
      <w:r xmlns:w="http://schemas.openxmlformats.org/wordprocessingml/2006/main">
        <w:t xml:space="preserve">D. 75.00%</w:t>
      </w:r>
    </w:p>
    <w:p>
      <w:pPr xmlns:w="http://schemas.openxmlformats.org/wordprocessingml/2006/main">
        <w:pStyle w:val="FirstParagraph"/>
      </w:pPr>
      <w:r xmlns:w="http://schemas.openxmlformats.org/wordprocessingml/2006/main">
        <w:rPr>
          <w:b/>
          <w:bCs/>
        </w:rPr>
        <w:t xml:space="preserve">SFFT-MS3-16-032. </w:t>
      </w:r>
      <w:r xmlns:w="http://schemas.openxmlformats.org/wordprocessingml/2006/main">
        <w:t xml:space="preserve">Sa flop, ang pot ay $110 at ang </w:t>
      </w:r>
      <w:r xmlns:w="http://schemas.openxmlformats.org/wordprocessingml/2006/main">
        <w:rPr>
          <w:b/>
          <w:bCs/>
        </w:rPr>
        <w:t xml:space="preserve">epektibong natitirang stack </w:t>
      </w:r>
      <w:r xmlns:w="http://schemas.openxmlformats.org/wordprocessingml/2006/main">
        <w:t xml:space="preserve">ay $200. Ano ang flop stack-to-pot ratio (SPR)?</w:t>
      </w:r>
    </w:p>
    <w:p>
      <w:pPr xmlns:w="http://schemas.openxmlformats.org/wordprocessingml/2006/main">
        <w:pStyle w:val="Compact"/>
        <w:numPr>
          <w:ilvl w:val="0"/>
          <w:numId w:val="1055"/>
        </w:numPr>
      </w:pPr>
      <w:r xmlns:w="http://schemas.openxmlformats.org/wordprocessingml/2006/main">
        <w:t xml:space="preserve">A. 1.82</w:t>
      </w:r>
    </w:p>
    <w:p>
      <w:pPr xmlns:w="http://schemas.openxmlformats.org/wordprocessingml/2006/main">
        <w:pStyle w:val="Compact"/>
        <w:numPr>
          <w:ilvl w:val="0"/>
          <w:numId w:val="1055"/>
        </w:numPr>
      </w:pPr>
      <w:r xmlns:w="http://schemas.openxmlformats.org/wordprocessingml/2006/main">
        <w:t xml:space="preserve">B. 0.55</w:t>
      </w:r>
    </w:p>
    <w:p>
      <w:pPr xmlns:w="http://schemas.openxmlformats.org/wordprocessingml/2006/main">
        <w:pStyle w:val="Compact"/>
        <w:numPr>
          <w:ilvl w:val="0"/>
          <w:numId w:val="1055"/>
        </w:numPr>
      </w:pPr>
      <w:r xmlns:w="http://schemas.openxmlformats.org/wordprocessingml/2006/main">
        <w:t xml:space="preserve">C. 1.33</w:t>
      </w:r>
    </w:p>
    <w:p>
      <w:pPr xmlns:w="http://schemas.openxmlformats.org/wordprocessingml/2006/main">
        <w:pStyle w:val="Compact"/>
        <w:numPr>
          <w:ilvl w:val="0"/>
          <w:numId w:val="1055"/>
        </w:numPr>
      </w:pPr>
      <w:r xmlns:w="http://schemas.openxmlformats.org/wordprocessingml/2006/main">
        <w:t xml:space="preserve">D. 2.82</w:t>
      </w:r>
    </w:p>
    <w:p>
      <w:pPr xmlns:w="http://schemas.openxmlformats.org/wordprocessingml/2006/main">
        <w:pStyle w:val="FirstParagraph"/>
      </w:pPr>
      <w:r xmlns:w="http://schemas.openxmlformats.org/wordprocessingml/2006/main">
        <w:rPr>
          <w:b/>
          <w:bCs/>
        </w:rPr>
        <w:t xml:space="preserve">SFFT-MS3-16-033. </w:t>
      </w:r>
      <w:r xmlns:w="http://schemas.openxmlformats.org/wordprocessingml/2006/main">
        <w:t xml:space="preserve">Sa isang </w:t>
      </w:r>
      <w:r xmlns:w="http://schemas.openxmlformats.org/wordprocessingml/2006/main">
        <w:rPr>
          <w:b/>
          <w:bCs/>
        </w:rPr>
        <w:t xml:space="preserve">hipotetikal na modelo ng saklaw </w:t>
      </w:r>
      <w:r xmlns:w="http://schemas.openxmlformats.org/wordprocessingml/2006/main">
        <w:t xml:space="preserve">, ang Kontrabida ay mayroong 8 posibleng kombinasyon ng halaga at 12 posibleng kombinasyon ng bluff. Ginagawa nila ang naobserbahang taya na may halagang 25% at 75% ng oras ay may mga bluff. Ilang bahagi ng </w:t>
      </w:r>
      <w:r xmlns:w="http://schemas.openxmlformats.org/wordprocessingml/2006/main">
        <w:rPr>
          <w:b/>
          <w:bCs/>
        </w:rPr>
        <w:t xml:space="preserve">kanilang mga taya </w:t>
      </w:r>
      <w:r xmlns:w="http://schemas.openxmlformats.org/wordprocessingml/2006/main">
        <w:t xml:space="preserve">ang bluff?</w:t>
      </w:r>
    </w:p>
    <w:p>
      <w:pPr xmlns:w="http://schemas.openxmlformats.org/wordprocessingml/2006/main">
        <w:pStyle w:val="Compact"/>
        <w:numPr>
          <w:ilvl w:val="0"/>
          <w:numId w:val="1056"/>
        </w:numPr>
      </w:pPr>
      <w:r xmlns:w="http://schemas.openxmlformats.org/wordprocessingml/2006/main">
        <w:t xml:space="preserve">A. 81.82%</w:t>
      </w:r>
    </w:p>
    <w:p>
      <w:pPr xmlns:w="http://schemas.openxmlformats.org/wordprocessingml/2006/main">
        <w:pStyle w:val="Compact"/>
        <w:numPr>
          <w:ilvl w:val="0"/>
          <w:numId w:val="1056"/>
        </w:numPr>
      </w:pPr>
      <w:r xmlns:w="http://schemas.openxmlformats.org/wordprocessingml/2006/main">
        <w:t xml:space="preserve">B. 60.00%</w:t>
      </w:r>
    </w:p>
    <w:p>
      <w:pPr xmlns:w="http://schemas.openxmlformats.org/wordprocessingml/2006/main">
        <w:pStyle w:val="Compact"/>
        <w:numPr>
          <w:ilvl w:val="0"/>
          <w:numId w:val="1056"/>
        </w:numPr>
      </w:pPr>
      <w:r xmlns:w="http://schemas.openxmlformats.org/wordprocessingml/2006/main">
        <w:t xml:space="preserve">C. 18.18%</w:t>
      </w:r>
    </w:p>
    <w:p>
      <w:pPr xmlns:w="http://schemas.openxmlformats.org/wordprocessingml/2006/main">
        <w:pStyle w:val="Compact"/>
        <w:numPr>
          <w:ilvl w:val="0"/>
          <w:numId w:val="1056"/>
        </w:numPr>
      </w:pPr>
      <w:r xmlns:w="http://schemas.openxmlformats.org/wordprocessingml/2006/main">
        <w:t xml:space="preserve">D. 75.00%</w:t>
      </w:r>
    </w:p>
    <w:p>
      <w:pPr xmlns:w="http://schemas.openxmlformats.org/wordprocessingml/2006/main">
        <w:pStyle w:val="FirstParagraph"/>
      </w:pPr>
      <w:r xmlns:w="http://schemas.openxmlformats.org/wordprocessingml/2006/main">
        <w:rPr>
          <w:b/>
          <w:bCs/>
        </w:rPr>
        <w:t xml:space="preserve">SFFT-MS3-16-034. </w:t>
      </w:r>
      <w:r xmlns:w="http://schemas.openxmlformats.org/wordprocessingml/2006/main">
        <w:t xml:space="preserve">Ang Hero at ang board ay magkasamang nagpapakita ng </w:t>
      </w:r>
      <w:r xmlns:w="http://schemas.openxmlformats.org/wordprocessingml/2006/main">
        <w:rPr>
          <w:b/>
          <w:bCs/>
        </w:rPr>
        <w:t xml:space="preserve">2 reyna </w:t>
      </w:r>
      <w:r xmlns:w="http://schemas.openxmlformats.org/wordprocessingml/2006/main">
        <w:t xml:space="preserve">. Ilang eksaktong kombinasyon ng QQ ang kaya pa ring hawakan ng Kontrabida?</w:t>
      </w:r>
    </w:p>
    <w:p>
      <w:pPr xmlns:w="http://schemas.openxmlformats.org/wordprocessingml/2006/main">
        <w:pStyle w:val="Compact"/>
        <w:numPr>
          <w:ilvl w:val="0"/>
          <w:numId w:val="1057"/>
        </w:numPr>
      </w:pPr>
      <w:r xmlns:w="http://schemas.openxmlformats.org/wordprocessingml/2006/main">
        <w:t xml:space="preserve">A. 1</w:t>
      </w:r>
    </w:p>
    <w:p>
      <w:pPr xmlns:w="http://schemas.openxmlformats.org/wordprocessingml/2006/main">
        <w:pStyle w:val="Compact"/>
        <w:numPr>
          <w:ilvl w:val="0"/>
          <w:numId w:val="1057"/>
        </w:numPr>
      </w:pPr>
      <w:r xmlns:w="http://schemas.openxmlformats.org/wordprocessingml/2006/main">
        <w:t xml:space="preserve">B.6</w:t>
      </w:r>
    </w:p>
    <w:p>
      <w:pPr xmlns:w="http://schemas.openxmlformats.org/wordprocessingml/2006/main">
        <w:pStyle w:val="Compact"/>
        <w:numPr>
          <w:ilvl w:val="0"/>
          <w:numId w:val="1057"/>
        </w:numPr>
      </w:pPr>
      <w:r xmlns:w="http://schemas.openxmlformats.org/wordprocessingml/2006/main">
        <w:t xml:space="preserve">C. 3</w:t>
      </w:r>
    </w:p>
    <w:p>
      <w:pPr xmlns:w="http://schemas.openxmlformats.org/wordprocessingml/2006/main">
        <w:pStyle w:val="Compact"/>
        <w:numPr>
          <w:ilvl w:val="0"/>
          <w:numId w:val="1057"/>
        </w:numPr>
      </w:pPr>
      <w:r xmlns:w="http://schemas.openxmlformats.org/wordprocessingml/2006/main">
        <w:t xml:space="preserve">D.4</w:t>
      </w:r>
    </w:p>
    <w:p>
      <w:pPr xmlns:w="http://schemas.openxmlformats.org/wordprocessingml/2006/main">
        <w:pStyle w:val="FirstParagraph"/>
      </w:pPr>
      <w:r xmlns:w="http://schemas.openxmlformats.org/wordprocessingml/2006/main">
        <w:rPr>
          <w:b/>
          <w:bCs/>
        </w:rPr>
        <w:t xml:space="preserve">SFFT-MS3-16-035. </w:t>
      </w:r>
      <w:r xmlns:w="http://schemas.openxmlformats.org/wordprocessingml/2006/main">
        <w:t xml:space="preserve">Sa flop, na may </w:t>
      </w:r>
      <w:r xmlns:w="http://schemas.openxmlformats.org/wordprocessingml/2006/main">
        <w:rPr>
          <w:b/>
          <w:bCs/>
        </w:rPr>
        <w:t xml:space="preserve">12 clean out </w:t>
      </w:r>
      <w:r xmlns:w="http://schemas.openxmlformats.org/wordprocessingml/2006/main">
        <w:t xml:space="preserve">at eksaktong isa pang baraha na maibibigay, ano ang tsansa na ang susunod na baraha ay maging isa sa mga out na iyon? Ituring ang lahat ng hindi pa nakikitang baraha na pantay ang posibilidad.</w:t>
      </w:r>
    </w:p>
    <w:p>
      <w:pPr xmlns:w="http://schemas.openxmlformats.org/wordprocessingml/2006/main">
        <w:pStyle w:val="Compact"/>
        <w:numPr>
          <w:ilvl w:val="0"/>
          <w:numId w:val="1058"/>
        </w:numPr>
      </w:pPr>
      <w:r xmlns:w="http://schemas.openxmlformats.org/wordprocessingml/2006/main">
        <w:t xml:space="preserve">A. 25.53%</w:t>
      </w:r>
    </w:p>
    <w:p>
      <w:pPr xmlns:w="http://schemas.openxmlformats.org/wordprocessingml/2006/main">
        <w:pStyle w:val="Compact"/>
        <w:numPr>
          <w:ilvl w:val="0"/>
          <w:numId w:val="1058"/>
        </w:numPr>
      </w:pPr>
      <w:r xmlns:w="http://schemas.openxmlformats.org/wordprocessingml/2006/main">
        <w:t xml:space="preserve">B. 26.67%</w:t>
      </w:r>
    </w:p>
    <w:p>
      <w:pPr xmlns:w="http://schemas.openxmlformats.org/wordprocessingml/2006/main">
        <w:pStyle w:val="Compact"/>
        <w:numPr>
          <w:ilvl w:val="0"/>
          <w:numId w:val="1058"/>
        </w:numPr>
      </w:pPr>
      <w:r xmlns:w="http://schemas.openxmlformats.org/wordprocessingml/2006/main">
        <w:t xml:space="preserve">C. 51.06%</w:t>
      </w:r>
    </w:p>
    <w:p>
      <w:pPr xmlns:w="http://schemas.openxmlformats.org/wordprocessingml/2006/main">
        <w:pStyle w:val="Compact"/>
        <w:numPr>
          <w:ilvl w:val="0"/>
          <w:numId w:val="1058"/>
        </w:numPr>
      </w:pPr>
      <w:r xmlns:w="http://schemas.openxmlformats.org/wordprocessingml/2006/main">
        <w:t xml:space="preserve">D. 48.00%</w:t>
      </w:r>
    </w:p>
    <w:p>
      <w:pPr xmlns:w="http://schemas.openxmlformats.org/wordprocessingml/2006/main">
        <w:pStyle w:val="FirstParagraph"/>
      </w:pPr>
      <w:r xmlns:w="http://schemas.openxmlformats.org/wordprocessingml/2006/main">
        <w:rPr>
          <w:b/>
          <w:bCs/>
        </w:rPr>
        <w:t xml:space="preserve">SFFT-MS3-16-036. </w:t>
      </w:r>
      <w:r xmlns:w="http://schemas.openxmlformats.org/wordprocessingml/2006/main">
        <w:t xml:space="preserve">Ang Hero ay may </w:t>
      </w:r>
      <w:r xmlns:w="http://schemas.openxmlformats.org/wordprocessingml/2006/main">
        <w:rPr>
          <w:b/>
          <w:bCs/>
        </w:rPr>
        <w:t xml:space="preserve">purong bluff-catcher </w:t>
      </w:r>
      <w:r xmlns:w="http://schemas.openxmlformats.org/wordprocessingml/2006/main">
        <w:t xml:space="preserve">sa isang heads-up river. Ang pot ay $170 bago ang $120 na taya. Ang tahasang modelo ng pagtaya ng kontrabida ay may 12 pantay na timbang na value combo na tatalo sa Hero at 5 bluff na tatalo sa Hero, walang tabla o rake. Ano ang mas gusto ng modelong ito?</w:t>
      </w:r>
    </w:p>
    <w:p>
      <w:pPr xmlns:w="http://schemas.openxmlformats.org/wordprocessingml/2006/main">
        <w:pStyle w:val="Compact"/>
        <w:numPr>
          <w:ilvl w:val="0"/>
          <w:numId w:val="1059"/>
        </w:numPr>
      </w:pPr>
      <w:r xmlns:w="http://schemas.openxmlformats.org/wordprocessingml/2006/main">
        <w:t xml:space="preserve">A. Tawag, +EV sa nakasaad na modelo</w:t>
      </w:r>
    </w:p>
    <w:p>
      <w:pPr xmlns:w="http://schemas.openxmlformats.org/wordprocessingml/2006/main">
        <w:pStyle w:val="Compact"/>
        <w:numPr>
          <w:ilvl w:val="0"/>
          <w:numId w:val="1059"/>
        </w:numPr>
      </w:pPr>
      <w:r xmlns:w="http://schemas.openxmlformats.org/wordprocessingml/2006/main">
        <w:t xml:space="preserve">B. Tiklupin, ang tawag ay −EV sa nakasaad na modelo</w:t>
      </w:r>
    </w:p>
    <w:p>
      <w:pPr xmlns:w="http://schemas.openxmlformats.org/wordprocessingml/2006/main">
        <w:pStyle w:val="Compact"/>
        <w:numPr>
          <w:ilvl w:val="0"/>
          <w:numId w:val="1059"/>
        </w:numPr>
      </w:pPr>
      <w:r xmlns:w="http://schemas.openxmlformats.org/wordprocessingml/2006/main">
        <w:t xml:space="preserve">C. Tumawag, dahil anumang panlilinlang ay ginagawang tama ang pagtawag</w:t>
      </w:r>
    </w:p>
    <w:p>
      <w:pPr xmlns:w="http://schemas.openxmlformats.org/wordprocessingml/2006/main">
        <w:pStyle w:val="Compact"/>
        <w:numPr>
          <w:ilvl w:val="0"/>
          <w:numId w:val="1059"/>
        </w:numPr>
      </w:pPr>
      <w:r xmlns:w="http://schemas.openxmlformats.org/wordprocessingml/2006/main">
        <w:t xml:space="preserve">D. Itaas, dahil ang pot odds ay hindi mahalaga</w:t>
      </w:r>
    </w:p>
    <w:p>
      <w:pPr xmlns:w="http://schemas.openxmlformats.org/wordprocessingml/2006/main">
        <w:pStyle w:val="FirstParagraph"/>
      </w:pPr>
      <w:r xmlns:w="http://schemas.openxmlformats.org/wordprocessingml/2006/main">
        <w:rPr>
          <w:b/>
          <w:bCs/>
        </w:rPr>
        <w:t xml:space="preserve">SFFT-MS3-16-037. </w:t>
      </w:r>
      <w:r xmlns:w="http://schemas.openxmlformats.org/wordprocessingml/2006/main">
        <w:t xml:space="preserve">Sa </w:t>
      </w:r>
      <w:r xmlns:w="http://schemas.openxmlformats.org/wordprocessingml/2006/main">
        <w:rPr>
          <w:b/>
          <w:bCs/>
        </w:rPr>
        <w:t xml:space="preserve">pinasimpleng single-street equilibrium model </w:t>
      </w:r>
      <w:r xmlns:w="http://schemas.openxmlformats.org/wordprocessingml/2006/main">
        <w:t xml:space="preserve">, isinasapanganib ng Kontrabida ang $60 na pagbluffing at maging $80. Ano ang minimum defense frequency benchmark (MDF) ng defender?</w:t>
      </w:r>
    </w:p>
    <w:p>
      <w:pPr xmlns:w="http://schemas.openxmlformats.org/wordprocessingml/2006/main">
        <w:pStyle w:val="Compact"/>
        <w:numPr>
          <w:ilvl w:val="0"/>
          <w:numId w:val="1060"/>
        </w:numPr>
      </w:pPr>
      <w:r xmlns:w="http://schemas.openxmlformats.org/wordprocessingml/2006/main">
        <w:t xml:space="preserve">A. 57.14%</w:t>
      </w:r>
    </w:p>
    <w:p>
      <w:pPr xmlns:w="http://schemas.openxmlformats.org/wordprocessingml/2006/main">
        <w:pStyle w:val="Compact"/>
        <w:numPr>
          <w:ilvl w:val="0"/>
          <w:numId w:val="1060"/>
        </w:numPr>
      </w:pPr>
      <w:r xmlns:w="http://schemas.openxmlformats.org/wordprocessingml/2006/main">
        <w:t xml:space="preserve">B. 30.00%</w:t>
      </w:r>
    </w:p>
    <w:p>
      <w:pPr xmlns:w="http://schemas.openxmlformats.org/wordprocessingml/2006/main">
        <w:pStyle w:val="Compact"/>
        <w:numPr>
          <w:ilvl w:val="0"/>
          <w:numId w:val="1060"/>
        </w:numPr>
      </w:pPr>
      <w:r xmlns:w="http://schemas.openxmlformats.org/wordprocessingml/2006/main">
        <w:t xml:space="preserve">C. 42.86%</w:t>
      </w:r>
    </w:p>
    <w:p>
      <w:pPr xmlns:w="http://schemas.openxmlformats.org/wordprocessingml/2006/main">
        <w:pStyle w:val="Compact"/>
        <w:numPr>
          <w:ilvl w:val="0"/>
          <w:numId w:val="1060"/>
        </w:numPr>
      </w:pPr>
      <w:r xmlns:w="http://schemas.openxmlformats.org/wordprocessingml/2006/main">
        <w:t xml:space="preserve">D. 49.14%</w:t>
      </w:r>
    </w:p>
    <w:p>
      <w:pPr xmlns:w="http://schemas.openxmlformats.org/wordprocessingml/2006/main">
        <w:pStyle w:val="FirstParagraph"/>
      </w:pPr>
      <w:r xmlns:w="http://schemas.openxmlformats.org/wordprocessingml/2006/main">
        <w:rPr>
          <w:b/>
          <w:bCs/>
        </w:rPr>
        <w:t xml:space="preserve">SFFT-MS3-16-038. </w:t>
      </w:r>
      <w:r xmlns:w="http://schemas.openxmlformats.org/wordprocessingml/2006/main">
        <w:t xml:space="preserve">Sa isang </w:t>
      </w:r>
      <w:r xmlns:w="http://schemas.openxmlformats.org/wordprocessingml/2006/main">
        <w:rPr>
          <w:b/>
          <w:bCs/>
        </w:rPr>
        <w:t xml:space="preserve">modelo ng laruan na may hayagang independiyenteng kakayahan </w:t>
      </w:r>
      <w:r xmlns:w="http://schemas.openxmlformats.org/wordprocessingml/2006/main">
        <w:t xml:space="preserve">, ang Manlalaro A ay tiklop papunta sa river bluff ng Bayani nang 80% ng oras at ang Manlalaro B ay tiklop nang 50%. Ang Bayani ay mananalo lamang nang walang pag-aalinlangan kung </w:t>
      </w:r>
      <w:r xmlns:w="http://schemas.openxmlformats.org/wordprocessingml/2006/main">
        <w:rPr>
          <w:b/>
          <w:bCs/>
        </w:rPr>
        <w:t xml:space="preserve">pareho silang </w:t>
      </w:r>
      <w:r xmlns:w="http://schemas.openxmlformats.org/wordprocessingml/2006/main">
        <w:t xml:space="preserve">tiklop. Ano ang probabilidad ng both-fold?</w:t>
      </w:r>
    </w:p>
    <w:p>
      <w:pPr xmlns:w="http://schemas.openxmlformats.org/wordprocessingml/2006/main">
        <w:pStyle w:val="Compact"/>
        <w:numPr>
          <w:ilvl w:val="0"/>
          <w:numId w:val="1061"/>
        </w:numPr>
      </w:pPr>
      <w:r xmlns:w="http://schemas.openxmlformats.org/wordprocessingml/2006/main">
        <w:t xml:space="preserve">A. 40.00%</w:t>
      </w:r>
    </w:p>
    <w:p>
      <w:pPr xmlns:w="http://schemas.openxmlformats.org/wordprocessingml/2006/main">
        <w:pStyle w:val="Compact"/>
        <w:numPr>
          <w:ilvl w:val="0"/>
          <w:numId w:val="1061"/>
        </w:numPr>
      </w:pPr>
      <w:r xmlns:w="http://schemas.openxmlformats.org/wordprocessingml/2006/main">
        <w:t xml:space="preserve">B. 80.00%</w:t>
      </w:r>
    </w:p>
    <w:p>
      <w:pPr xmlns:w="http://schemas.openxmlformats.org/wordprocessingml/2006/main">
        <w:pStyle w:val="Compact"/>
        <w:numPr>
          <w:ilvl w:val="0"/>
          <w:numId w:val="1061"/>
        </w:numPr>
      </w:pPr>
      <w:r xmlns:w="http://schemas.openxmlformats.org/wordprocessingml/2006/main">
        <w:t xml:space="preserve">C. 50.00%</w:t>
      </w:r>
    </w:p>
    <w:p>
      <w:pPr xmlns:w="http://schemas.openxmlformats.org/wordprocessingml/2006/main">
        <w:pStyle w:val="Compact"/>
        <w:numPr>
          <w:ilvl w:val="0"/>
          <w:numId w:val="1061"/>
        </w:numPr>
      </w:pPr>
      <w:r xmlns:w="http://schemas.openxmlformats.org/wordprocessingml/2006/main">
        <w:t xml:space="preserve">D. 65.00%</w:t>
      </w:r>
    </w:p>
    <w:p>
      <w:pPr xmlns:w="http://schemas.openxmlformats.org/wordprocessingml/2006/main">
        <w:pStyle w:val="FirstParagraph"/>
      </w:pPr>
      <w:r xmlns:w="http://schemas.openxmlformats.org/wordprocessingml/2006/main">
        <w:rPr>
          <w:b/>
          <w:bCs/>
        </w:rPr>
        <w:t xml:space="preserve">SFFT-MS3-16-039. </w:t>
      </w:r>
      <w:r xmlns:w="http://schemas.openxmlformats.org/wordprocessingml/2006/main">
        <w:t xml:space="preserve">Isinasaalang-alang ni Hero ang isang </w:t>
      </w:r>
      <w:r xmlns:w="http://schemas.openxmlformats.org/wordprocessingml/2006/main">
        <w:rPr>
          <w:b/>
          <w:bCs/>
        </w:rPr>
        <w:t xml:space="preserve">zero-showdown-value </w:t>
      </w:r>
      <w:r xmlns:w="http://schemas.openxmlformats.org/wordprocessingml/2006/main">
        <w:t xml:space="preserve">river bluff na $50 para sa isang $180 na pot. Maaaring mag-fold o mag-call ang kontrabida at talunin si Hero. Anong fold frequency ang magpapa-break even sa bluff, bago mag-rake?</w:t>
      </w:r>
    </w:p>
    <w:p>
      <w:pPr xmlns:w="http://schemas.openxmlformats.org/wordprocessingml/2006/main">
        <w:pStyle w:val="Compact"/>
        <w:numPr>
          <w:ilvl w:val="0"/>
          <w:numId w:val="1062"/>
        </w:numPr>
      </w:pPr>
      <w:r xmlns:w="http://schemas.openxmlformats.org/wordprocessingml/2006/main">
        <w:t xml:space="preserve">A. 21.74%</w:t>
      </w:r>
    </w:p>
    <w:p>
      <w:pPr xmlns:w="http://schemas.openxmlformats.org/wordprocessingml/2006/main">
        <w:pStyle w:val="Compact"/>
        <w:numPr>
          <w:ilvl w:val="0"/>
          <w:numId w:val="1062"/>
        </w:numPr>
      </w:pPr>
      <w:r xmlns:w="http://schemas.openxmlformats.org/wordprocessingml/2006/main">
        <w:t xml:space="preserve">B. 17.86%</w:t>
      </w:r>
    </w:p>
    <w:p>
      <w:pPr xmlns:w="http://schemas.openxmlformats.org/wordprocessingml/2006/main">
        <w:pStyle w:val="Compact"/>
        <w:numPr>
          <w:ilvl w:val="0"/>
          <w:numId w:val="1062"/>
        </w:numPr>
      </w:pPr>
      <w:r xmlns:w="http://schemas.openxmlformats.org/wordprocessingml/2006/main">
        <w:t xml:space="preserve">C. 27.78%</w:t>
      </w:r>
    </w:p>
    <w:p>
      <w:pPr xmlns:w="http://schemas.openxmlformats.org/wordprocessingml/2006/main">
        <w:pStyle w:val="Compact"/>
        <w:numPr>
          <w:ilvl w:val="0"/>
          <w:numId w:val="1062"/>
        </w:numPr>
      </w:pPr>
      <w:r xmlns:w="http://schemas.openxmlformats.org/wordprocessingml/2006/main">
        <w:t xml:space="preserve">D. 78.26%</w:t>
      </w:r>
    </w:p>
    <w:p>
      <w:pPr xmlns:w="http://schemas.openxmlformats.org/wordprocessingml/2006/main">
        <w:pStyle w:val="FirstParagraph"/>
      </w:pPr>
      <w:r xmlns:w="http://schemas.openxmlformats.org/wordprocessingml/2006/main">
        <w:rPr>
          <w:b/>
          <w:bCs/>
        </w:rPr>
        <w:t xml:space="preserve">SFFT-MS3-16-040. </w:t>
      </w:r>
      <w:r xmlns:w="http://schemas.openxmlformats.org/wordprocessingml/2006/main">
        <w:t xml:space="preserve">Ang isang heads-up river pot ay may hawak na $100 </w:t>
      </w:r>
      <w:r xmlns:w="http://schemas.openxmlformats.org/wordprocessingml/2006/main">
        <w:rPr>
          <w:b/>
          <w:bCs/>
        </w:rPr>
        <w:t xml:space="preserve">bago </w:t>
      </w:r>
      <w:r xmlns:w="http://schemas.openxmlformats.org/wordprocessingml/2006/main">
        <w:t xml:space="preserve">tumaya ang Kontrabida ng $50. Tatapusin ng Hero ang aksyon at maaaring tumawag ng $50; ipagpalagay na walang tabla o rake. Anong eksaktong showdown-equity threshold ang kinakailangan ng isang tawag?</w:t>
      </w:r>
    </w:p>
    <w:p>
      <w:pPr xmlns:w="http://schemas.openxmlformats.org/wordprocessingml/2006/main">
        <w:pStyle w:val="Compact"/>
        <w:numPr>
          <w:ilvl w:val="0"/>
          <w:numId w:val="1063"/>
        </w:numPr>
      </w:pPr>
      <w:r xmlns:w="http://schemas.openxmlformats.org/wordprocessingml/2006/main">
        <w:t xml:space="preserve">A. 25.00%</w:t>
      </w:r>
    </w:p>
    <w:p>
      <w:pPr xmlns:w="http://schemas.openxmlformats.org/wordprocessingml/2006/main">
        <w:pStyle w:val="Compact"/>
        <w:numPr>
          <w:ilvl w:val="0"/>
          <w:numId w:val="1063"/>
        </w:numPr>
      </w:pPr>
      <w:r xmlns:w="http://schemas.openxmlformats.org/wordprocessingml/2006/main">
        <w:t xml:space="preserve">B. 33.33%</w:t>
      </w:r>
    </w:p>
    <w:p>
      <w:pPr xmlns:w="http://schemas.openxmlformats.org/wordprocessingml/2006/main">
        <w:pStyle w:val="Compact"/>
        <w:numPr>
          <w:ilvl w:val="0"/>
          <w:numId w:val="1063"/>
        </w:numPr>
      </w:pPr>
      <w:r xmlns:w="http://schemas.openxmlformats.org/wordprocessingml/2006/main">
        <w:t xml:space="preserve">C. 50.00%</w:t>
      </w:r>
    </w:p>
    <w:p>
      <w:pPr xmlns:w="http://schemas.openxmlformats.org/wordprocessingml/2006/main">
        <w:pStyle w:val="Compact"/>
        <w:numPr>
          <w:ilvl w:val="0"/>
          <w:numId w:val="1063"/>
        </w:numPr>
      </w:pPr>
      <w:r xmlns:w="http://schemas.openxmlformats.org/wordprocessingml/2006/main">
        <w:t xml:space="preserve">D. 75.00%</w:t>
      </w:r>
    </w:p>
    <w:bookmarkEnd w:id="279"/>
    <w:bookmarkEnd w:id="280"/>
    <w:bookmarkStart w:id="281" w:name="answer-key-with-explanations"/>
    <w:p>
      <w:pPr xmlns:w="http://schemas.openxmlformats.org/wordprocessingml/2006/main">
        <w:pStyle w:val="Heading2"/>
      </w:pPr>
      <w:r xmlns:w="http://schemas.openxmlformats.org/wordprocessingml/2006/main">
        <w:t xml:space="preserve">Susi sa Sagot na may mga paliwanag</w:t>
      </w:r>
    </w:p>
    <w:p>
      <w:pPr xmlns:w="http://schemas.openxmlformats.org/wordprocessingml/2006/main">
        <w:pStyle w:val="FirstParagraph"/>
      </w:pPr>
      <w:r xmlns:w="http://schemas.openxmlformats.org/wordprocessingml/2006/main">
        <w:rPr>
          <w:b/>
          <w:bCs/>
        </w:rPr>
        <w:t xml:space="preserve">SFFT-MS3-16-001: A. </w:t>
      </w:r>
      <w:r xmlns:w="http://schemas.openxmlformats.org/wordprocessingml/2006/main">
        <w:t xml:space="preserve">Ang huling puhunan pagkatapos ng isang tawag ay $140+$20+$20=$180; ang tawag ay nagkakahalaga ng $20, kaya ang kinakailangang equity ay 20/180 = 11.11%.</w:t>
      </w:r>
    </w:p>
    <w:p>
      <w:pPr xmlns:w="http://schemas.openxmlformats.org/wordprocessingml/2006/main">
        <w:pStyle w:val="BodyText"/>
      </w:pPr>
      <w:r xmlns:w="http://schemas.openxmlformats.org/wordprocessingml/2006/main">
        <w:rPr>
          <w:b/>
          <w:bCs/>
        </w:rPr>
        <w:t xml:space="preserve">Bakit mali si B: </w:t>
      </w:r>
      <w:r xmlns:w="http://schemas.openxmlformats.org/wordprocessingml/2006/main">
        <w:t xml:space="preserve">Mali: binabalewala nito ang kontribusyon ng Hero sa huling pot. </w:t>
      </w:r>
      <w:r xmlns:w="http://schemas.openxmlformats.org/wordprocessingml/2006/main">
        <w:br xmlns:w="http://schemas.openxmlformats.org/wordprocessingml/2006/main"/>
      </w:r>
      <w:r xmlns:w="http://schemas.openxmlformats.org/wordprocessingml/2006/main">
        <w:rPr>
          <w:b/>
          <w:bCs/>
        </w:rPr>
        <w:t xml:space="preserve">Bakit mali si C: </w:t>
      </w:r>
      <w:r xmlns:w="http://schemas.openxmlformats.org/wordprocessingml/2006/main">
        <w:t xml:space="preserve">Mali: inihahambing nito ang call cost sa pot bago ang taya at call. </w:t>
      </w:r>
      <w:r xmlns:w="http://schemas.openxmlformats.org/wordprocessingml/2006/main">
        <w:br xmlns:w="http://schemas.openxmlformats.org/wordprocessingml/2006/main"/>
      </w:r>
      <w:r xmlns:w="http://schemas.openxmlformats.org/wordprocessingml/2006/main">
        <w:rPr>
          <w:b/>
          <w:bCs/>
        </w:rPr>
        <w:t xml:space="preserve">Bakit mali si D: </w:t>
      </w:r>
      <w:r xmlns:w="http://schemas.openxmlformats.org/wordprocessingml/2006/main">
        <w:t xml:space="preserve">Mali: ito ang complement o isang hindi kaugnay na fraction.</w:t>
      </w:r>
    </w:p>
    <w:p>
      <w:pPr xmlns:w="http://schemas.openxmlformats.org/wordprocessingml/2006/main">
        <w:pStyle w:val="BodyText"/>
      </w:pPr>
      <w:r xmlns:w="http://schemas.openxmlformats.org/wordprocessingml/2006/main">
        <w:rPr>
          <w:b/>
          <w:bCs/>
        </w:rPr>
        <w:t xml:space="preserve">SFFT-MS3-16-002: A. </w:t>
      </w:r>
      <w:r xmlns:w="http://schemas.openxmlformats.org/wordprocessingml/2006/main">
        <w:t xml:space="preserve">Tinimbang na halaga=10×0.5=5; tinimbang na mga bluff=8×0.75=6; bahagi ng bluff=6/(5+6)=54.55%. Dapat muling timbangin ng aksyon ang panimulang distribusyon.</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bluff share bago ang taya, hindi ang weighted betting range.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Ito ay isang value share o kung hindi man ay binabalewala ang action frequency.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Napagkakamalan nito ang conditional bet frequency sa bahagi ng mga taya na bluffs.</w:t>
      </w:r>
    </w:p>
    <w:p>
      <w:pPr xmlns:w="http://schemas.openxmlformats.org/wordprocessingml/2006/main">
        <w:pStyle w:val="BodyText"/>
      </w:pPr>
      <w:r xmlns:w="http://schemas.openxmlformats.org/wordprocessingml/2006/main">
        <w:rPr>
          <w:b/>
          <w:bCs/>
        </w:rPr>
        <w:t xml:space="preserve">SFFT-MS3-16-003: A. </w:t>
      </w:r>
      <w:r xmlns:w="http://schemas.openxmlformats.org/wordprocessingml/2006/main">
        <w:t xml:space="preserve">Kailangan ng tawag ang 28.95%; Panalo ang Bayani 4/13=30.77%. EV(tawag)=0.307692×270−0.692308×110=$+6.92. Kaya tawagin ang modelong ito.</w:t>
      </w:r>
    </w:p>
    <w:p>
      <w:pPr xmlns:w="http://schemas.openxmlformats.org/wordprocessingml/2006/main">
        <w:pStyle w:val="BodyText"/>
      </w:pPr>
      <w:r xmlns:w="http://schemas.openxmlformats.org/wordprocessingml/2006/main">
        <w:rPr>
          <w:b/>
          <w:bCs/>
        </w:rPr>
        <w:t xml:space="preserve">Bakit mali si B: </w:t>
      </w:r>
      <w:r xmlns:w="http://schemas.openxmlformats.org/wordprocessingml/2006/main">
        <w:t xml:space="preserve">Kinakailangan ng modelo ang paghahambing ng bahagi ng bluff sa eksaktong presyo. </w:t>
      </w:r>
      <w:r xmlns:w="http://schemas.openxmlformats.org/wordprocessingml/2006/main">
        <w:br xmlns:w="http://schemas.openxmlformats.org/wordprocessingml/2006/main"/>
      </w:r>
      <w:r xmlns:w="http://schemas.openxmlformats.org/wordprocessingml/2006/main">
        <w:rPr>
          <w:b/>
          <w:bCs/>
        </w:rPr>
        <w:t xml:space="preserve">Bakit mali si C: </w:t>
      </w:r>
      <w:r xmlns:w="http://schemas.openxmlformats.org/wordprocessingml/2006/main">
        <w:t xml:space="preserve">Hindi sapat ang pagkakita ng anumang bluff; maaaring masyadong maliit ang bahagi ng bluff. </w:t>
      </w:r>
      <w:r xmlns:w="http://schemas.openxmlformats.org/wordprocessingml/2006/main">
        <w:br xmlns:w="http://schemas.openxmlformats.org/wordprocessingml/2006/main"/>
      </w:r>
      <w:r xmlns:w="http://schemas.openxmlformats.org/wordprocessingml/2006/main">
        <w:rPr>
          <w:b/>
          <w:bCs/>
        </w:rPr>
        <w:t xml:space="preserve">Bakit mali si D: </w:t>
      </w:r>
      <w:r xmlns:w="http://schemas.openxmlformats.org/wordprocessingml/2006/main">
        <w:t xml:space="preserve">Ang pagtaas ng presyo ay nangangailangan ng hiwalay na pagsusuri ng fold-equity/value, hindi isang pagtanggi na kalkulahin ang isang tawag.</w:t>
      </w:r>
    </w:p>
    <w:p>
      <w:pPr xmlns:w="http://schemas.openxmlformats.org/wordprocessingml/2006/main">
        <w:pStyle w:val="BodyText"/>
      </w:pPr>
      <w:r xmlns:w="http://schemas.openxmlformats.org/wordprocessingml/2006/main">
        <w:rPr>
          <w:b/>
          <w:bCs/>
        </w:rPr>
        <w:t xml:space="preserve">SFFT-MS3-16-004: A. </w:t>
      </w:r>
      <w:r xmlns:w="http://schemas.openxmlformats.org/wordprocessingml/2006/main">
        <w:t xml:space="preserve">Dalawang reyna na lang ang hindi nakikita, at ang isang pares ay isang hindi nakaayos na pagpipilian ng dalawa: C(2,2) = 1. Bilangin ang mga baraha, hindi ang mga class square.</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Anim na kombinasyon ng QQ ang umiiral lamang bago maalis ang anumang reyna.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Tatlong kombinasyon ng QQ ang nalalapat kapag eksaktong isang reyna ang nakikita.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Isang kombinasyon ang nalalapat kapag eksaktong dalawang reyna ang nakikita.</w:t>
      </w:r>
    </w:p>
    <w:p>
      <w:pPr xmlns:w="http://schemas.openxmlformats.org/wordprocessingml/2006/main">
        <w:pStyle w:val="BodyText"/>
      </w:pPr>
      <w:r xmlns:w="http://schemas.openxmlformats.org/wordprocessingml/2006/main">
        <w:rPr>
          <w:b/>
          <w:bCs/>
        </w:rPr>
        <w:t xml:space="preserve">SFFT-MS3-16-005: A. </w:t>
      </w:r>
      <w:r xmlns:w="http://schemas.openxmlformats.org/wordprocessingml/2006/main">
        <w:t xml:space="preserve">EV(bluff) = f×$100 − (1−f)×$30. Lutasin ang EV=0: f=30/(100+30) = 23.08%.</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Ito ay isang </w:t>
      </w:r>
      <w:r xmlns:w="http://schemas.openxmlformats.org/wordprocessingml/2006/main">
        <w:rPr>
          <w:i/>
          <w:iCs/>
        </w:rPr>
        <w:t xml:space="preserve">call </w:t>
      </w:r>
      <w:r xmlns:w="http://schemas.openxmlformats.org/wordprocessingml/2006/main">
        <w:t xml:space="preserve">equity equation, hindi isang zero-equity bluff threshold.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Hindi nito nalalampasan ang opportunity cost ng taya.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Ito ang complement o isang hindi kaugnay na frequency.</w:t>
      </w:r>
    </w:p>
    <w:p>
      <w:pPr xmlns:w="http://schemas.openxmlformats.org/wordprocessingml/2006/main">
        <w:pStyle w:val="BodyText"/>
      </w:pPr>
      <w:r xmlns:w="http://schemas.openxmlformats.org/wordprocessingml/2006/main">
        <w:rPr>
          <w:b/>
          <w:bCs/>
        </w:rPr>
        <w:t xml:space="preserve">SFFT-MS3-16-006: A. </w:t>
      </w:r>
      <w:r xmlns:w="http://schemas.openxmlformats.org/wordprocessingml/2006/main">
        <w:t xml:space="preserve">Mayroong 46 na hindi nakikitang baraha kung saan nakalantad ang iyong dalawang pribadong baraha at 4 na board card; ang probabilidad ay 9/46 = 19.57%. Ito ay </w:t>
      </w:r>
      <w:r xmlns:w="http://schemas.openxmlformats.org/wordprocessingml/2006/main">
        <w:rPr>
          <w:i/>
          <w:iCs/>
        </w:rPr>
        <w:t xml:space="preserve">isang pagpapabuti sa isang baraha </w:t>
      </w:r>
      <w:r xmlns:w="http://schemas.openxmlformats.org/wordprocessingml/2006/main">
        <w:t xml:space="preserve">, hindi all-in equity sa dalawang baraha.</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Ang denominator ay hindi ang bilang ng mga baraha na hindi nakikita.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Mali ang pagbibilang ng dalawang pagkakataon kapag iisa na lang ang natitirang baraha.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Ang tuntunin ng dalawa/apat ay isang pagtatantya para sa iba't ibang abot-tanaw; hindi nito pinapalitan ang eksaktong pagbibilang ng isang baraha.</w:t>
      </w:r>
    </w:p>
    <w:p>
      <w:pPr xmlns:w="http://schemas.openxmlformats.org/wordprocessingml/2006/main">
        <w:pStyle w:val="BodyText"/>
      </w:pPr>
      <w:r xmlns:w="http://schemas.openxmlformats.org/wordprocessingml/2006/main">
        <w:rPr>
          <w:b/>
          <w:bCs/>
        </w:rPr>
        <w:t xml:space="preserve">SFFT-MS3-16-007: A. </w:t>
      </w:r>
      <w:r xmlns:w="http://schemas.openxmlformats.org/wordprocessingml/2006/main">
        <w:t xml:space="preserve">Ang SPR ay ang epektibong natitirang stack na hinati sa pot: 280/60 = 4.67. Inilalarawan nito ang natitirang leverage, hindi ang hand equity.</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Binabaligtad nito ang SPR ratio.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Hindi tama ang pagsasama nito ng taya sa hinaharap sa palayok.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Kasama rito ang perang naipangako na o gumagamit ng hindi kaugnay na denominator.</w:t>
      </w:r>
    </w:p>
    <w:p>
      <w:pPr xmlns:w="http://schemas.openxmlformats.org/wordprocessingml/2006/main">
        <w:pStyle w:val="BodyText"/>
      </w:pPr>
      <w:r xmlns:w="http://schemas.openxmlformats.org/wordprocessingml/2006/main">
        <w:rPr>
          <w:b/>
          <w:bCs/>
        </w:rPr>
        <w:t xml:space="preserve">SFFT-MS3-16-008: A. </w:t>
      </w:r>
      <w:r xmlns:w="http://schemas.openxmlformats.org/wordprocessingml/2006/main">
        <w:t xml:space="preserve">Ang parehong pagkakataon ay 0.80×0.50=40.00%. Ang kalayaan ay isang nakasaad na pagpapasimpleng palagay, hindi isang garantiya tungkol sa mga live na hanay ng poker.</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Hindi sapat ang isang pag-fold ng kalaban para manalo sa multiway bluff na ito.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Ang frequency ng isang kalaban ay hindi ang joint probability.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Pinagsasama-sama nito ang mga pangyayari sa halip na pagtagpuin ang mga ito.</w:t>
      </w:r>
    </w:p>
    <w:p>
      <w:pPr xmlns:w="http://schemas.openxmlformats.org/wordprocessingml/2006/main">
        <w:pStyle w:val="BodyText"/>
      </w:pPr>
      <w:r xmlns:w="http://schemas.openxmlformats.org/wordprocessingml/2006/main">
        <w:rPr>
          <w:b/>
          <w:bCs/>
        </w:rPr>
        <w:t xml:space="preserve">SFFT-MS3-16-009: A. </w:t>
      </w:r>
      <w:r xmlns:w="http://schemas.openxmlformats.org/wordprocessingml/2006/main">
        <w:t xml:space="preserve">MDF = P/(P+B)=160/(160+20)=88.89%. Ito ay isang </w:t>
      </w:r>
      <w:r xmlns:w="http://schemas.openxmlformats.org/wordprocessingml/2006/main">
        <w:rPr>
          <w:i/>
          <w:iCs/>
        </w:rPr>
        <w:t xml:space="preserve">teoretikal na pamantayan </w:t>
      </w:r>
      <w:r xmlns:w="http://schemas.openxmlformats.org/wordprocessingml/2006/main">
        <w:t xml:space="preserve">, hindi isang tuntunin na gamitin ito nang madalas laban sa isang manlalarong mahina ang pag-iisip.</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Ito ay isang partikular na call-equity threshold, hindi ang MDF.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Ito ang purong bluff break-even fold frequency, hindi ang MDF.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Ito ang complement o isang generic fraction.</w:t>
      </w:r>
    </w:p>
    <w:p>
      <w:pPr xmlns:w="http://schemas.openxmlformats.org/wordprocessingml/2006/main">
        <w:pStyle w:val="BodyText"/>
      </w:pPr>
      <w:r xmlns:w="http://schemas.openxmlformats.org/wordprocessingml/2006/main">
        <w:rPr>
          <w:b/>
          <w:bCs/>
        </w:rPr>
        <w:t xml:space="preserve">SFFT-MS3-16-010: B. </w:t>
      </w:r>
      <w:r xmlns:w="http://schemas.openxmlformats.org/wordprocessingml/2006/main">
        <w:t xml:space="preserve">Kailangan ng tawag ang 28.57%; Panalo ang bayani 4/15=26.67%. EV(tawag)=0.266667×250−0.733333×100=$-6.67. Kaya i-fold in ang modelong ito.</w:t>
      </w:r>
    </w:p>
    <w:p>
      <w:pPr xmlns:w="http://schemas.openxmlformats.org/wordprocessingml/2006/main">
        <w:pStyle w:val="BodyText"/>
      </w:pPr>
      <w:r xmlns:w="http://schemas.openxmlformats.org/wordprocessingml/2006/main">
        <w:rPr>
          <w:b/>
          <w:bCs/>
        </w:rPr>
        <w:t xml:space="preserve">Bakit mali ang A: </w:t>
      </w:r>
      <w:r xmlns:w="http://schemas.openxmlformats.org/wordprocessingml/2006/main">
        <w:t xml:space="preserve">Hindi kumikita ang tawag kung ang model equity ay mas mababa sa presyo.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Hindi sapat ang anumang bluff; maaaring masyadong maliit ang bluff share.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Ang pagtaas ng presyo ay nangangailangan ng hiwalay na fold-equity/value analysis, hindi isang pagtangging kalkulahin ang isang tawag.</w:t>
      </w:r>
    </w:p>
    <w:p>
      <w:pPr xmlns:w="http://schemas.openxmlformats.org/wordprocessingml/2006/main">
        <w:pStyle w:val="BodyText"/>
      </w:pPr>
      <w:r xmlns:w="http://schemas.openxmlformats.org/wordprocessingml/2006/main">
        <w:rPr>
          <w:b/>
          <w:bCs/>
        </w:rPr>
        <w:t xml:space="preserve">SFFT-MS3-16-011: A. </w:t>
      </w:r>
      <w:r xmlns:w="http://schemas.openxmlformats.org/wordprocessingml/2006/main">
        <w:t xml:space="preserve">Ang huling puhunan pagkatapos ng isang tawag ay $180+$20+$20=$220; ang tawag ay nagkakahalaga ng $20, kaya ang kinakailangang equity ay 20/220 = 9.09%.</w:t>
      </w:r>
    </w:p>
    <w:p>
      <w:pPr xmlns:w="http://schemas.openxmlformats.org/wordprocessingml/2006/main">
        <w:pStyle w:val="BodyText"/>
      </w:pPr>
      <w:r xmlns:w="http://schemas.openxmlformats.org/wordprocessingml/2006/main">
        <w:rPr>
          <w:b/>
          <w:bCs/>
        </w:rPr>
        <w:t xml:space="preserve">Bakit mali si B: </w:t>
      </w:r>
      <w:r xmlns:w="http://schemas.openxmlformats.org/wordprocessingml/2006/main">
        <w:t xml:space="preserve">Mali: binabalewala nito ang kontribusyon ng Hero sa huling pot. </w:t>
      </w:r>
      <w:r xmlns:w="http://schemas.openxmlformats.org/wordprocessingml/2006/main">
        <w:br xmlns:w="http://schemas.openxmlformats.org/wordprocessingml/2006/main"/>
      </w:r>
      <w:r xmlns:w="http://schemas.openxmlformats.org/wordprocessingml/2006/main">
        <w:rPr>
          <w:b/>
          <w:bCs/>
        </w:rPr>
        <w:t xml:space="preserve">Bakit mali si C: </w:t>
      </w:r>
      <w:r xmlns:w="http://schemas.openxmlformats.org/wordprocessingml/2006/main">
        <w:t xml:space="preserve">Mali: inihahambing nito ang call cost sa pot bago ang taya at call. </w:t>
      </w:r>
      <w:r xmlns:w="http://schemas.openxmlformats.org/wordprocessingml/2006/main">
        <w:br xmlns:w="http://schemas.openxmlformats.org/wordprocessingml/2006/main"/>
      </w:r>
      <w:r xmlns:w="http://schemas.openxmlformats.org/wordprocessingml/2006/main">
        <w:rPr>
          <w:b/>
          <w:bCs/>
        </w:rPr>
        <w:t xml:space="preserve">Bakit mali si D: </w:t>
      </w:r>
      <w:r xmlns:w="http://schemas.openxmlformats.org/wordprocessingml/2006/main">
        <w:t xml:space="preserve">Mali: ito ang complement o isang hindi kaugnay na fraction.</w:t>
      </w:r>
    </w:p>
    <w:p>
      <w:pPr xmlns:w="http://schemas.openxmlformats.org/wordprocessingml/2006/main">
        <w:pStyle w:val="BodyText"/>
      </w:pPr>
      <w:r xmlns:w="http://schemas.openxmlformats.org/wordprocessingml/2006/main">
        <w:rPr>
          <w:b/>
          <w:bCs/>
        </w:rPr>
        <w:t xml:space="preserve">SFFT-MS3-16-012: A. </w:t>
      </w:r>
      <w:r xmlns:w="http://schemas.openxmlformats.org/wordprocessingml/2006/main">
        <w:t xml:space="preserve">Tinimbang na halaga=14×1=14; tinimbang na mga bluff=8×1=8; bahagi ng bluff=8/(14+8)=36.36%. Dapat muling timbangin ng aksyon ang panimulang distribusyon.</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bluff share bago ang taya, hindi ang weighted betting range.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Ito ay isang value share o kung hindi man ay binabalewala ang action frequency.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Napagkakamalan nito ang conditional bet frequency sa bahagi ng mga taya na bluffs.</w:t>
      </w:r>
    </w:p>
    <w:p>
      <w:pPr xmlns:w="http://schemas.openxmlformats.org/wordprocessingml/2006/main">
        <w:pStyle w:val="BodyText"/>
      </w:pPr>
      <w:r xmlns:w="http://schemas.openxmlformats.org/wordprocessingml/2006/main">
        <w:rPr>
          <w:b/>
          <w:bCs/>
        </w:rPr>
        <w:t xml:space="preserve">SFFT-MS3-16-013: A. </w:t>
      </w:r>
      <w:r xmlns:w="http://schemas.openxmlformats.org/wordprocessingml/2006/main">
        <w:t xml:space="preserve">EV(bluff) = f×$160 − (1−f)×$40. Lutasin ang EV=0: f=40/(160+40) = 20.00%.</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Ito ay isang </w:t>
      </w:r>
      <w:r xmlns:w="http://schemas.openxmlformats.org/wordprocessingml/2006/main">
        <w:rPr>
          <w:i/>
          <w:iCs/>
        </w:rPr>
        <w:t xml:space="preserve">call </w:t>
      </w:r>
      <w:r xmlns:w="http://schemas.openxmlformats.org/wordprocessingml/2006/main">
        <w:t xml:space="preserve">equity equation, hindi isang zero-equity bluff threshold.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Hindi nito nalalampasan ang opportunity cost ng taya.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Ito ang complement o isang hindi kaugnay na frequency.</w:t>
      </w:r>
    </w:p>
    <w:p>
      <w:pPr xmlns:w="http://schemas.openxmlformats.org/wordprocessingml/2006/main">
        <w:pStyle w:val="BodyText"/>
      </w:pPr>
      <w:r xmlns:w="http://schemas.openxmlformats.org/wordprocessingml/2006/main">
        <w:rPr>
          <w:b/>
          <w:bCs/>
        </w:rPr>
        <w:t xml:space="preserve">SFFT-MS3-16-014: A. </w:t>
      </w:r>
      <w:r xmlns:w="http://schemas.openxmlformats.org/wordprocessingml/2006/main">
        <w:t xml:space="preserve">Tatlong reyna na lang ang hindi nakikita, at ang isang pares ay isang hindi nakaayos na pagpipilian ng dalawa: C(3,2) = 3. Bilangin ang mga baraha, hindi ang mga class square.</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Anim na kombinasyon ng QQ ang umiiral lamang bago maalis ang anumang reyna.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Tatlong kombinasyon ng QQ ang nalalapat kapag eksaktong isang reyna ang nakikita.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Isang kombinasyon ang nalalapat kapag eksaktong dalawang reyna ang nakikita.</w:t>
      </w:r>
    </w:p>
    <w:p>
      <w:pPr xmlns:w="http://schemas.openxmlformats.org/wordprocessingml/2006/main">
        <w:pStyle w:val="BodyText"/>
      </w:pPr>
      <w:r xmlns:w="http://schemas.openxmlformats.org/wordprocessingml/2006/main">
        <w:rPr>
          <w:b/>
          <w:bCs/>
        </w:rPr>
        <w:t xml:space="preserve">SFFT-MS3-16-015: A. </w:t>
      </w:r>
      <w:r xmlns:w="http://schemas.openxmlformats.org/wordprocessingml/2006/main">
        <w:t xml:space="preserve">Mayroong 47 na hindi nakikitang baraha kung saan nakalantad ang iyong dalawang pribadong baraha at 3 board card; ang probabilidad ay 4/47 = 8.51%. Ito ay </w:t>
      </w:r>
      <w:r xmlns:w="http://schemas.openxmlformats.org/wordprocessingml/2006/main">
        <w:rPr>
          <w:i/>
          <w:iCs/>
        </w:rPr>
        <w:t xml:space="preserve">isang pagpapabuti sa isang baraha </w:t>
      </w:r>
      <w:r xmlns:w="http://schemas.openxmlformats.org/wordprocessingml/2006/main">
        <w:t xml:space="preserve">, hindi all-in equity sa dalawang baraha.</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Ang denominator ay hindi ang bilang ng mga baraha na hindi nakikita.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Mali ang pagbibilang ng dalawang pagkakataon kapag iisa na lang ang natitirang baraha.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Ang tuntunin ng dalawa/apat ay isang pagtatantya para sa iba't ibang abot-tanaw; hindi nito pinapalitan ang eksaktong pagbibilang ng isang baraha.</w:t>
      </w:r>
    </w:p>
    <w:p>
      <w:pPr xmlns:w="http://schemas.openxmlformats.org/wordprocessingml/2006/main">
        <w:pStyle w:val="BodyText"/>
      </w:pPr>
      <w:r xmlns:w="http://schemas.openxmlformats.org/wordprocessingml/2006/main">
        <w:rPr>
          <w:b/>
          <w:bCs/>
        </w:rPr>
        <w:t xml:space="preserve">SFFT-MS3-16-016: A. </w:t>
      </w:r>
      <w:r xmlns:w="http://schemas.openxmlformats.org/wordprocessingml/2006/main">
        <w:t xml:space="preserve">Kailangan ng tawag ang 27.59%; Panalo ang Bayani 8/22=36.36%. EV(tawag)=0.363636×210−0.636364×80=$+25.45. Kaya tawagin ang modelong ito.</w:t>
      </w:r>
    </w:p>
    <w:p>
      <w:pPr xmlns:w="http://schemas.openxmlformats.org/wordprocessingml/2006/main">
        <w:pStyle w:val="BodyText"/>
      </w:pPr>
      <w:r xmlns:w="http://schemas.openxmlformats.org/wordprocessingml/2006/main">
        <w:rPr>
          <w:b/>
          <w:bCs/>
        </w:rPr>
        <w:t xml:space="preserve">Bakit mali si B: </w:t>
      </w:r>
      <w:r xmlns:w="http://schemas.openxmlformats.org/wordprocessingml/2006/main">
        <w:t xml:space="preserve">Kinakailangan ng modelo ang paghahambing ng bahagi ng bluff sa eksaktong presyo. </w:t>
      </w:r>
      <w:r xmlns:w="http://schemas.openxmlformats.org/wordprocessingml/2006/main">
        <w:br xmlns:w="http://schemas.openxmlformats.org/wordprocessingml/2006/main"/>
      </w:r>
      <w:r xmlns:w="http://schemas.openxmlformats.org/wordprocessingml/2006/main">
        <w:rPr>
          <w:b/>
          <w:bCs/>
        </w:rPr>
        <w:t xml:space="preserve">Bakit mali si C: </w:t>
      </w:r>
      <w:r xmlns:w="http://schemas.openxmlformats.org/wordprocessingml/2006/main">
        <w:t xml:space="preserve">Hindi sapat ang pagkakita ng anumang bluff; maaaring masyadong maliit ang bahagi ng bluff. </w:t>
      </w:r>
      <w:r xmlns:w="http://schemas.openxmlformats.org/wordprocessingml/2006/main">
        <w:br xmlns:w="http://schemas.openxmlformats.org/wordprocessingml/2006/main"/>
      </w:r>
      <w:r xmlns:w="http://schemas.openxmlformats.org/wordprocessingml/2006/main">
        <w:rPr>
          <w:b/>
          <w:bCs/>
        </w:rPr>
        <w:t xml:space="preserve">Bakit mali si D: </w:t>
      </w:r>
      <w:r xmlns:w="http://schemas.openxmlformats.org/wordprocessingml/2006/main">
        <w:t xml:space="preserve">Ang pagtaas ng presyo ay nangangailangan ng hiwalay na pagsusuri ng fold-equity/value, hindi isang pagtanggi na kalkulahin ang isang tawag.</w:t>
      </w:r>
    </w:p>
    <w:p>
      <w:pPr xmlns:w="http://schemas.openxmlformats.org/wordprocessingml/2006/main">
        <w:pStyle w:val="BodyText"/>
      </w:pPr>
      <w:r xmlns:w="http://schemas.openxmlformats.org/wordprocessingml/2006/main">
        <w:rPr>
          <w:b/>
          <w:bCs/>
        </w:rPr>
        <w:t xml:space="preserve">SFFT-MS3-16-017: A. </w:t>
      </w:r>
      <w:r xmlns:w="http://schemas.openxmlformats.org/wordprocessingml/2006/main">
        <w:t xml:space="preserve">Ang parehong pagkakataon ay 0.60×0.60=36.00%. Ang kalayaan ay isang nakasaad na pagpapasimpleng palagay, hindi isang garantiya tungkol sa mga live na hanay ng poker.</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Hindi sapat ang isang pag-fold ng kalaban para manalo sa multiway bluff na ito.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Ang frequency ng isang kalaban ay hindi ang joint probability.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Pinagsasama-sama nito ang mga pangyayari sa halip na pagtagpuin ang mga ito.</w:t>
      </w:r>
    </w:p>
    <w:p>
      <w:pPr xmlns:w="http://schemas.openxmlformats.org/wordprocessingml/2006/main">
        <w:pStyle w:val="BodyText"/>
      </w:pPr>
      <w:r xmlns:w="http://schemas.openxmlformats.org/wordprocessingml/2006/main">
        <w:rPr>
          <w:b/>
          <w:bCs/>
        </w:rPr>
        <w:t xml:space="preserve">SFFT-MS3-16-018: A. </w:t>
      </w:r>
      <w:r xmlns:w="http://schemas.openxmlformats.org/wordprocessingml/2006/main">
        <w:t xml:space="preserve">MDF = P/(P+B)=180/(180+80)=69.23%. Ito ay isang </w:t>
      </w:r>
      <w:r xmlns:w="http://schemas.openxmlformats.org/wordprocessingml/2006/main">
        <w:rPr>
          <w:i/>
          <w:iCs/>
        </w:rPr>
        <w:t xml:space="preserve">teoretikal na pamantayan </w:t>
      </w:r>
      <w:r xmlns:w="http://schemas.openxmlformats.org/wordprocessingml/2006/main">
        <w:t xml:space="preserve">, hindi isang tuntunin na gamitin ito nang madalas laban sa isang manlalarong mahina ang pag-iisip.</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Ito ay isang partikular na call-equity threshold, hindi ang MDF.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Ito ang purong bluff break-even fold frequency, hindi ang MDF.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Ito ang complement o isang generic fraction.</w:t>
      </w:r>
    </w:p>
    <w:p>
      <w:pPr xmlns:w="http://schemas.openxmlformats.org/wordprocessingml/2006/main">
        <w:pStyle w:val="BodyText"/>
      </w:pPr>
      <w:r xmlns:w="http://schemas.openxmlformats.org/wordprocessingml/2006/main">
        <w:rPr>
          <w:b/>
          <w:bCs/>
        </w:rPr>
        <w:t xml:space="preserve">SFFT-MS3-16-019: A. </w:t>
      </w:r>
      <w:r xmlns:w="http://schemas.openxmlformats.org/wordprocessingml/2006/main">
        <w:t xml:space="preserve">Ang SPR ay ang epektibong natitirang stack na hinati sa pot: 180/100 = 1.80. Inilalarawan nito ang natitirang leverage, hindi ang hand equity.</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Binabaligtad nito ang SPR ratio.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Hindi tama ang pagsasama nito ng taya sa hinaharap sa palayok.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Kasama rito ang perang naipangako na o gumagamit ng hindi kaugnay na denominator.</w:t>
      </w:r>
    </w:p>
    <w:p>
      <w:pPr xmlns:w="http://schemas.openxmlformats.org/wordprocessingml/2006/main">
        <w:pStyle w:val="BodyText"/>
      </w:pPr>
      <w:r xmlns:w="http://schemas.openxmlformats.org/wordprocessingml/2006/main">
        <w:rPr>
          <w:b/>
          <w:bCs/>
        </w:rPr>
        <w:t xml:space="preserve">SFFT-MS3-16-020: A. </w:t>
      </w:r>
      <w:r xmlns:w="http://schemas.openxmlformats.org/wordprocessingml/2006/main">
        <w:t xml:space="preserve">Tinimbang na halaga=10×1=10; tinimbang na mga bluff=10×1=10; bahagi ng bluff=10/(10+10)=50.00%. Dapat muling timbangin ng aksyon ang panimulang distribusyon.</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bluff share bago ang taya, hindi ang weighted betting range.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Ito ay isang value share o kung hindi man ay binabalewala ang action frequency.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Napagkakamalan nito ang conditional bet frequency sa bahagi ng mga taya na bluffs.</w:t>
      </w:r>
    </w:p>
    <w:p>
      <w:pPr xmlns:w="http://schemas.openxmlformats.org/wordprocessingml/2006/main">
        <w:pStyle w:val="BodyText"/>
      </w:pPr>
      <w:r xmlns:w="http://schemas.openxmlformats.org/wordprocessingml/2006/main">
        <w:rPr>
          <w:b/>
          <w:bCs/>
        </w:rPr>
        <w:t xml:space="preserve">SFFT-MS3-16-021: A. </w:t>
      </w:r>
      <w:r xmlns:w="http://schemas.openxmlformats.org/wordprocessingml/2006/main">
        <w:t xml:space="preserve">Ang huling puhunan pagkatapos ng isang tawag ay $80+$20+$20=$120; ang tawag ay nagkakahalaga ng $20, kaya ang kinakailangang equity ay 20/120 = 16.67%.</w:t>
      </w:r>
    </w:p>
    <w:p>
      <w:pPr xmlns:w="http://schemas.openxmlformats.org/wordprocessingml/2006/main">
        <w:pStyle w:val="BodyText"/>
      </w:pPr>
      <w:r xmlns:w="http://schemas.openxmlformats.org/wordprocessingml/2006/main">
        <w:rPr>
          <w:b/>
          <w:bCs/>
        </w:rPr>
        <w:t xml:space="preserve">Bakit mali si B: </w:t>
      </w:r>
      <w:r xmlns:w="http://schemas.openxmlformats.org/wordprocessingml/2006/main">
        <w:t xml:space="preserve">Mali: binabalewala nito ang kontribusyon ng Hero sa huling pot. </w:t>
      </w:r>
      <w:r xmlns:w="http://schemas.openxmlformats.org/wordprocessingml/2006/main">
        <w:br xmlns:w="http://schemas.openxmlformats.org/wordprocessingml/2006/main"/>
      </w:r>
      <w:r xmlns:w="http://schemas.openxmlformats.org/wordprocessingml/2006/main">
        <w:rPr>
          <w:b/>
          <w:bCs/>
        </w:rPr>
        <w:t xml:space="preserve">Bakit mali si C: </w:t>
      </w:r>
      <w:r xmlns:w="http://schemas.openxmlformats.org/wordprocessingml/2006/main">
        <w:t xml:space="preserve">Mali: inihahambing nito ang call cost sa pot bago ang taya at call. </w:t>
      </w:r>
      <w:r xmlns:w="http://schemas.openxmlformats.org/wordprocessingml/2006/main">
        <w:br xmlns:w="http://schemas.openxmlformats.org/wordprocessingml/2006/main"/>
      </w:r>
      <w:r xmlns:w="http://schemas.openxmlformats.org/wordprocessingml/2006/main">
        <w:rPr>
          <w:b/>
          <w:bCs/>
        </w:rPr>
        <w:t xml:space="preserve">Bakit mali si D: </w:t>
      </w:r>
      <w:r xmlns:w="http://schemas.openxmlformats.org/wordprocessingml/2006/main">
        <w:t xml:space="preserve">Mali: ito ang complement o isang hindi kaugnay na fraction.</w:t>
      </w:r>
    </w:p>
    <w:p>
      <w:pPr xmlns:w="http://schemas.openxmlformats.org/wordprocessingml/2006/main">
        <w:pStyle w:val="BodyText"/>
      </w:pPr>
      <w:r xmlns:w="http://schemas.openxmlformats.org/wordprocessingml/2006/main">
        <w:rPr>
          <w:b/>
          <w:bCs/>
        </w:rPr>
        <w:t xml:space="preserve">SFFT-MS3-16-022: A. </w:t>
      </w:r>
      <w:r xmlns:w="http://schemas.openxmlformats.org/wordprocessingml/2006/main">
        <w:t xml:space="preserve">EV(bluff) = f×$140 − (1−f)×$40. Lutasin ang EV=0: f=40/(140+40) = 22.22%.</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Ito ay isang </w:t>
      </w:r>
      <w:r xmlns:w="http://schemas.openxmlformats.org/wordprocessingml/2006/main">
        <w:rPr>
          <w:i/>
          <w:iCs/>
        </w:rPr>
        <w:t xml:space="preserve">call </w:t>
      </w:r>
      <w:r xmlns:w="http://schemas.openxmlformats.org/wordprocessingml/2006/main">
        <w:t xml:space="preserve">equity equation, hindi isang zero-equity bluff threshold.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Hindi nito nalalampasan ang opportunity cost ng taya.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Ito ang complement o isang hindi kaugnay na frequency.</w:t>
      </w:r>
    </w:p>
    <w:p>
      <w:pPr xmlns:w="http://schemas.openxmlformats.org/wordprocessingml/2006/main">
        <w:pStyle w:val="BodyText"/>
      </w:pPr>
      <w:r xmlns:w="http://schemas.openxmlformats.org/wordprocessingml/2006/main">
        <w:rPr>
          <w:b/>
          <w:bCs/>
        </w:rPr>
        <w:t xml:space="preserve">SFFT-MS3-16-023: A. </w:t>
      </w:r>
      <w:r xmlns:w="http://schemas.openxmlformats.org/wordprocessingml/2006/main">
        <w:t xml:space="preserve">Kailangan ng tawag ang 26.92%; Panalo ang Bayani 8/15=53.33%. EV(tawag)=0.533333×190−0.466667×70=$+68.67. Kaya tawagin ang modelong ito.</w:t>
      </w:r>
    </w:p>
    <w:p>
      <w:pPr xmlns:w="http://schemas.openxmlformats.org/wordprocessingml/2006/main">
        <w:pStyle w:val="BodyText"/>
      </w:pPr>
      <w:r xmlns:w="http://schemas.openxmlformats.org/wordprocessingml/2006/main">
        <w:rPr>
          <w:b/>
          <w:bCs/>
        </w:rPr>
        <w:t xml:space="preserve">Bakit mali si B: </w:t>
      </w:r>
      <w:r xmlns:w="http://schemas.openxmlformats.org/wordprocessingml/2006/main">
        <w:t xml:space="preserve">Kinakailangan ng modelo ang paghahambing ng bahagi ng bluff sa eksaktong presyo. </w:t>
      </w:r>
      <w:r xmlns:w="http://schemas.openxmlformats.org/wordprocessingml/2006/main">
        <w:br xmlns:w="http://schemas.openxmlformats.org/wordprocessingml/2006/main"/>
      </w:r>
      <w:r xmlns:w="http://schemas.openxmlformats.org/wordprocessingml/2006/main">
        <w:rPr>
          <w:b/>
          <w:bCs/>
        </w:rPr>
        <w:t xml:space="preserve">Bakit mali si C: </w:t>
      </w:r>
      <w:r xmlns:w="http://schemas.openxmlformats.org/wordprocessingml/2006/main">
        <w:t xml:space="preserve">Hindi sapat ang pagkakita ng anumang bluff; maaaring masyadong maliit ang bahagi ng bluff. </w:t>
      </w:r>
      <w:r xmlns:w="http://schemas.openxmlformats.org/wordprocessingml/2006/main">
        <w:br xmlns:w="http://schemas.openxmlformats.org/wordprocessingml/2006/main"/>
      </w:r>
      <w:r xmlns:w="http://schemas.openxmlformats.org/wordprocessingml/2006/main">
        <w:rPr>
          <w:b/>
          <w:bCs/>
        </w:rPr>
        <w:t xml:space="preserve">Bakit mali si D: </w:t>
      </w:r>
      <w:r xmlns:w="http://schemas.openxmlformats.org/wordprocessingml/2006/main">
        <w:t xml:space="preserve">Ang pagtaas ng presyo ay nangangailangan ng hiwalay na pagsusuri ng fold-equity/value, hindi isang pagtanggi na kalkulahin ang isang tawag.</w:t>
      </w:r>
    </w:p>
    <w:p>
      <w:pPr xmlns:w="http://schemas.openxmlformats.org/wordprocessingml/2006/main">
        <w:pStyle w:val="BodyText"/>
      </w:pPr>
      <w:r xmlns:w="http://schemas.openxmlformats.org/wordprocessingml/2006/main">
        <w:rPr>
          <w:b/>
          <w:bCs/>
        </w:rPr>
        <w:t xml:space="preserve">SFFT-MS3-16-024: A. </w:t>
      </w:r>
      <w:r xmlns:w="http://schemas.openxmlformats.org/wordprocessingml/2006/main">
        <w:t xml:space="preserve">Apat na reyna na lamang ang hindi nakikita, at ang isang pares ay isang hindi nakaayos na pagpipilian ng dalawa: C(4,2) = 6. Bilangin ang mga baraha, hindi ang mga class square.</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Anim na kombinasyon ng QQ ang umiiral lamang bago maalis ang anumang reyna.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Tatlong kombinasyon ng QQ ang nalalapat kapag eksaktong isang reyna ang nakikita.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Isang kombinasyon ang nalalapat kapag eksaktong dalawang reyna ang nakikita.</w:t>
      </w:r>
    </w:p>
    <w:p>
      <w:pPr xmlns:w="http://schemas.openxmlformats.org/wordprocessingml/2006/main">
        <w:pStyle w:val="BodyText"/>
      </w:pPr>
      <w:r xmlns:w="http://schemas.openxmlformats.org/wordprocessingml/2006/main">
        <w:rPr>
          <w:b/>
          <w:bCs/>
        </w:rPr>
        <w:t xml:space="preserve">SFFT-MS3-16-025: A. </w:t>
      </w:r>
      <w:r xmlns:w="http://schemas.openxmlformats.org/wordprocessingml/2006/main">
        <w:t xml:space="preserve">Tinimbang na halaga=12×0.25=3; tinimbang na mga bluff=10×0.75=7.5; bahagi ng bluff=7.5/(3+7.5)=71.43%. Dapat muling timbangin ng aksyon ang panimulang distribusyon.</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bluff share bago ang taya, hindi ang weighted betting range.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Ito ay isang value share o kung hindi man ay binabalewala ang action frequency.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Napagkakamalan nito ang conditional bet frequency sa bahagi ng mga taya na bluffs.</w:t>
      </w:r>
    </w:p>
    <w:p>
      <w:pPr xmlns:w="http://schemas.openxmlformats.org/wordprocessingml/2006/main">
        <w:pStyle w:val="BodyText"/>
      </w:pPr>
      <w:r xmlns:w="http://schemas.openxmlformats.org/wordprocessingml/2006/main">
        <w:rPr>
          <w:b/>
          <w:bCs/>
        </w:rPr>
        <w:t xml:space="preserve">SFFT-MS3-16-026: A. </w:t>
      </w:r>
      <w:r xmlns:w="http://schemas.openxmlformats.org/wordprocessingml/2006/main">
        <w:t xml:space="preserve">Mayroong 46 na hindi nakikitang baraha kung saan nakalantad ang iyong dalawang pribadong baraha at 4 na board card; ang probabilidad ay 6/46 = 13.04%. Ito ay </w:t>
      </w:r>
      <w:r xmlns:w="http://schemas.openxmlformats.org/wordprocessingml/2006/main">
        <w:rPr>
          <w:i/>
          <w:iCs/>
        </w:rPr>
        <w:t xml:space="preserve">isang pagpapabuti sa isang baraha </w:t>
      </w:r>
      <w:r xmlns:w="http://schemas.openxmlformats.org/wordprocessingml/2006/main">
        <w:t xml:space="preserve">, hindi all-in equity sa dalawang baraha.</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Ang denominator ay hindi ang bilang ng mga baraha na hindi nakikita.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Mali ang pagbibilang ng dalawang pagkakataon kapag iisa na lang ang natitirang baraha.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Ang tuntunin ng dalawa/apat ay isang pagtatantya para sa iba't ibang abot-tanaw; hindi nito pinapalitan ang eksaktong pagbibilang ng isang baraha.</w:t>
      </w:r>
    </w:p>
    <w:p>
      <w:pPr xmlns:w="http://schemas.openxmlformats.org/wordprocessingml/2006/main">
        <w:pStyle w:val="BodyText"/>
      </w:pPr>
      <w:r xmlns:w="http://schemas.openxmlformats.org/wordprocessingml/2006/main">
        <w:rPr>
          <w:b/>
          <w:bCs/>
        </w:rPr>
        <w:t xml:space="preserve">SFFT-MS3-16-027: A. </w:t>
      </w:r>
      <w:r xmlns:w="http://schemas.openxmlformats.org/wordprocessingml/2006/main">
        <w:t xml:space="preserve">Ang tsansa ng parehong pagtiklop ay 0.60×0.80=48.00%. Ang kalayaan ay isang nakasaad na pagpapasimpleng palagay, hindi isang garantiya tungkol sa mga live na hanay ng poker.</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Hindi sapat ang isang pag-fold ng kalaban para manalo sa multiway bluff na ito.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Ang frequency ng isang kalaban ay hindi ang joint probability.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Pinagsasama-sama nito ang mga pangyayari sa halip na pagtagpuin ang mga ito.</w:t>
      </w:r>
    </w:p>
    <w:p>
      <w:pPr xmlns:w="http://schemas.openxmlformats.org/wordprocessingml/2006/main">
        <w:pStyle w:val="BodyText"/>
      </w:pPr>
      <w:r xmlns:w="http://schemas.openxmlformats.org/wordprocessingml/2006/main">
        <w:rPr>
          <w:b/>
          <w:bCs/>
        </w:rPr>
        <w:t xml:space="preserve">SFFT-MS3-16-028: A. </w:t>
      </w:r>
      <w:r xmlns:w="http://schemas.openxmlformats.org/wordprocessingml/2006/main">
        <w:t xml:space="preserve">MDF = P/(P+B)=220/(220+120)=64.71%. Ito ay isang </w:t>
      </w:r>
      <w:r xmlns:w="http://schemas.openxmlformats.org/wordprocessingml/2006/main">
        <w:rPr>
          <w:i/>
          <w:iCs/>
        </w:rPr>
        <w:t xml:space="preserve">teoretikal na pamantayan </w:t>
      </w:r>
      <w:r xmlns:w="http://schemas.openxmlformats.org/wordprocessingml/2006/main">
        <w:t xml:space="preserve">, hindi isang tuntunin na gamitin ito nang madalas laban sa isang manlalarong mahina ang pag-iisip.</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Ito ay isang partikular na call-equity threshold, hindi ang MDF.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Ito ang purong bluff break-even fold frequency, hindi ang MDF.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Ito ang complement o isang generic fraction.</w:t>
      </w:r>
    </w:p>
    <w:p>
      <w:pPr xmlns:w="http://schemas.openxmlformats.org/wordprocessingml/2006/main">
        <w:pStyle w:val="BodyText"/>
      </w:pPr>
      <w:r xmlns:w="http://schemas.openxmlformats.org/wordprocessingml/2006/main">
        <w:rPr>
          <w:b/>
          <w:bCs/>
        </w:rPr>
        <w:t xml:space="preserve">SFFT-MS3-16-029: A. </w:t>
      </w:r>
      <w:r xmlns:w="http://schemas.openxmlformats.org/wordprocessingml/2006/main">
        <w:t xml:space="preserve">Ang huling puhunan pagkatapos ng isang tawag ay $140+$80+$80=$300; ang tawag ay nagkakahalaga ng $80, kaya ang kinakailangang equity ay 80/300 = 26.67%.</w:t>
      </w:r>
    </w:p>
    <w:p>
      <w:pPr xmlns:w="http://schemas.openxmlformats.org/wordprocessingml/2006/main">
        <w:pStyle w:val="BodyText"/>
      </w:pPr>
      <w:r xmlns:w="http://schemas.openxmlformats.org/wordprocessingml/2006/main">
        <w:rPr>
          <w:b/>
          <w:bCs/>
        </w:rPr>
        <w:t xml:space="preserve">Bakit mali si B: </w:t>
      </w:r>
      <w:r xmlns:w="http://schemas.openxmlformats.org/wordprocessingml/2006/main">
        <w:t xml:space="preserve">Mali: binabalewala nito ang kontribusyon ng Hero sa huling pot. </w:t>
      </w:r>
      <w:r xmlns:w="http://schemas.openxmlformats.org/wordprocessingml/2006/main">
        <w:br xmlns:w="http://schemas.openxmlformats.org/wordprocessingml/2006/main"/>
      </w:r>
      <w:r xmlns:w="http://schemas.openxmlformats.org/wordprocessingml/2006/main">
        <w:rPr>
          <w:b/>
          <w:bCs/>
        </w:rPr>
        <w:t xml:space="preserve">Bakit mali si C: </w:t>
      </w:r>
      <w:r xmlns:w="http://schemas.openxmlformats.org/wordprocessingml/2006/main">
        <w:t xml:space="preserve">Mali: inihahambing nito ang call cost sa pot bago ang taya at call. </w:t>
      </w:r>
      <w:r xmlns:w="http://schemas.openxmlformats.org/wordprocessingml/2006/main">
        <w:br xmlns:w="http://schemas.openxmlformats.org/wordprocessingml/2006/main"/>
      </w:r>
      <w:r xmlns:w="http://schemas.openxmlformats.org/wordprocessingml/2006/main">
        <w:rPr>
          <w:b/>
          <w:bCs/>
        </w:rPr>
        <w:t xml:space="preserve">Bakit mali si D: </w:t>
      </w:r>
      <w:r xmlns:w="http://schemas.openxmlformats.org/wordprocessingml/2006/main">
        <w:t xml:space="preserve">Mali: ito ang complement o isang hindi kaugnay na fraction.</w:t>
      </w:r>
    </w:p>
    <w:p>
      <w:pPr xmlns:w="http://schemas.openxmlformats.org/wordprocessingml/2006/main">
        <w:pStyle w:val="BodyText"/>
      </w:pPr>
      <w:r xmlns:w="http://schemas.openxmlformats.org/wordprocessingml/2006/main">
        <w:rPr>
          <w:b/>
          <w:bCs/>
        </w:rPr>
        <w:t xml:space="preserve">SFFT-MS3-16-030: A. </w:t>
      </w:r>
      <w:r xmlns:w="http://schemas.openxmlformats.org/wordprocessingml/2006/main">
        <w:t xml:space="preserve">Kailangan ng tawag ang 26.09%; Panalo ang Bayani 8/17=47.06%. EV(tawag)=0.470588×170−0.529412×60=$+48.24. Kaya tawagin ang modelong ito.</w:t>
      </w:r>
    </w:p>
    <w:p>
      <w:pPr xmlns:w="http://schemas.openxmlformats.org/wordprocessingml/2006/main">
        <w:pStyle w:val="BodyText"/>
      </w:pPr>
      <w:r xmlns:w="http://schemas.openxmlformats.org/wordprocessingml/2006/main">
        <w:rPr>
          <w:b/>
          <w:bCs/>
        </w:rPr>
        <w:t xml:space="preserve">Bakit mali si B: </w:t>
      </w:r>
      <w:r xmlns:w="http://schemas.openxmlformats.org/wordprocessingml/2006/main">
        <w:t xml:space="preserve">Kinakailangan ng modelo ang paghahambing ng bahagi ng bluff sa eksaktong presyo. </w:t>
      </w:r>
      <w:r xmlns:w="http://schemas.openxmlformats.org/wordprocessingml/2006/main">
        <w:br xmlns:w="http://schemas.openxmlformats.org/wordprocessingml/2006/main"/>
      </w:r>
      <w:r xmlns:w="http://schemas.openxmlformats.org/wordprocessingml/2006/main">
        <w:rPr>
          <w:b/>
          <w:bCs/>
        </w:rPr>
        <w:t xml:space="preserve">Bakit mali si C: </w:t>
      </w:r>
      <w:r xmlns:w="http://schemas.openxmlformats.org/wordprocessingml/2006/main">
        <w:t xml:space="preserve">Hindi sapat ang pagkakita ng anumang bluff; maaaring masyadong maliit ang bahagi ng bluff. </w:t>
      </w:r>
      <w:r xmlns:w="http://schemas.openxmlformats.org/wordprocessingml/2006/main">
        <w:br xmlns:w="http://schemas.openxmlformats.org/wordprocessingml/2006/main"/>
      </w:r>
      <w:r xmlns:w="http://schemas.openxmlformats.org/wordprocessingml/2006/main">
        <w:rPr>
          <w:b/>
          <w:bCs/>
        </w:rPr>
        <w:t xml:space="preserve">Bakit mali si D: </w:t>
      </w:r>
      <w:r xmlns:w="http://schemas.openxmlformats.org/wordprocessingml/2006/main">
        <w:t xml:space="preserve">Ang pagtaas ng presyo ay nangangailangan ng hiwalay na pagsusuri ng fold-equity/value, hindi isang pagtanggi na kalkulahin ang isang tawag.</w:t>
      </w:r>
    </w:p>
    <w:p>
      <w:pPr xmlns:w="http://schemas.openxmlformats.org/wordprocessingml/2006/main">
        <w:pStyle w:val="BodyText"/>
      </w:pPr>
      <w:r xmlns:w="http://schemas.openxmlformats.org/wordprocessingml/2006/main">
        <w:rPr>
          <w:b/>
          <w:bCs/>
        </w:rPr>
        <w:t xml:space="preserve">SFFT-MS3-16-031: A. </w:t>
      </w:r>
      <w:r xmlns:w="http://schemas.openxmlformats.org/wordprocessingml/2006/main">
        <w:t xml:space="preserve">EV(bluff) = f×$120 − (1−f)×$40. Lutasin ang EV=0: f=40/(120+40) = 25.00%.</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Ito ay isang </w:t>
      </w:r>
      <w:r xmlns:w="http://schemas.openxmlformats.org/wordprocessingml/2006/main">
        <w:rPr>
          <w:i/>
          <w:iCs/>
        </w:rPr>
        <w:t xml:space="preserve">call </w:t>
      </w:r>
      <w:r xmlns:w="http://schemas.openxmlformats.org/wordprocessingml/2006/main">
        <w:t xml:space="preserve">equity equation, hindi isang zero-equity bluff threshold.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Hindi nito nalalampasan ang opportunity cost ng taya.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Ito ang complement o isang hindi kaugnay na frequency.</w:t>
      </w:r>
    </w:p>
    <w:p>
      <w:pPr xmlns:w="http://schemas.openxmlformats.org/wordprocessingml/2006/main">
        <w:pStyle w:val="BodyText"/>
      </w:pPr>
      <w:r xmlns:w="http://schemas.openxmlformats.org/wordprocessingml/2006/main">
        <w:rPr>
          <w:b/>
          <w:bCs/>
        </w:rPr>
        <w:t xml:space="preserve">SFFT-MS3-16-032: A. </w:t>
      </w:r>
      <w:r xmlns:w="http://schemas.openxmlformats.org/wordprocessingml/2006/main">
        <w:t xml:space="preserve">Ang SPR ay ang epektibong natitirang stack na hinati sa pot: 200/110 = 1.82. Inilalarawan nito ang natitirang leverage, hindi ang hand equity.</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Binabaligtad nito ang SPR ratio.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Hindi tama ang pagsasama nito ng taya sa hinaharap sa palayok.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Kasama rito ang perang naipangako na o gumagamit ng hindi kaugnay na denominator.</w:t>
      </w:r>
    </w:p>
    <w:p>
      <w:pPr xmlns:w="http://schemas.openxmlformats.org/wordprocessingml/2006/main">
        <w:pStyle w:val="BodyText"/>
      </w:pPr>
      <w:r xmlns:w="http://schemas.openxmlformats.org/wordprocessingml/2006/main">
        <w:rPr>
          <w:b/>
          <w:bCs/>
        </w:rPr>
        <w:t xml:space="preserve">SFFT-MS3-16-033: A. </w:t>
      </w:r>
      <w:r xmlns:w="http://schemas.openxmlformats.org/wordprocessingml/2006/main">
        <w:t xml:space="preserve">Tinimbang na halaga=8×0.25=2; tinimbang na mga bluff=12×0.75=9; bahagi ng bluff=9/(2+9)=81.82%. Dapat muling timbangin ng aksyon ang panimulang distribusyon.</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Ginagamit nito ang </w:t>
      </w:r>
      <w:r xmlns:w="http://schemas.openxmlformats.org/wordprocessingml/2006/main">
        <w:rPr>
          <w:i/>
          <w:iCs/>
        </w:rPr>
        <w:t xml:space="preserve">naunang </w:t>
      </w:r>
      <w:r xmlns:w="http://schemas.openxmlformats.org/wordprocessingml/2006/main">
        <w:t xml:space="preserve">bluff share bago ang taya, hindi ang weighted betting range.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Ito ay isang value share o kung hindi man ay binabalewala ang action frequency.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Napagkakamalan nito ang conditional bet frequency sa bahagi ng mga taya na bluffs.</w:t>
      </w:r>
    </w:p>
    <w:p>
      <w:pPr xmlns:w="http://schemas.openxmlformats.org/wordprocessingml/2006/main">
        <w:pStyle w:val="BodyText"/>
      </w:pPr>
      <w:r xmlns:w="http://schemas.openxmlformats.org/wordprocessingml/2006/main">
        <w:rPr>
          <w:b/>
          <w:bCs/>
        </w:rPr>
        <w:t xml:space="preserve">SFFT-MS3-16-034: A. </w:t>
      </w:r>
      <w:r xmlns:w="http://schemas.openxmlformats.org/wordprocessingml/2006/main">
        <w:t xml:space="preserve">Dalawang reyna na lang ang hindi nakikita, at ang isang pares ay isang hindi nakaayos na pagpipilian ng dalawa: C(2,2) = 1. Bilangin ang mga baraha, hindi ang mga class square.</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Anim na kombinasyon ng QQ ang umiiral lamang bago maalis ang anumang reyna.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Tatlong kombinasyon ng QQ ang nalalapat kapag eksaktong isang reyna ang nakikita.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Isang kombinasyon ang nalalapat kapag eksaktong dalawang reyna ang nakikita.</w:t>
      </w:r>
    </w:p>
    <w:p>
      <w:pPr xmlns:w="http://schemas.openxmlformats.org/wordprocessingml/2006/main">
        <w:pStyle w:val="BodyText"/>
      </w:pPr>
      <w:r xmlns:w="http://schemas.openxmlformats.org/wordprocessingml/2006/main">
        <w:rPr>
          <w:b/>
          <w:bCs/>
        </w:rPr>
        <w:t xml:space="preserve">SFFT-MS3-16-035: A. </w:t>
      </w:r>
      <w:r xmlns:w="http://schemas.openxmlformats.org/wordprocessingml/2006/main">
        <w:t xml:space="preserve">Mayroong 47 na hindi nakikitang baraha kung saan nakalantad ang iyong dalawang pribadong baraha at 3 board card; ang probabilidad ay 12/47 = 25.53%. Ito ay </w:t>
      </w:r>
      <w:r xmlns:w="http://schemas.openxmlformats.org/wordprocessingml/2006/main">
        <w:rPr>
          <w:i/>
          <w:iCs/>
        </w:rPr>
        <w:t xml:space="preserve">isang pagpapabuti sa isang baraha </w:t>
      </w:r>
      <w:r xmlns:w="http://schemas.openxmlformats.org/wordprocessingml/2006/main">
        <w:t xml:space="preserve">, hindi all-in equity sa dalawang baraha.</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Ang denominator ay hindi ang bilang ng mga baraha na hindi nakikita.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Mali ang pagbibilang ng dalawang pagkakataon kapag iisa na lang ang natitirang baraha.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Ang tuntunin ng dalawa/apat ay isang pagtatantya para sa iba't ibang abot-tanaw; hindi nito pinapalitan ang eksaktong pagbibilang ng isang baraha.</w:t>
      </w:r>
    </w:p>
    <w:p>
      <w:pPr xmlns:w="http://schemas.openxmlformats.org/wordprocessingml/2006/main">
        <w:pStyle w:val="BodyText"/>
      </w:pPr>
      <w:r xmlns:w="http://schemas.openxmlformats.org/wordprocessingml/2006/main">
        <w:rPr>
          <w:b/>
          <w:bCs/>
        </w:rPr>
        <w:t xml:space="preserve">SFFT-MS3-16-036: A. </w:t>
      </w:r>
      <w:r xmlns:w="http://schemas.openxmlformats.org/wordprocessingml/2006/main">
        <w:t xml:space="preserve">Kailangan ng tawag ang 29.27%; Panalo ang bayani 5/17=29.41%. EV(tawag)=0.294118×290−0.705882×120=$+0.59. Kaya tawagin ang modelong ito.</w:t>
      </w:r>
    </w:p>
    <w:p>
      <w:pPr xmlns:w="http://schemas.openxmlformats.org/wordprocessingml/2006/main">
        <w:pStyle w:val="BodyText"/>
      </w:pPr>
      <w:r xmlns:w="http://schemas.openxmlformats.org/wordprocessingml/2006/main">
        <w:rPr>
          <w:b/>
          <w:bCs/>
        </w:rPr>
        <w:t xml:space="preserve">Bakit mali si B: </w:t>
      </w:r>
      <w:r xmlns:w="http://schemas.openxmlformats.org/wordprocessingml/2006/main">
        <w:t xml:space="preserve">Kinakailangan ng modelo ang paghahambing ng bahagi ng bluff sa eksaktong presyo. </w:t>
      </w:r>
      <w:r xmlns:w="http://schemas.openxmlformats.org/wordprocessingml/2006/main">
        <w:br xmlns:w="http://schemas.openxmlformats.org/wordprocessingml/2006/main"/>
      </w:r>
      <w:r xmlns:w="http://schemas.openxmlformats.org/wordprocessingml/2006/main">
        <w:rPr>
          <w:b/>
          <w:bCs/>
        </w:rPr>
        <w:t xml:space="preserve">Bakit mali si C: </w:t>
      </w:r>
      <w:r xmlns:w="http://schemas.openxmlformats.org/wordprocessingml/2006/main">
        <w:t xml:space="preserve">Hindi sapat ang pagkakita ng anumang bluff; maaaring masyadong maliit ang bahagi ng bluff. </w:t>
      </w:r>
      <w:r xmlns:w="http://schemas.openxmlformats.org/wordprocessingml/2006/main">
        <w:br xmlns:w="http://schemas.openxmlformats.org/wordprocessingml/2006/main"/>
      </w:r>
      <w:r xmlns:w="http://schemas.openxmlformats.org/wordprocessingml/2006/main">
        <w:rPr>
          <w:b/>
          <w:bCs/>
        </w:rPr>
        <w:t xml:space="preserve">Bakit mali si D: </w:t>
      </w:r>
      <w:r xmlns:w="http://schemas.openxmlformats.org/wordprocessingml/2006/main">
        <w:t xml:space="preserve">Ang pagtaas ng presyo ay nangangailangan ng hiwalay na pagsusuri ng fold-equity/value, hindi isang pagtanggi na kalkulahin ang isang tawag.</w:t>
      </w:r>
    </w:p>
    <w:p>
      <w:pPr xmlns:w="http://schemas.openxmlformats.org/wordprocessingml/2006/main">
        <w:pStyle w:val="BodyText"/>
      </w:pPr>
      <w:r xmlns:w="http://schemas.openxmlformats.org/wordprocessingml/2006/main">
        <w:rPr>
          <w:b/>
          <w:bCs/>
        </w:rPr>
        <w:t xml:space="preserve">SFFT-MS3-16-037: A. </w:t>
      </w:r>
      <w:r xmlns:w="http://schemas.openxmlformats.org/wordprocessingml/2006/main">
        <w:t xml:space="preserve">MDF = P/(P+B)=80/(80+60)=57.14%. Ito ay isang </w:t>
      </w:r>
      <w:r xmlns:w="http://schemas.openxmlformats.org/wordprocessingml/2006/main">
        <w:rPr>
          <w:i/>
          <w:iCs/>
        </w:rPr>
        <w:t xml:space="preserve">teoretikal na pamantayan </w:t>
      </w:r>
      <w:r xmlns:w="http://schemas.openxmlformats.org/wordprocessingml/2006/main">
        <w:t xml:space="preserve">, hindi isang tuntunin na gamitin ito nang madalas laban sa isang manlalarong mahina ang pag-iisip.</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Ito ay isang partikular na call-equity threshold, hindi ang MDF.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Ito ang purong bluff break-even fold frequency, hindi ang MDF.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Ito ang complement o isang generic fraction.</w:t>
      </w:r>
    </w:p>
    <w:p>
      <w:pPr xmlns:w="http://schemas.openxmlformats.org/wordprocessingml/2006/main">
        <w:pStyle w:val="BodyText"/>
      </w:pPr>
      <w:r xmlns:w="http://schemas.openxmlformats.org/wordprocessingml/2006/main">
        <w:rPr>
          <w:b/>
          <w:bCs/>
        </w:rPr>
        <w:t xml:space="preserve">SFFT-MS3-16-038: A. </w:t>
      </w:r>
      <w:r xmlns:w="http://schemas.openxmlformats.org/wordprocessingml/2006/main">
        <w:t xml:space="preserve">Ang tsansa ng parehong pagtiklop ay 0.80×0.50=40.00%. Ang kalayaan ay isang nakasaad na pagpapasimpleng palagay, hindi isang garantiya tungkol sa mga live na hanay ng poker.</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Hindi sapat ang isang pag-fold ng kalaban para manalo sa multiway bluff na ito.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Ang frequency ng isang kalaban ay hindi ang joint probability.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Pinagsasama-sama nito ang mga pangyayari sa halip na pagtagpuin ang mga ito.</w:t>
      </w:r>
    </w:p>
    <w:p>
      <w:pPr xmlns:w="http://schemas.openxmlformats.org/wordprocessingml/2006/main">
        <w:pStyle w:val="BodyText"/>
      </w:pPr>
      <w:r xmlns:w="http://schemas.openxmlformats.org/wordprocessingml/2006/main">
        <w:rPr>
          <w:b/>
          <w:bCs/>
        </w:rPr>
        <w:t xml:space="preserve">SFFT-MS3-16-039: A. </w:t>
      </w:r>
      <w:r xmlns:w="http://schemas.openxmlformats.org/wordprocessingml/2006/main">
        <w:t xml:space="preserve">EV(bluff) = f×$180 − (1−f)×$50. Lutasin ang EV=0: f=50/(180+50) = 21.74%.</w:t>
      </w:r>
    </w:p>
    <w:p>
      <w:pPr xmlns:w="http://schemas.openxmlformats.org/wordprocessingml/2006/main">
        <w:pStyle w:val="BodyText"/>
      </w:pPr>
      <w:r xmlns:w="http://schemas.openxmlformats.org/wordprocessingml/2006/main">
        <w:rPr>
          <w:b/>
          <w:bCs/>
        </w:rPr>
        <w:t xml:space="preserve">Bakit mali ang B: </w:t>
      </w:r>
      <w:r xmlns:w="http://schemas.openxmlformats.org/wordprocessingml/2006/main">
        <w:t xml:space="preserve">Ito ay isang </w:t>
      </w:r>
      <w:r xmlns:w="http://schemas.openxmlformats.org/wordprocessingml/2006/main">
        <w:rPr>
          <w:i/>
          <w:iCs/>
        </w:rPr>
        <w:t xml:space="preserve">call </w:t>
      </w:r>
      <w:r xmlns:w="http://schemas.openxmlformats.org/wordprocessingml/2006/main">
        <w:t xml:space="preserve">equity equation, hindi isang zero-equity bluff threshold. </w:t>
      </w:r>
      <w:r xmlns:w="http://schemas.openxmlformats.org/wordprocessingml/2006/main">
        <w:br xmlns:w="http://schemas.openxmlformats.org/wordprocessingml/2006/main"/>
      </w:r>
      <w:r xmlns:w="http://schemas.openxmlformats.org/wordprocessingml/2006/main">
        <w:rPr>
          <w:b/>
          <w:bCs/>
        </w:rPr>
        <w:t xml:space="preserve">Bakit mali ang C: </w:t>
      </w:r>
      <w:r xmlns:w="http://schemas.openxmlformats.org/wordprocessingml/2006/main">
        <w:t xml:space="preserve">Hindi nito nalalampasan ang opportunity cost ng taya. </w:t>
      </w:r>
      <w:r xmlns:w="http://schemas.openxmlformats.org/wordprocessingml/2006/main">
        <w:br xmlns:w="http://schemas.openxmlformats.org/wordprocessingml/2006/main"/>
      </w:r>
      <w:r xmlns:w="http://schemas.openxmlformats.org/wordprocessingml/2006/main">
        <w:rPr>
          <w:b/>
          <w:bCs/>
        </w:rPr>
        <w:t xml:space="preserve">Bakit mali ang D: </w:t>
      </w:r>
      <w:r xmlns:w="http://schemas.openxmlformats.org/wordprocessingml/2006/main">
        <w:t xml:space="preserve">Ito ang complement o isang hindi kaugnay na frequency.</w:t>
      </w:r>
    </w:p>
    <w:p>
      <w:pPr xmlns:w="http://schemas.openxmlformats.org/wordprocessingml/2006/main">
        <w:pStyle w:val="BodyText"/>
      </w:pPr>
      <w:r xmlns:w="http://schemas.openxmlformats.org/wordprocessingml/2006/main">
        <w:rPr>
          <w:b/>
          <w:bCs/>
        </w:rPr>
        <w:t xml:space="preserve">SFFT-MS3-16-040: A. </w:t>
      </w:r>
      <w:r xmlns:w="http://schemas.openxmlformats.org/wordprocessingml/2006/main">
        <w:t xml:space="preserve">Ang huling puhunan pagkatapos ng isang tawag ay $100+$50+$50=$200; ang tawag ay nagkakahalaga ng $50, kaya ang kinakailangang equity ay 50/200 = 25.00%.</w:t>
      </w:r>
    </w:p>
    <w:p>
      <w:pPr xmlns:w="http://schemas.openxmlformats.org/wordprocessingml/2006/main">
        <w:pStyle w:val="BodyText"/>
      </w:pPr>
      <w:r xmlns:w="http://schemas.openxmlformats.org/wordprocessingml/2006/main">
        <w:rPr>
          <w:b/>
          <w:bCs/>
        </w:rPr>
        <w:t xml:space="preserve">Bakit mali si B: </w:t>
      </w:r>
      <w:r xmlns:w="http://schemas.openxmlformats.org/wordprocessingml/2006/main">
        <w:t xml:space="preserve">Mali: binabalewala nito ang kontribusyon ng Hero sa huling pot. </w:t>
      </w:r>
      <w:r xmlns:w="http://schemas.openxmlformats.org/wordprocessingml/2006/main">
        <w:br xmlns:w="http://schemas.openxmlformats.org/wordprocessingml/2006/main"/>
      </w:r>
      <w:r xmlns:w="http://schemas.openxmlformats.org/wordprocessingml/2006/main">
        <w:rPr>
          <w:b/>
          <w:bCs/>
        </w:rPr>
        <w:t xml:space="preserve">Bakit mali si C: </w:t>
      </w:r>
      <w:r xmlns:w="http://schemas.openxmlformats.org/wordprocessingml/2006/main">
        <w:t xml:space="preserve">Mali: inihahambing nito ang call cost sa pot bago ang taya at call. </w:t>
      </w:r>
      <w:r xmlns:w="http://schemas.openxmlformats.org/wordprocessingml/2006/main">
        <w:br xmlns:w="http://schemas.openxmlformats.org/wordprocessingml/2006/main"/>
      </w:r>
      <w:r xmlns:w="http://schemas.openxmlformats.org/wordprocessingml/2006/main">
        <w:rPr>
          <w:b/>
          <w:bCs/>
        </w:rPr>
        <w:t xml:space="preserve">Bakit mali si D: </w:t>
      </w:r>
      <w:r xmlns:w="http://schemas.openxmlformats.org/wordprocessingml/2006/main">
        <w:t xml:space="preserve">Mali: ito ang complement o isang hindi kaugnay na fraction.</w:t>
      </w:r>
    </w:p>
    <w:bookmarkEnd w:id="281"/>
    <w:bookmarkStart w:id="288" w:name="reference-desk"/>
    <w:p>
      <w:pPr xmlns:w="http://schemas.openxmlformats.org/wordprocessingml/2006/main">
        <w:pStyle w:val="Heading2"/>
      </w:pPr>
      <w:r xmlns:w="http://schemas.openxmlformats.org/wordprocessingml/2006/main">
        <w:t xml:space="preserve">Mesa ng sanggunian</w:t>
      </w:r>
    </w:p>
    <w:bookmarkStart w:id="282" w:name="counting-unblocked-classes"/>
    <w:p>
      <w:pPr xmlns:w="http://schemas.openxmlformats.org/wordprocessingml/2006/main">
        <w:pStyle w:val="Heading3"/>
      </w:pPr>
      <w:r xmlns:w="http://schemas.openxmlformats.org/wordprocessingml/2006/main">
        <w:t xml:space="preserve">Pagbibilang ng mga klaseng hindi naka-block</w:t>
      </w:r>
    </w:p>
    <w:p>
      <w:pPr xmlns:w="http://schemas.openxmlformats.org/wordprocessingml/2006/main">
        <w:pStyle w:val="Compact"/>
        <w:numPr>
          <w:ilvl w:val="0"/>
          <w:numId w:val="1064"/>
        </w:numPr>
      </w:pPr>
      <w:r xmlns:w="http://schemas.openxmlformats.org/wordprocessingml/2006/main">
        <w:rPr>
          <w:b/>
          <w:bCs/>
        </w:rPr>
        <w:t xml:space="preserve">Pares ng bulsa (QQ): </w:t>
      </w:r>
      <w:r xmlns:w="http://schemas.openxmlformats.org/wordprocessingml/2006/main">
        <w:t xml:space="preserve">6</w:t>
      </w:r>
    </w:p>
    <w:p>
      <w:pPr xmlns:w="http://schemas.openxmlformats.org/wordprocessingml/2006/main">
        <w:pStyle w:val="Compact"/>
        <w:numPr>
          <w:ilvl w:val="0"/>
          <w:numId w:val="1064"/>
        </w:numPr>
      </w:pPr>
      <w:r xmlns:w="http://schemas.openxmlformats.org/wordprocessingml/2006/main">
        <w:rPr>
          <w:b/>
          <w:bCs/>
        </w:rPr>
        <w:t xml:space="preserve">Angkop na hindi pares (QJs): </w:t>
      </w:r>
      <w:r xmlns:w="http://schemas.openxmlformats.org/wordprocessingml/2006/main">
        <w:t xml:space="preserve">4</w:t>
      </w:r>
    </w:p>
    <w:p>
      <w:pPr xmlns:w="http://schemas.openxmlformats.org/wordprocessingml/2006/main">
        <w:pStyle w:val="Compact"/>
        <w:numPr>
          <w:ilvl w:val="0"/>
          <w:numId w:val="1064"/>
        </w:numPr>
      </w:pPr>
      <w:r xmlns:w="http://schemas.openxmlformats.org/wordprocessingml/2006/main">
        <w:rPr>
          <w:b/>
          <w:bCs/>
        </w:rPr>
        <w:t xml:space="preserve">Offsuit nonpares (QJo): </w:t>
      </w:r>
      <w:r xmlns:w="http://schemas.openxmlformats.org/wordprocessingml/2006/main">
        <w:t xml:space="preserve">12</w:t>
      </w:r>
    </w:p>
    <w:p>
      <w:pPr xmlns:w="http://schemas.openxmlformats.org/wordprocessingml/2006/main">
        <w:pStyle w:val="Compact"/>
        <w:numPr>
          <w:ilvl w:val="0"/>
          <w:numId w:val="1064"/>
        </w:numPr>
      </w:pPr>
      <w:r xmlns:w="http://schemas.openxmlformats.org/wordprocessingml/2006/main">
        <w:rPr>
          <w:b/>
          <w:bCs/>
        </w:rPr>
        <w:t xml:space="preserve">Anumang mga disenyo ng suit (QJ): </w:t>
      </w:r>
      <w:r xmlns:w="http://schemas.openxmlformats.org/wordprocessingml/2006/main">
        <w:t xml:space="preserve">16</w:t>
      </w:r>
    </w:p>
    <w:bookmarkEnd w:id="282"/>
    <w:bookmarkStart w:id="283" w:name="river-call-thresholds"/>
    <w:p>
      <w:pPr xmlns:w="http://schemas.openxmlformats.org/wordprocessingml/2006/main">
        <w:pStyle w:val="Heading3"/>
      </w:pPr>
      <w:r xmlns:w="http://schemas.openxmlformats.org/wordprocessingml/2006/main">
        <w:t xml:space="preserve">Mga hangganan ng tawag sa ilog</w:t>
      </w:r>
    </w:p>
    <w:p>
      <w:pPr xmlns:w="http://schemas.openxmlformats.org/wordprocessingml/2006/main">
        <w:pStyle w:val="Compact"/>
        <w:numPr>
          <w:ilvl w:val="0"/>
          <w:numId w:val="1065"/>
        </w:numPr>
      </w:pPr>
      <w:r xmlns:w="http://schemas.openxmlformats.org/wordprocessingml/2006/main">
        <w:rPr>
          <w:b/>
          <w:bCs/>
        </w:rPr>
        <w:t xml:space="preserve">0.25 palayok: </w:t>
      </w:r>
      <w:r xmlns:w="http://schemas.openxmlformats.org/wordprocessingml/2006/main">
        <w:t xml:space="preserve">16.67%</w:t>
      </w:r>
    </w:p>
    <w:p>
      <w:pPr xmlns:w="http://schemas.openxmlformats.org/wordprocessingml/2006/main">
        <w:pStyle w:val="Compact"/>
        <w:numPr>
          <w:ilvl w:val="0"/>
          <w:numId w:val="1065"/>
        </w:numPr>
      </w:pPr>
      <w:r xmlns:w="http://schemas.openxmlformats.org/wordprocessingml/2006/main">
        <w:rPr>
          <w:b/>
          <w:bCs/>
        </w:rPr>
        <w:t xml:space="preserve">0.50 palayok: </w:t>
      </w:r>
      <w:r xmlns:w="http://schemas.openxmlformats.org/wordprocessingml/2006/main">
        <w:t xml:space="preserve">25.00%</w:t>
      </w:r>
    </w:p>
    <w:p>
      <w:pPr xmlns:w="http://schemas.openxmlformats.org/wordprocessingml/2006/main">
        <w:pStyle w:val="Compact"/>
        <w:numPr>
          <w:ilvl w:val="0"/>
          <w:numId w:val="1065"/>
        </w:numPr>
      </w:pPr>
      <w:r xmlns:w="http://schemas.openxmlformats.org/wordprocessingml/2006/main">
        <w:rPr>
          <w:b/>
          <w:bCs/>
        </w:rPr>
        <w:t xml:space="preserve">0.75 palayok: </w:t>
      </w:r>
      <w:r xmlns:w="http://schemas.openxmlformats.org/wordprocessingml/2006/main">
        <w:t xml:space="preserve">30.00%</w:t>
      </w:r>
    </w:p>
    <w:p>
      <w:pPr xmlns:w="http://schemas.openxmlformats.org/wordprocessingml/2006/main">
        <w:pStyle w:val="Compact"/>
        <w:numPr>
          <w:ilvl w:val="0"/>
          <w:numId w:val="1065"/>
        </w:numPr>
      </w:pPr>
      <w:r xmlns:w="http://schemas.openxmlformats.org/wordprocessingml/2006/main">
        <w:rPr>
          <w:b/>
          <w:bCs/>
        </w:rPr>
        <w:t xml:space="preserve">1.00 palayok: </w:t>
      </w:r>
      <w:r xmlns:w="http://schemas.openxmlformats.org/wordprocessingml/2006/main">
        <w:t xml:space="preserve">33.33%</w:t>
      </w:r>
    </w:p>
    <w:p>
      <w:pPr xmlns:w="http://schemas.openxmlformats.org/wordprocessingml/2006/main">
        <w:pStyle w:val="Compact"/>
        <w:numPr>
          <w:ilvl w:val="0"/>
          <w:numId w:val="1065"/>
        </w:numPr>
      </w:pPr>
      <w:r xmlns:w="http://schemas.openxmlformats.org/wordprocessingml/2006/main">
        <w:rPr>
          <w:b/>
          <w:bCs/>
        </w:rPr>
        <w:t xml:space="preserve">1.50 palayok: </w:t>
      </w:r>
      <w:r xmlns:w="http://schemas.openxmlformats.org/wordprocessingml/2006/main">
        <w:t xml:space="preserve">37.50%</w:t>
      </w:r>
    </w:p>
    <w:p>
      <w:pPr xmlns:w="http://schemas.openxmlformats.org/wordprocessingml/2006/main">
        <w:pStyle w:val="Compact"/>
        <w:numPr>
          <w:ilvl w:val="0"/>
          <w:numId w:val="1065"/>
        </w:numPr>
      </w:pPr>
      <w:r xmlns:w="http://schemas.openxmlformats.org/wordprocessingml/2006/main">
        <w:rPr>
          <w:b/>
          <w:bCs/>
        </w:rPr>
        <w:t xml:space="preserve">2.00 palayok: </w:t>
      </w:r>
      <w:r xmlns:w="http://schemas.openxmlformats.org/wordprocessingml/2006/main">
        <w:t xml:space="preserve">40.00%</w:t>
      </w:r>
    </w:p>
    <w:bookmarkEnd w:id="283"/>
    <w:bookmarkStart w:id="284" w:name="working-formulas"/>
    <w:p>
      <w:pPr xmlns:w="http://schemas.openxmlformats.org/wordprocessingml/2006/main">
        <w:pStyle w:val="Heading3"/>
      </w:pPr>
      <w:r xmlns:w="http://schemas.openxmlformats.org/wordprocessingml/2006/main">
        <w:t xml:space="preserve">Mga pormulang gumagana</w:t>
      </w:r>
    </w:p>
    <w:p>
      <w:pPr xmlns:w="http://schemas.openxmlformats.org/wordprocessingml/2006/main">
        <w:pStyle w:val="Compact"/>
        <w:numPr>
          <w:ilvl w:val="0"/>
          <w:numId w:val="1066"/>
        </w:numPr>
      </w:pPr>
      <w:r xmlns:w="http://schemas.openxmlformats.org/wordprocessingml/2006/main">
        <w:rPr>
          <w:b/>
          <w:bCs/>
        </w:rPr>
        <w:t xml:space="preserve">Hangganan ng tawag:</w:t>
      </w:r>
      <w:r xmlns:w="http://schemas.openxmlformats.org/wordprocessingml/2006/main">
        <w:t xml:space="preserve"> </w:t>
      </w:r>
      <w:r xmlns:w="http://schemas.openxmlformats.org/wordprocessingml/2006/main">
        <w:rPr>
          <w:rStyle w:val="VerbatimChar"/>
        </w:rPr>
        <w:t xml:space="preserve">tawag / (pot bago tumaya + taya ng kalaban + tawag) </w:t>
      </w:r>
      <w:r xmlns:w="http://schemas.openxmlformats.org/wordprocessingml/2006/main">
        <w:t xml:space="preserve">.</w:t>
      </w:r>
    </w:p>
    <w:p>
      <w:pPr xmlns:w="http://schemas.openxmlformats.org/wordprocessingml/2006/main">
        <w:pStyle w:val="Compact"/>
        <w:numPr>
          <w:ilvl w:val="0"/>
          <w:numId w:val="1066"/>
        </w:numPr>
      </w:pPr>
      <w:r xmlns:w="http://schemas.openxmlformats.org/wordprocessingml/2006/main">
        <w:rPr>
          <w:b/>
          <w:bCs/>
        </w:rPr>
        <w:t xml:space="preserve">Bahagi ng break-even fold ng no-showdown bluff:</w:t>
      </w:r>
      <w:r xmlns:w="http://schemas.openxmlformats.org/wordprocessingml/2006/main">
        <w:t xml:space="preserve"> </w:t>
      </w:r>
      <w:r xmlns:w="http://schemas.openxmlformats.org/wordprocessingml/2006/main">
        <w:rPr>
          <w:rStyle w:val="VerbatimChar"/>
        </w:rPr>
        <w:t xml:space="preserve">taya / (palayok bago taya + taya) </w:t>
      </w:r>
      <w:r xmlns:w="http://schemas.openxmlformats.org/wordprocessingml/2006/main">
        <w:t xml:space="preserve">.</w:t>
      </w:r>
    </w:p>
    <w:p>
      <w:pPr xmlns:w="http://schemas.openxmlformats.org/wordprocessingml/2006/main">
        <w:pStyle w:val="Compact"/>
        <w:numPr>
          <w:ilvl w:val="0"/>
          <w:numId w:val="1066"/>
        </w:numPr>
      </w:pPr>
      <w:r xmlns:w="http://schemas.openxmlformats.org/wordprocessingml/2006/main">
        <w:rPr>
          <w:b/>
          <w:bCs/>
        </w:rPr>
        <w:t xml:space="preserve">Mga weighted combo na umaabot sa isang aksyon:</w:t>
      </w:r>
      <w:r xmlns:w="http://schemas.openxmlformats.org/wordprocessingml/2006/main">
        <w:t xml:space="preserve"> </w:t>
      </w:r>
      <w:r xmlns:w="http://schemas.openxmlformats.org/wordprocessingml/2006/main">
        <w:rPr>
          <w:rStyle w:val="VerbatimChar"/>
        </w:rPr>
        <w:t xml:space="preserve">mga magagamit na kombinasyon × dalas ng kondisyonal na aksyon </w:t>
      </w:r>
      <w:r xmlns:w="http://schemas.openxmlformats.org/wordprocessingml/2006/main">
        <w:t xml:space="preserve">.</w:t>
      </w:r>
    </w:p>
    <w:p>
      <w:pPr xmlns:w="http://schemas.openxmlformats.org/wordprocessingml/2006/main">
        <w:pStyle w:val="Compact"/>
        <w:numPr>
          <w:ilvl w:val="0"/>
          <w:numId w:val="1066"/>
        </w:numPr>
      </w:pPr>
      <w:r xmlns:w="http://schemas.openxmlformats.org/wordprocessingml/2006/main">
        <w:rPr>
          <w:b/>
          <w:bCs/>
        </w:rPr>
        <w:t xml:space="preserve">Bahagi ng panalo sa purong bluff-catcher:</w:t>
      </w:r>
      <w:r xmlns:w="http://schemas.openxmlformats.org/wordprocessingml/2006/main">
        <w:t xml:space="preserve"> </w:t>
      </w:r>
      <w:r xmlns:w="http://schemas.openxmlformats.org/wordprocessingml/2006/main">
        <w:rPr>
          <w:rStyle w:val="VerbatimChar"/>
        </w:rPr>
        <w:t xml:space="preserve">Natalo ang weighted bluffs / kabuuang weighted betting combinations </w:t>
      </w:r>
      <w:r xmlns:w="http://schemas.openxmlformats.org/wordprocessingml/2006/main">
        <w:t xml:space="preserve">kapag ang bawat value hand ay natalo ang Hero at walang tabla.</w:t>
      </w:r>
    </w:p>
    <w:p>
      <w:pPr xmlns:w="http://schemas.openxmlformats.org/wordprocessingml/2006/main">
        <w:pStyle w:val="Compact"/>
        <w:numPr>
          <w:ilvl w:val="0"/>
          <w:numId w:val="1066"/>
        </w:numPr>
      </w:pPr>
      <w:r xmlns:w="http://schemas.openxmlformats.org/wordprocessingml/2006/main">
        <w:rPr>
          <w:b/>
          <w:bCs/>
        </w:rPr>
        <w:t xml:space="preserve">Pinasimpleng pamantayan ng MDF:</w:t>
      </w:r>
      <w:r xmlns:w="http://schemas.openxmlformats.org/wordprocessingml/2006/main">
        <w:t xml:space="preserve"> </w:t>
      </w:r>
      <w:r xmlns:w="http://schemas.openxmlformats.org/wordprocessingml/2006/main">
        <w:rPr>
          <w:rStyle w:val="VerbatimChar"/>
        </w:rPr>
        <w:t xml:space="preserve">pot / (pot + opposing bluff bet) </w:t>
      </w:r>
      <w:r xmlns:w="http://schemas.openxmlformats.org/wordprocessingml/2006/main">
        <w:t xml:space="preserve">; hindi isang mapagsamantalang kinakailangan sa pagtawag.</w:t>
      </w:r>
    </w:p>
    <w:p>
      <w:pPr xmlns:w="http://schemas.openxmlformats.org/wordprocessingml/2006/main">
        <w:pStyle w:val="Compact"/>
        <w:numPr>
          <w:ilvl w:val="0"/>
          <w:numId w:val="1066"/>
        </w:numPr>
      </w:pPr>
      <w:r xmlns:w="http://schemas.openxmlformats.org/wordprocessingml/2006/main">
        <w:rPr>
          <w:b/>
          <w:bCs/>
        </w:rPr>
        <w:t xml:space="preserve">SPR:</w:t>
      </w:r>
      <w:r xmlns:w="http://schemas.openxmlformats.org/wordprocessingml/2006/main">
        <w:t xml:space="preserve"> </w:t>
      </w:r>
      <w:r xmlns:w="http://schemas.openxmlformats.org/wordprocessingml/2006/main">
        <w:rPr>
          <w:rStyle w:val="VerbatimChar"/>
        </w:rPr>
        <w:t xml:space="preserve">epektibong natitirang tumpok / palayok </w:t>
      </w:r>
      <w:r xmlns:w="http://schemas.openxmlformats.org/wordprocessingml/2006/main">
        <w:t xml:space="preserve">sa kalyeng pinag-uusapan.</w:t>
      </w:r>
    </w:p>
    <w:p>
      <w:pPr xmlns:w="http://schemas.openxmlformats.org/wordprocessingml/2006/main">
        <w:pStyle w:val="Compact"/>
        <w:numPr>
          <w:ilvl w:val="0"/>
          <w:numId w:val="1066"/>
        </w:numPr>
      </w:pPr>
      <w:r xmlns:w="http://schemas.openxmlformats.org/wordprocessingml/2006/main">
        <w:rPr>
          <w:b/>
          <w:bCs/>
        </w:rPr>
        <w:t xml:space="preserve">Pagkakataon sa pagbunot ng isang baraha:</w:t>
      </w:r>
      <w:r xmlns:w="http://schemas.openxmlformats.org/wordprocessingml/2006/main">
        <w:t xml:space="preserve"> </w:t>
      </w:r>
      <w:r xmlns:w="http://schemas.openxmlformats.org/wordprocessingml/2006/main">
        <w:rPr>
          <w:rStyle w:val="VerbatimChar"/>
        </w:rPr>
        <w:t xml:space="preserve">mga clean out / mga baraha na hindi pa nakikita </w:t>
      </w:r>
      <w:r xmlns:w="http://schemas.openxmlformats.org/wordprocessingml/2006/main">
        <w:t xml:space="preserve">, na may 47 na hindi pa nakikita sa flop at 46 sa turn pagkatapos malaman ang dalawang baraha ng Hero.</w:t>
      </w:r>
    </w:p>
    <w:bookmarkEnd w:id="284"/>
    <w:bookmarkStart w:id="285" w:name="glossary"/>
    <w:p>
      <w:pPr xmlns:w="http://schemas.openxmlformats.org/wordprocessingml/2006/main">
        <w:pStyle w:val="Heading3"/>
      </w:pPr>
      <w:r xmlns:w="http://schemas.openxmlformats.org/wordprocessingml/2006/main">
        <w:t xml:space="preserve">Glosaryo</w:t>
      </w:r>
    </w:p>
    <w:p>
      <w:pPr xmlns:w="http://schemas.openxmlformats.org/wordprocessingml/2006/main">
        <w:pStyle w:val="FirstParagraph"/>
      </w:pPr>
      <w:r xmlns:w="http://schemas.openxmlformats.org/wordprocessingml/2006/main">
        <w:rPr>
          <w:b/>
          <w:bCs/>
        </w:rPr>
        <w:t xml:space="preserve">Blocker: </w:t>
      </w:r>
      <w:r xmlns:w="http://schemas.openxmlformats.org/wordprocessingml/2006/main">
        <w:t xml:space="preserve">Isang kilalang baraha na ginagawang imposible ang mga partikular na nakatagong kamay. </w:t>
      </w:r>
      <w:r xmlns:w="http://schemas.openxmlformats.org/wordprocessingml/2006/main">
        <w:rPr>
          <w:b/>
          <w:bCs/>
        </w:rPr>
        <w:t xml:space="preserve">Unblocker: </w:t>
      </w:r>
      <w:r xmlns:w="http://schemas.openxmlformats.org/wordprocessingml/2006/main">
        <w:t xml:space="preserve">Kilalang pattern ng baraha na nag-iiwan ng mga madiskarteng mahalagang kandidatong kamay na magagamit. </w:t>
      </w:r>
      <w:r xmlns:w="http://schemas.openxmlformats.org/wordprocessingml/2006/main">
        <w:rPr>
          <w:b/>
          <w:bCs/>
        </w:rPr>
        <w:t xml:space="preserve">Capped range: </w:t>
      </w:r>
      <w:r xmlns:w="http://schemas.openxmlformats.org/wordprocessingml/2006/main">
        <w:t xml:space="preserve">Isang distribusyon na may medyo kakaunting pinakamalakas na hawak sa ilalim ng mga tinukoy na pagpapalagay ng aksyon. </w:t>
      </w:r>
      <w:r xmlns:w="http://schemas.openxmlformats.org/wordprocessingml/2006/main">
        <w:rPr>
          <w:b/>
          <w:bCs/>
        </w:rPr>
        <w:t xml:space="preserve">Mga Kombinasyon: </w:t>
      </w:r>
      <w:r xmlns:w="http://schemas.openxmlformats.org/wordprocessingml/2006/main">
        <w:t xml:space="preserve">Mga deal na may dalawang baraha na eksaktong natukoy. </w:t>
      </w:r>
      <w:r xmlns:w="http://schemas.openxmlformats.org/wordprocessingml/2006/main">
        <w:rPr>
          <w:b/>
          <w:bCs/>
        </w:rPr>
        <w:t xml:space="preserve">Equity: </w:t>
      </w:r>
      <w:r xmlns:w="http://schemas.openxmlformats.org/wordprocessingml/2006/main">
        <w:t xml:space="preserve">Ang inaasahang bahagi ng pot na napanalunan sa showdown laban sa mga tinukoy na hawak o saklaw, kabilang ang mga tabla kung minodelo. </w:t>
      </w:r>
      <w:r xmlns:w="http://schemas.openxmlformats.org/wordprocessingml/2006/main">
        <w:rPr>
          <w:b/>
          <w:bCs/>
        </w:rPr>
        <w:t xml:space="preserve">EV: </w:t>
      </w:r>
      <w:r xmlns:w="http://schemas.openxmlformats.org/wordprocessingml/2006/main">
        <w:t xml:space="preserve">Inaasahang netong halaga mula sa isang desisyon sa ilalim ng nakasaad na mga probabilidad at payoff. </w:t>
      </w:r>
      <w:r xmlns:w="http://schemas.openxmlformats.org/wordprocessingml/2006/main">
        <w:rPr>
          <w:b/>
          <w:bCs/>
        </w:rPr>
        <w:t xml:space="preserve">MDF: </w:t>
      </w:r>
      <w:r xmlns:w="http://schemas.openxmlformats.org/wordprocessingml/2006/main">
        <w:t xml:space="preserve">Isang pinasimpleng benchmark ng dalas ng depensa sa ekwilibriyo. </w:t>
      </w:r>
      <w:r xmlns:w="http://schemas.openxmlformats.org/wordprocessingml/2006/main">
        <w:rPr>
          <w:b/>
          <w:bCs/>
        </w:rPr>
        <w:t xml:space="preserve">Merged range: </w:t>
      </w:r>
      <w:r xmlns:w="http://schemas.openxmlformats.org/wordprocessingml/2006/main">
        <w:t xml:space="preserve">Saklaw ng pagtaya na kinabibilangan ng mga kamay na may katamtamang lakas at manipis na halaga. </w:t>
      </w:r>
      <w:r xmlns:w="http://schemas.openxmlformats.org/wordprocessingml/2006/main">
        <w:rPr>
          <w:b/>
          <w:bCs/>
        </w:rPr>
        <w:t xml:space="preserve">Bentaha ng nut: </w:t>
      </w:r>
      <w:r xmlns:w="http://schemas.openxmlformats.org/wordprocessingml/2006/main">
        <w:t xml:space="preserve">Paghahambing na konsentrasyon ng pinakamalakas na posibleng hawak. </w:t>
      </w:r>
      <w:r xmlns:w="http://schemas.openxmlformats.org/wordprocessingml/2006/main">
        <w:rPr>
          <w:b/>
          <w:bCs/>
        </w:rPr>
        <w:t xml:space="preserve">Polarized range: </w:t>
      </w:r>
      <w:r xmlns:w="http://schemas.openxmlformats.org/wordprocessingml/2006/main">
        <w:t xml:space="preserve">Malakas na halaga na sinamahan ng mga piling bluff. </w:t>
      </w:r>
      <w:r xmlns:w="http://schemas.openxmlformats.org/wordprocessingml/2006/main">
        <w:rPr>
          <w:b/>
          <w:bCs/>
        </w:rPr>
        <w:t xml:space="preserve">Bentaha ng saklaw: </w:t>
      </w:r>
      <w:r xmlns:w="http://schemas.openxmlformats.org/wordprocessingml/2006/main">
        <w:t xml:space="preserve">Paghahambing na lakas ng equity ng buong distribusyon. </w:t>
      </w:r>
      <w:r xmlns:w="http://schemas.openxmlformats.org/wordprocessingml/2006/main">
        <w:rPr>
          <w:b/>
          <w:bCs/>
        </w:rPr>
        <w:t xml:space="preserve">Pagtimbang ng saklaw: </w:t>
      </w:r>
      <w:r xmlns:w="http://schemas.openxmlformats.org/wordprocessingml/2006/main">
        <w:t xml:space="preserve">Pagpaparami ng mga magagawang kumbinasyon sa pamamagitan ng mga kondisyonal na probabilidad ng aksyon. </w:t>
      </w:r>
      <w:r xmlns:w="http://schemas.openxmlformats.org/wordprocessingml/2006/main">
        <w:rPr>
          <w:b/>
          <w:bCs/>
        </w:rPr>
        <w:t xml:space="preserve">Reverse implied odds: </w:t>
      </w:r>
      <w:r xmlns:w="http://schemas.openxmlformats.org/wordprocessingml/2006/main">
        <w:t xml:space="preserve">Mga potensyal na pagkalugi sa hinaharap pagkatapos gumawa ng isang kamay na pangalawa pa rin sa pinakamahusay. </w:t>
      </w:r>
      <w:r xmlns:w="http://schemas.openxmlformats.org/wordprocessingml/2006/main">
        <w:rPr>
          <w:b/>
          <w:bCs/>
        </w:rPr>
        <w:t xml:space="preserve">Weighted combination: </w:t>
      </w:r>
      <w:r xmlns:w="http://schemas.openxmlformats.org/wordprocessingml/2006/main">
        <w:t xml:space="preserve">Isang fractional na kontribusyon na sumasalamin sa dalas ng aksyon.</w:t>
      </w:r>
    </w:p>
    <w:bookmarkEnd w:id="285"/>
    <w:bookmarkStart w:id="286" w:name="continuing-study"/>
    <w:p>
      <w:pPr xmlns:w="http://schemas.openxmlformats.org/wordprocessingml/2006/main">
        <w:pStyle w:val="Heading3"/>
      </w:pPr>
      <w:r xmlns:w="http://schemas.openxmlformats.org/wordprocessingml/2006/main">
        <w:t xml:space="preserve">Patuloy na pag-aaral</w:t>
      </w:r>
    </w:p>
    <w:p>
      <w:pPr xmlns:w="http://schemas.openxmlformats.org/wordprocessingml/2006/main">
        <w:pStyle w:val="FirstParagraph"/>
      </w:pPr>
      <w:r xmlns:w="http://schemas.openxmlformats.org/wordprocessingml/2006/main">
        <w:t xml:space="preserve">Bumalik sa labindalawang Master Hand Files at isulat muli ang bawat saklaw ng ilog gamit ang (a) iyong orihinal na mga frequency, (b) kalahati ng bilang ng mga bluff, at (c) isang karagdagang kapani-paniwalang kumbinasyon ng halaga. Kung magbago ang pagpipilian, lagyan ng label ang orihinal na rekomendasyon bilang </w:t>
      </w:r>
      <w:r xmlns:w="http://schemas.openxmlformats.org/wordprocessingml/2006/main">
        <w:rPr>
          <w:b/>
          <w:bCs/>
        </w:rPr>
        <w:t xml:space="preserve">model-sensitive </w:t>
      </w:r>
      <w:r xmlns:w="http://schemas.openxmlformats.org/wordprocessingml/2006/main">
        <w:t xml:space="preserve">. Pag-aralan muli ang parehong kamay pagkalipas ng ilang araw nang walang susi sa sagot. Ang pinakamahusay na sukatan ng pag-unlad ay isang hiwalay na muling binuong dahilan, hindi isang kabisadong liham.</w:t>
      </w:r>
    </w:p>
    <w:bookmarkEnd w:id="286"/>
    <w:bookmarkStart w:id="287" w:name="editorial-methods"/>
    <w:p>
      <w:pPr xmlns:w="http://schemas.openxmlformats.org/wordprocessingml/2006/main">
        <w:pStyle w:val="Heading3"/>
      </w:pPr>
      <w:r xmlns:w="http://schemas.openxmlformats.org/wordprocessingml/2006/main">
        <w:t xml:space="preserve">Mga pamamaraan ng editoryal</w:t>
      </w:r>
    </w:p>
    <w:p>
      <w:pPr xmlns:w="http://schemas.openxmlformats.org/wordprocessingml/2006/main">
        <w:pStyle w:val="FirstParagraph"/>
      </w:pPr>
      <w:r xmlns:w="http://schemas.openxmlformats.org/wordprocessingml/2006/main">
        <w:t xml:space="preserve">Ang mga problemang numerikal ay muling kinalkula nang hiwalay gamit ang rational-number arithmetic kung saan naaangkop. Ang mga case showdown ay sinuri sa pamamagitan ng pagpili ng pinakamahusay na limang-baraha na kamay mula sa pito na walang mga nadobleng baraha. Ang mga kathang-isip na timbang ng aksyon ng kalaban ay nananatiling mga ilustratibong pagpapalagay; walang solver-based EV ang inaangkin. Ang mga solusyon sa house rake, side pot, tournament ICM, at multi-street equilibrium ay sadyang nasa labas ng mga numeric model maliban kung hayagang nakasaad. Gumamit ng isang kwalipikadong human poker reviewer bago ang komersyal na publikasyon at muling i-verify pagkatapos ng pagsasalin.</w:t>
      </w:r>
    </w:p>
    <w:p>
      <w:pPr xmlns:w="http://schemas.openxmlformats.org/wordprocessingml/2006/main">
        <w:pStyle w:val="BodyText"/>
      </w:pPr>
      <w:r xmlns:w="http://schemas.openxmlformats.org/wordprocessingml/2006/main">
        <w:rPr>
          <w:b/>
          <w:bCs/>
        </w:rPr>
        <w:t xml:space="preserve">Teatro ng Pantasya sa Science Fiction · Katapusan ng Ikatlong Aklat</w:t>
      </w:r>
    </w:p>
    <w:bookmarkEnd w:id="287"/>
    <w:bookmarkEnd w:id="288"/>
    <w:bookmarkEnd w:id="289"/>
    <w:sectPr w:rsidR="00FC693F" w:rsidRPr="0006063C" w:rsidSect="00034616">
      <w:headerReference r:id="rId9" w:type="default"/>
      <w:footerReference r:id="rId10" w:type="default"/>
      <w:pgSz w:h="15840" w:w="12240"/>
      <w:pgMar w:bottom="1066" w:footer="720" w:gutter="0" w:header="720" w:left="1181" w:right="1181" w:top="1051"/>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xmlns:w="http://schemas.openxmlformats.org/wordprocessingml/2006/main">
      <w:pStyle w:val="Caption"/>
      <w:jc w:val="center"/>
    </w:pPr>
    <w:r xmlns:w="http://schemas.openxmlformats.org/wordprocessingml/2006/main">
      <w:t xml:space="preserve">D. COLIN PALMER • PAGBASA NG DI-NAKIKITANG KAMAY |</w:t>
    </w:r>
    <w:fldSimple xmlns:w="http://schemas.openxmlformats.org/wordprocessingml/2006/main"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xmlns:w="http://schemas.openxmlformats.org/wordprocessingml/2006/main">
      <w:pStyle w:val="Caption"/>
      <w:jc w:val="right"/>
    </w:pPr>
    <w:r xmlns:w="http://schemas.openxmlformats.org/wordprocessingml/2006/main">
      <w:t xml:space="preserve">SFFT • SERYE NG POKER MASTER / IKATLO NG AKLAT</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fil"/>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1" w:lineRule="auto"/>
    </w:pPr>
    <w:rPr>
      <w:rFonts w:ascii="Georgia" w:hAnsi="Georgia"/>
      <w:color w:val="192C31"/>
      <w:sz w:val="19"/>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20" w:before="260"/>
      <w:outlineLvl w:val="0"/>
    </w:pPr>
    <w:rPr>
      <w:rFonts w:ascii="Georgia" w:asciiTheme="majorHAnsi" w:cstheme="majorBidi" w:eastAsiaTheme="majorEastAsia" w:hAnsi="Georgia" w:hAnsiTheme="majorHAnsi"/>
      <w:b/>
      <w:bCs/>
      <w:color w:val="0C404A"/>
      <w:sz w:val="40"/>
      <w:szCs w:val="28"/>
    </w:rPr>
  </w:style>
  <w:style w:styleId="Heading2" w:type="paragraph">
    <w:name w:val="heading 2"/>
    <w:basedOn w:val="Normal"/>
    <w:next w:val="Normal"/>
    <w:link w:val="Heading2Char"/>
    <w:uiPriority w:val="9"/>
    <w:unhideWhenUsed/>
    <w:qFormat/>
    <w:rsid w:val="00FC693F"/>
    <w:pPr>
      <w:keepNext/>
      <w:keepLines/>
      <w:spacing w:after="120" w:before="200"/>
      <w:outlineLvl w:val="1"/>
    </w:pPr>
    <w:rPr>
      <w:rFonts w:ascii="Georgia" w:asciiTheme="majorHAnsi" w:cstheme="majorBidi" w:eastAsiaTheme="majorEastAsia" w:hAnsi="Georgia" w:hAnsiTheme="majorHAnsi"/>
      <w:b/>
      <w:bCs/>
      <w:color w:val="135A59"/>
      <w:sz w:val="27"/>
      <w:szCs w:val="26"/>
    </w:rPr>
  </w:style>
  <w:style w:styleId="Heading3" w:type="paragraph">
    <w:name w:val="heading 3"/>
    <w:basedOn w:val="Normal"/>
    <w:next w:val="Normal"/>
    <w:link w:val="Heading3Char"/>
    <w:uiPriority w:val="9"/>
    <w:unhideWhenUsed/>
    <w:qFormat/>
    <w:rsid w:val="00FC693F"/>
    <w:pPr>
      <w:keepNext/>
      <w:keepLines/>
      <w:spacing w:after="120" w:before="120"/>
      <w:outlineLvl w:val="2"/>
    </w:pPr>
    <w:rPr>
      <w:rFonts w:ascii="Georgia" w:asciiTheme="majorHAnsi" w:cstheme="majorBidi" w:eastAsiaTheme="majorEastAsia" w:hAnsi="Georgia" w:hAnsiTheme="majorHAnsi"/>
      <w:b/>
      <w:bCs/>
      <w:color w:val="775629"/>
      <w:sz w:val="22"/>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20" w:before="300" w:line="240" w:lineRule="auto"/>
      <w:contextualSpacing/>
    </w:pPr>
    <w:rPr>
      <w:rFonts w:ascii="Georgia" w:asciiTheme="majorHAnsi" w:cstheme="majorBidi" w:eastAsiaTheme="majorEastAsia" w:hAnsi="Georgia" w:hAnsiTheme="majorHAnsi"/>
      <w:b/>
      <w:color w:val="13353F"/>
      <w:spacing w:val="5"/>
      <w:kern w:val="28"/>
      <w:sz w:val="50"/>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keepNext/>
      <w:numPr>
        <w:ilvl w:val="1"/>
      </w:numPr>
      <w:spacing w:after="120" w:before="220"/>
    </w:pPr>
    <w:rPr>
      <w:rFonts w:ascii="Georgia" w:asciiTheme="majorHAnsi" w:cstheme="majorBidi" w:eastAsiaTheme="majorEastAsia" w:hAnsi="Georgia" w:hAnsiTheme="majorHAnsi"/>
      <w:b/>
      <w:i/>
      <w:iCs/>
      <w:color w:val="5E7B81"/>
      <w:spacing w:val="15"/>
      <w:sz w:val="26"/>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rPr>
      <w:rFonts w:ascii="Georgia" w:hAnsi="Georgia"/>
      <w:sz w:val="17"/>
    </w:r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rFonts w:ascii="Georgia" w:hAnsi="Georgia"/>
      <w:b/>
      <w:bCs/>
      <w:color w:themeColor="accent1" w:val="4F81BD"/>
      <w:sz w:val="17"/>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44" Type="http://schemas.openxmlformats.org/officeDocument/2006/relationships/image" Target="media/rId144.png"/><Relationship Id="rId230" Type="http://schemas.openxmlformats.org/officeDocument/2006/relationships/image" Target="media/rId230.png"/><Relationship Id="rId234" Type="http://schemas.openxmlformats.org/officeDocument/2006/relationships/image" Target="media/rId234.png"/><Relationship Id="rId238" Type="http://schemas.openxmlformats.org/officeDocument/2006/relationships/image" Target="media/rId238.png"/><Relationship Id="rId242" Type="http://schemas.openxmlformats.org/officeDocument/2006/relationships/image" Target="media/rId242.png"/><Relationship Id="rId246" Type="http://schemas.openxmlformats.org/officeDocument/2006/relationships/image" Target="media/rId246.png"/><Relationship Id="rId250" Type="http://schemas.openxmlformats.org/officeDocument/2006/relationships/image" Target="media/rId250.png"/><Relationship Id="rId254" Type="http://schemas.openxmlformats.org/officeDocument/2006/relationships/image" Target="media/rId254.png"/><Relationship Id="rId258" Type="http://schemas.openxmlformats.org/officeDocument/2006/relationships/image" Target="media/rId258.png"/><Relationship Id="rId262" Type="http://schemas.openxmlformats.org/officeDocument/2006/relationships/image" Target="media/rId262.png"/><Relationship Id="rId266" Type="http://schemas.openxmlformats.org/officeDocument/2006/relationships/image" Target="media/rId266.png"/><Relationship Id="rId270" Type="http://schemas.openxmlformats.org/officeDocument/2006/relationships/image" Target="media/rId270.png"/><Relationship Id="rId274" Type="http://schemas.openxmlformats.org/officeDocument/2006/relationships/image" Target="media/rId274.png"/><Relationship Id="rId214" Type="http://schemas.openxmlformats.org/officeDocument/2006/relationships/image" Target="media/rId214.png"/><Relationship Id="rId39" Type="http://schemas.openxmlformats.org/officeDocument/2006/relationships/image" Target="media/rId39.png"/><Relationship Id="rId95" Type="http://schemas.openxmlformats.org/officeDocument/2006/relationships/image" Target="media/rId95.png"/><Relationship Id="rId125" Type="http://schemas.openxmlformats.org/officeDocument/2006/relationships/image" Target="media/rId125.png"/><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2026-10-16T10:41:24Z</dcterms:created>
  <dcterms:modified xsi:type="dcterms:W3CDTF">2026-10-16T10:41:24Z</dcterms:modified>
</cp:coreProperties>
</file>

<file path=docProps/custom.xml><?xml version="1.0" encoding="utf-8"?>
<Properties xmlns="http://schemas.openxmlformats.org/officeDocument/2006/custom-properties" xmlns:vt="http://schemas.openxmlformats.org/officeDocument/2006/docPropsVTypes"/>
</file>